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67983587ef8489f5e56e0f798b1ee379405384"/>
    <w:p>
      <w:pPr>
        <w:pStyle w:val="Heading1"/>
      </w:pPr>
      <w:r>
        <w:rPr>
          <w:b/>
          <w:bCs/>
        </w:rPr>
        <w:t xml:space="preserve">Far from the Madding Crowd</w:t>
      </w:r>
      <w:r>
        <w:br/>
      </w:r>
      <w:r>
        <w:rPr>
          <w:i/>
          <w:iCs/>
        </w:rPr>
        <w:t xml:space="preserve">Thomas Hardy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Surges in debt are a recurring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antecedent</w:t>
      </w:r>
      <w:r>
        <w:rPr>
          <w:b/>
          <w:bCs/>
        </w:rPr>
        <w:t xml:space="preserve"> </w:t>
      </w:r>
      <w:r>
        <w:rPr>
          <w:b/>
          <w:bCs/>
        </w:rPr>
        <w:t xml:space="preserve">to U.S. banking crises.</w:t>
      </w:r>
      <w:r>
        <w:br/>
      </w:r>
      <w:r>
        <w:t xml:space="preserve">    (a) (adjective) designed to stop something  OR  (noun)  something that stops something else</w:t>
      </w:r>
      <w:r>
        <w:br/>
      </w:r>
      <w:r>
        <w:t xml:space="preserve">    (b) related to a branch of psychology concerned with the links between biology and behavior</w:t>
      </w:r>
      <w:r>
        <w:br/>
      </w:r>
      <w:r>
        <w:t xml:space="preserve">    (c) something that precedes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recorded the song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apex</w:t>
      </w:r>
      <w:r>
        <w:rPr>
          <w:b/>
          <w:bCs/>
        </w:rPr>
        <w:t xml:space="preserve"> </w:t>
      </w:r>
      <w:r>
        <w:rPr>
          <w:b/>
          <w:bCs/>
        </w:rPr>
        <w:t xml:space="preserve">of her popularity.</w:t>
      </w:r>
      <w:r>
        <w:br/>
      </w:r>
      <w:r>
        <w:t xml:space="preserve">    (a) beginning</w:t>
      </w:r>
      <w:r>
        <w:br/>
      </w:r>
      <w:r>
        <w:t xml:space="preserve">    (b) highest point</w:t>
      </w:r>
      <w:r>
        <w:br/>
      </w:r>
      <w:r>
        <w:t xml:space="preserve">    (c) lowest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Concave</w:t>
      </w:r>
      <w:r>
        <w:rPr>
          <w:b/>
          <w:bCs/>
        </w:rPr>
        <w:t xml:space="preserve"> </w:t>
      </w:r>
      <w:r>
        <w:rPr>
          <w:b/>
          <w:bCs/>
        </w:rPr>
        <w:t xml:space="preserve">mirrors make things look larger and closer than they are.</w:t>
      </w:r>
      <w:r>
        <w:br/>
      </w:r>
      <w:r>
        <w:t xml:space="preserve">    (a) curving inward</w:t>
      </w:r>
      <w:r>
        <w:br/>
      </w:r>
      <w:r>
        <w:t xml:space="preserve">    (b) include consideration of</w:t>
      </w:r>
      <w:r>
        <w:br/>
      </w:r>
      <w:r>
        <w:t xml:space="preserve">    (c) struggle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liar.</w:t>
      </w:r>
      <w:r>
        <w:br/>
      </w:r>
      <w:r>
        <w:t xml:space="preserve">    (a) good (at pretending)</w:t>
      </w:r>
      <w:r>
        <w:br/>
      </w:r>
      <w:r>
        <w:t xml:space="preserve">    (b) deserving no respect</w:t>
      </w:r>
      <w:r>
        <w:br/>
      </w:r>
      <w:r>
        <w:t xml:space="preserve">    (c) unreliable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thread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continuity</w:t>
      </w:r>
      <w:r>
        <w:rPr>
          <w:b/>
          <w:bCs/>
        </w:rPr>
        <w:t xml:space="preserve"> </w:t>
      </w:r>
      <w:r>
        <w:rPr>
          <w:b/>
          <w:bCs/>
        </w:rPr>
        <w:t xml:space="preserve">my in nightmares.</w:t>
      </w:r>
      <w:r>
        <w:br/>
      </w:r>
      <w:r>
        <w:t xml:space="preserve">    (a) danger</w:t>
      </w:r>
      <w:r>
        <w:br/>
      </w:r>
      <w:r>
        <w:t xml:space="preserve">    (b) consistency</w:t>
      </w:r>
      <w:r>
        <w:br/>
      </w:r>
      <w:r>
        <w:t xml:space="preserve">    (c) impossibility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flirt</w:t>
      </w:r>
      <w:r>
        <w:br/>
      </w:r>
      <w:r>
        <w:t xml:space="preserve">    (b) a dancer</w:t>
      </w:r>
      <w:r>
        <w:br/>
      </w:r>
      <w:r>
        <w:t xml:space="preserve">    (c) a star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surgeon uses irrigation fluid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distend</w:t>
      </w:r>
      <w:r>
        <w:rPr>
          <w:b/>
          <w:bCs/>
        </w:rPr>
        <w:t xml:space="preserve"> </w:t>
      </w:r>
      <w:r>
        <w:rPr>
          <w:b/>
          <w:bCs/>
        </w:rPr>
        <w:t xml:space="preserve">the joint to create room to operate.</w:t>
      </w:r>
      <w:r>
        <w:br/>
      </w:r>
      <w:r>
        <w:t xml:space="preserve">    (a) empty</w:t>
      </w:r>
      <w:r>
        <w:br/>
      </w:r>
      <w:r>
        <w:t xml:space="preserve">    (b) extend</w:t>
      </w:r>
      <w:r>
        <w:br/>
      </w:r>
      <w:r>
        <w:t xml:space="preserve">    (c) collapse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philosophy is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diversification</w:t>
      </w:r>
      <w:r>
        <w:rPr>
          <w:b/>
          <w:bCs/>
        </w:rPr>
        <w:t xml:space="preserve"> </w:t>
      </w:r>
      <w:r>
        <w:rPr>
          <w:b/>
          <w:bCs/>
        </w:rPr>
        <w:t xml:space="preserve">strengthens the Board just as a mixed gene pool strengthens the individual.</w:t>
      </w:r>
      <w:r>
        <w:br/>
      </w:r>
      <w:r>
        <w:t xml:space="preserve">    (a) variation (in the types or backgrounds of people on the Board)</w:t>
      </w:r>
      <w:r>
        <w:br/>
      </w:r>
      <w:r>
        <w:t xml:space="preserve">    (b) has a hunched posture</w:t>
      </w:r>
      <w:r>
        <w:br/>
      </w:r>
      <w:r>
        <w:t xml:space="preserve">    (c) shows or demonstrates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 objected to the prosecutor's introduction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extraneous</w:t>
      </w:r>
      <w:r>
        <w:rPr>
          <w:b/>
          <w:bCs/>
        </w:rPr>
        <w:t xml:space="preserve"> </w:t>
      </w:r>
      <w:r>
        <w:rPr>
          <w:b/>
          <w:bCs/>
        </w:rPr>
        <w:t xml:space="preserve">evidence.</w:t>
      </w:r>
      <w:r>
        <w:br/>
      </w:r>
      <w:r>
        <w:t xml:space="preserve">    (a) irrelevant</w:t>
      </w:r>
      <w:r>
        <w:br/>
      </w:r>
      <w:r>
        <w:t xml:space="preserve">    (b) faulty</w:t>
      </w:r>
      <w:r>
        <w:br/>
      </w:r>
      <w:r>
        <w:t xml:space="preserve">    (c) inflammatory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difficult for ex-</w:t>
      </w:r>
      <w:r>
        <w:rPr>
          <w:b/>
          <w:bCs/>
          <w:u w:val="single"/>
        </w:rPr>
        <w:t xml:space="preserve">felons</w:t>
      </w:r>
      <w:r>
        <w:rPr>
          <w:b/>
          <w:bCs/>
        </w:rPr>
        <w:t xml:space="preserve"> </w:t>
      </w:r>
      <w:r>
        <w:rPr>
          <w:b/>
          <w:bCs/>
        </w:rPr>
        <w:t xml:space="preserve">to find work.</w:t>
      </w:r>
      <w:r>
        <w:br/>
      </w:r>
      <w:r>
        <w:t xml:space="preserve">    (a) people who lost their jobs</w:t>
      </w:r>
      <w:r>
        <w:br/>
      </w:r>
      <w:r>
        <w:t xml:space="preserve">    (b) people with unpopular opinions</w:t>
      </w:r>
      <w:r>
        <w:br/>
      </w:r>
      <w:r>
        <w:t xml:space="preserve">    (c) people convicted of serious crimes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furloughed</w:t>
      </w:r>
      <w:r>
        <w:rPr>
          <w:b/>
          <w:bCs/>
        </w:rPr>
        <w:t xml:space="preserve"> </w:t>
      </w:r>
      <w:r>
        <w:rPr>
          <w:b/>
          <w:bCs/>
        </w:rPr>
        <w:t xml:space="preserve">employees on the third shift.</w:t>
      </w:r>
      <w:r>
        <w:br/>
      </w:r>
      <w:r>
        <w:t xml:space="preserve">    (a) gave raises to</w:t>
      </w:r>
      <w:r>
        <w:br/>
      </w:r>
      <w:r>
        <w:t xml:space="preserve">    (b) fired</w:t>
      </w:r>
      <w:r>
        <w:br/>
      </w:r>
      <w:r>
        <w:t xml:space="preserve">    (c) ordered not do come to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wealthy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city where poverty exists in a startling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juxtaposition</w:t>
      </w:r>
      <w:r>
        <w:rPr>
          <w:b/>
          <w:bCs/>
        </w:rPr>
        <w:t xml:space="preserve"> </w:t>
      </w:r>
      <w:r>
        <w:rPr>
          <w:b/>
          <w:bCs/>
        </w:rPr>
        <w:t xml:space="preserve">to great wealth.</w:t>
      </w:r>
      <w:r>
        <w:br/>
      </w:r>
      <w:r>
        <w:t xml:space="preserve">    (a) side-by-side contrast</w:t>
      </w:r>
      <w:r>
        <w:br/>
      </w:r>
      <w:r>
        <w:t xml:space="preserve">    (b) indirect connection</w:t>
      </w:r>
      <w:r>
        <w:br/>
      </w:r>
      <w:r>
        <w:t xml:space="preserve">    (c) surprising similarity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learned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modulate</w:t>
      </w:r>
      <w:r>
        <w:rPr>
          <w:b/>
          <w:bCs/>
        </w:rPr>
        <w:t xml:space="preserve"> </w:t>
      </w:r>
      <w:r>
        <w:rPr>
          <w:b/>
          <w:bCs/>
        </w:rPr>
        <w:t xml:space="preserve">her voice so the audience could hear each point clearly.</w:t>
      </w:r>
      <w:r>
        <w:br/>
      </w:r>
      <w:r>
        <w:t xml:space="preserve">    (a) adjust</w:t>
      </w:r>
      <w:r>
        <w:br/>
      </w:r>
      <w:r>
        <w:t xml:space="preserve">    (b) silence</w:t>
      </w:r>
      <w:r>
        <w:br/>
      </w:r>
      <w:r>
        <w:t xml:space="preserve">    (c)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apology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make sense to</w:t>
      </w:r>
      <w:r>
        <w:br/>
      </w:r>
      <w:r>
        <w:t xml:space="preserve">    (b) calm</w:t>
      </w:r>
      <w:r>
        <w:br/>
      </w:r>
      <w:r>
        <w:t xml:space="preserve">    (c)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Matisse titled the work, "A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Recumbent</w:t>
      </w:r>
      <w:r>
        <w:rPr>
          <w:b/>
          <w:bCs/>
        </w:rPr>
        <w:t xml:space="preserve"> </w:t>
      </w:r>
      <w:r>
        <w:rPr>
          <w:b/>
          <w:bCs/>
        </w:rPr>
        <w:t xml:space="preserve">Woman."</w:t>
      </w:r>
      <w:r>
        <w:br/>
      </w:r>
      <w:r>
        <w:t xml:space="preserve">    (a) not friendly</w:t>
      </w:r>
      <w:r>
        <w:br/>
      </w:r>
      <w:r>
        <w:t xml:space="preserve">    (b) unbending</w:t>
      </w:r>
      <w:r>
        <w:br/>
      </w:r>
      <w:r>
        <w:t xml:space="preserve">    (c) lying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spasmodic</w:t>
      </w:r>
      <w:r>
        <w:rPr>
          <w:b/>
          <w:bCs/>
        </w:rPr>
        <w:t xml:space="preserve"> </w:t>
      </w:r>
      <w:r>
        <w:rPr>
          <w:b/>
          <w:bCs/>
        </w:rPr>
        <w:t xml:space="preserve">nature of the economy has made it difficult for businesses to plan for the future.</w:t>
      </w:r>
      <w:r>
        <w:br/>
      </w:r>
      <w:r>
        <w:t xml:space="preserve">    (a) politically charged</w:t>
      </w:r>
      <w:r>
        <w:br/>
      </w:r>
      <w:r>
        <w:t xml:space="preserve">    (b) happening with short irregular bursts</w:t>
      </w:r>
      <w:r>
        <w:br/>
      </w:r>
      <w:r>
        <w:t xml:space="preserve">    (c) long cycles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unsupportable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expense</w:t>
      </w:r>
      <w:r>
        <w:br/>
      </w:r>
      <w:r>
        <w:t xml:space="preserve">    (b) computer program</w:t>
      </w:r>
      <w:r>
        <w:br/>
      </w:r>
      <w:r>
        <w:t xml:space="preserve">    (c)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would have been hard to make a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untoward</w:t>
      </w:r>
      <w:r>
        <w:rPr>
          <w:b/>
          <w:bCs/>
        </w:rPr>
        <w:t xml:space="preserve"> </w:t>
      </w:r>
      <w:r>
        <w:rPr>
          <w:b/>
          <w:bCs/>
        </w:rPr>
        <w:t xml:space="preserve">comment.</w:t>
      </w:r>
      <w:r>
        <w:br/>
      </w:r>
      <w:r>
        <w:t xml:space="preserve">    (a) able to be stopped from happening</w:t>
      </w:r>
      <w:r>
        <w:br/>
      </w:r>
      <w:r>
        <w:t xml:space="preserve">    (b) improper or awkward</w:t>
      </w:r>
      <w:r>
        <w:br/>
      </w:r>
      <w:r>
        <w:t xml:space="preserve">    (c) something simulated by a computer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first chapter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whets</w:t>
      </w:r>
      <w:r>
        <w:rPr>
          <w:b/>
          <w:bCs/>
        </w:rPr>
        <w:t xml:space="preserve"> </w:t>
      </w:r>
      <w:r>
        <w:rPr>
          <w:b/>
          <w:bCs/>
        </w:rPr>
        <w:t xml:space="preserve">the reader's curiosity about the mystery.</w:t>
      </w:r>
      <w:r>
        <w:br/>
      </w:r>
      <w:r>
        <w:t xml:space="preserve">    (a) diminishes</w:t>
      </w:r>
      <w:r>
        <w:br/>
      </w:r>
      <w:r>
        <w:t xml:space="preserve">    (b) confuses</w:t>
      </w:r>
      <w:r>
        <w:br/>
      </w:r>
      <w:r>
        <w:t xml:space="preserve">    (c) stimulates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2026-07-31T14:45:43Z</dcterms:created>
  <dcterms:modified xsi:type="dcterms:W3CDTF">2026-07-31T14:45:43Z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