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6b4ed86ffefb1344b4d78d8aa3408c3aa6bf3e"/>
    <w:p>
      <w:pPr>
        <w:pStyle w:val="Heading1"/>
      </w:pPr>
      <w:r>
        <w:rPr>
          <w:b/>
          <w:bCs/>
        </w:rPr>
        <w:t xml:space="preserve">Far from the Madding Crowd</w:t>
      </w:r>
      <w:r>
        <w:br/>
      </w:r>
      <w:r>
        <w:rPr>
          <w:i/>
          <w:iCs/>
        </w:rPr>
        <w:t xml:space="preserve">Thomas Hardy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dog took no notice, for he had arrived at an age at which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 </w:t>
      </w:r>
      <w:r>
        <w:rPr>
          <w:b/>
          <w:bCs/>
        </w:rPr>
        <w:t xml:space="preserve">barking was cynically avoided as a waste of breath</w:t>
      </w:r>
      <w:r>
        <w:br/>
      </w:r>
      <w:r>
        <w:t xml:space="preserve">    (a) without purpose, job, or natural activity</w:t>
      </w:r>
      <w:r>
        <w:br/>
      </w:r>
      <w:r>
        <w:t xml:space="preserve">    (b) the quality of being sensible and careful</w:t>
      </w:r>
      <w:r>
        <w:br/>
      </w:r>
      <w:r>
        <w:t xml:space="preserve">    (c) more than is needed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that Oak had turned himself into a shepherd, it seemed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bailiffs</w:t>
      </w:r>
      <w:r>
        <w:rPr>
          <w:b/>
          <w:bCs/>
        </w:rPr>
        <w:t xml:space="preserve"> </w:t>
      </w:r>
      <w:r>
        <w:rPr>
          <w:b/>
          <w:bCs/>
        </w:rPr>
        <w:t xml:space="preserve">were most in demand.</w:t>
      </w:r>
      <w:r>
        <w:br/>
      </w:r>
      <w:r>
        <w:t xml:space="preserve">    (a) court officers responsible for keeping order in the court including custody of the jury, and custody of prisoners while in court</w:t>
      </w:r>
      <w:r>
        <w:br/>
      </w:r>
      <w:r>
        <w:t xml:space="preserve">    (b) stable particles that are a component of all atomic nuclei and have positive charge equal to the negative charge of an electron</w:t>
      </w:r>
      <w:r>
        <w:br/>
      </w:r>
      <w:r>
        <w:t xml:space="preserve">    (c) history:  Catholics who broke the law by refusing to attend services of the Church of England between the 16th and 18th centuries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the Weatherbury folk were by no means uninteresting intrinsically.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in addition to what has just been said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Moreover, the Weatherbury folk were by no means uninteresting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intrinsically</w:t>
      </w:r>
      <w:r>
        <w:rPr>
          <w:b/>
          <w:bCs/>
        </w:rPr>
        <w:t xml:space="preserve">.</w:t>
      </w:r>
      <w:r>
        <w:br/>
      </w:r>
      <w:r>
        <w:t xml:space="preserve">    (a) in a manner that is very bad (deserving no respect)</w:t>
      </w:r>
      <w:r>
        <w:br/>
      </w:r>
      <w:r>
        <w:t xml:space="preserve">    (b) in a manner that spreads to other parts of the body</w:t>
      </w:r>
      <w:r>
        <w:br/>
      </w:r>
      <w:r>
        <w:t xml:space="preserve">    (c) in a manner related to the very nature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"Ay," said Joseph, acquiring confidence from the warmth of the fire, the cider, and a perception of the narrative capabilities of the experience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alluded</w:t>
      </w:r>
      <w:r>
        <w:rPr>
          <w:b/>
          <w:bCs/>
        </w:rPr>
        <w:t xml:space="preserve"> </w:t>
      </w:r>
      <w:r>
        <w:rPr>
          <w:b/>
          <w:bCs/>
        </w:rPr>
        <w:t xml:space="preserve">to.</w:t>
      </w:r>
      <w:r>
        <w:br/>
      </w:r>
      <w:r>
        <w:t xml:space="preserve">    (a) gained advantage from</w:t>
      </w:r>
      <w:r>
        <w:br/>
      </w:r>
      <w:r>
        <w:t xml:space="preserve">    (b) marked important text</w:t>
      </w:r>
      <w:r>
        <w:br/>
      </w:r>
      <w:r>
        <w:t xml:space="preserve">    (c) indirectly referenced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"Father's so old that 'a can't mind his age, can ye, father?"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Jacob.</w:t>
      </w:r>
      <w:r>
        <w:br/>
      </w:r>
      <w:r>
        <w:t xml:space="preserve">    (a) (verb) drew pictures to accompany  OR  (adjective) accompanied by pictures</w:t>
      </w:r>
      <w:r>
        <w:br/>
      </w:r>
      <w:r>
        <w:t xml:space="preserve">    (b) not justified or explained as an understandable reaction to another action</w:t>
      </w:r>
      <w:r>
        <w:br/>
      </w:r>
      <w:r>
        <w:t xml:space="preserve">    (c) to insert between other elements; or to interrupt or stop action by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Boldwood looked, as he had a hundred times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preceding</w:t>
      </w:r>
      <w:r>
        <w:rPr>
          <w:b/>
          <w:bCs/>
        </w:rPr>
        <w:t xml:space="preserve"> </w:t>
      </w:r>
      <w:r>
        <w:rPr>
          <w:b/>
          <w:bCs/>
        </w:rPr>
        <w:t xml:space="preserve">day, at the insistent red seal: "Marry me," he said aloud.</w:t>
      </w:r>
      <w:r>
        <w:br/>
      </w:r>
      <w:r>
        <w:t xml:space="preserve">    (a) beginning to fight again</w:t>
      </w:r>
      <w:r>
        <w:br/>
      </w:r>
      <w:r>
        <w:t xml:space="preserve">    (b) influencing or effecting</w:t>
      </w:r>
      <w:r>
        <w:br/>
      </w:r>
      <w:r>
        <w:t xml:space="preserve">    (c) prior (in time or space)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Farmer Boldwood had read the pantomime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denoting</w:t>
      </w:r>
      <w:r>
        <w:rPr>
          <w:b/>
          <w:bCs/>
        </w:rPr>
        <w:t xml:space="preserve"> </w:t>
      </w:r>
      <w:r>
        <w:rPr>
          <w:b/>
          <w:bCs/>
        </w:rPr>
        <w:t xml:space="preserve">that they were aware of his presence, and the perception was as too much light turned upon his new sensibility.</w:t>
      </w:r>
      <w:r>
        <w:br/>
      </w:r>
      <w:r>
        <w:t xml:space="preserve">    (a) drawing pictures to accompany</w:t>
      </w:r>
      <w:r>
        <w:br/>
      </w:r>
      <w:r>
        <w:t xml:space="preserve">    (b) stand for or symbolize literally; or be a sign or indicator of</w:t>
      </w:r>
      <w:r>
        <w:br/>
      </w:r>
      <w:r>
        <w:t xml:space="preserve">    (c) overly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never again, by look or by sign, to interrupt the steady flow of this man's life.</w:t>
      </w:r>
      <w:r>
        <w:br/>
      </w:r>
      <w:r>
        <w:t xml:space="preserve">    (a) decided</w:t>
      </w:r>
      <w:r>
        <w:br/>
      </w:r>
      <w:r>
        <w:t xml:space="preserve">    (b) changed</w:t>
      </w:r>
      <w:r>
        <w:br/>
      </w:r>
      <w:r>
        <w:t xml:space="preserve">    (c)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 manly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to recognize boldly that he had no longer a lover's interest in her, helped him occasionally to conceal a feeling.</w:t>
      </w:r>
      <w:r>
        <w:br/>
      </w:r>
      <w:r>
        <w:t xml:space="preserve">    (a) wrongly translating</w:t>
      </w:r>
      <w:r>
        <w:br/>
      </w:r>
      <w:r>
        <w:t xml:space="preserve">    (b) determination (firmness of purpose)</w:t>
      </w:r>
      <w:r>
        <w:br/>
      </w:r>
      <w:r>
        <w:t xml:space="preserve">    (c) difficult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picture of to-day in its frame of four hundred years ago did not produce that marked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ancient and modern which is implied by the contrast of date.</w:t>
      </w:r>
      <w:r>
        <w:br/>
      </w:r>
      <w:r>
        <w:t xml:space="preserve">    (a) difference</w:t>
      </w:r>
      <w:r>
        <w:br/>
      </w:r>
      <w:r>
        <w:t xml:space="preserve">    (b) come to terms with</w:t>
      </w:r>
      <w:r>
        <w:br/>
      </w:r>
      <w:r>
        <w:t xml:space="preserve">    (c) block or interfere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</w:t>
      </w:r>
      <w:r>
        <w:rPr>
          <w:b/>
          <w:bCs/>
        </w:rPr>
        <w:t xml:space="preserve"> </w:t>
      </w:r>
      <w:r>
        <w:rPr>
          <w:b/>
          <w:bCs/>
        </w:rPr>
        <w:t xml:space="preserve">more than nothing.</w:t>
      </w:r>
      <w:r>
        <w:br/>
      </w:r>
      <w:r>
        <w:t xml:space="preserve">    (a) leave a place, job or position previously occupied</w:t>
      </w:r>
      <w:r>
        <w:br/>
      </w:r>
      <w:r>
        <w:t xml:space="preserve">    (b) someone (or something) taking the place of another</w:t>
      </w:r>
      <w:r>
        <w:br/>
      </w:r>
      <w:r>
        <w:t xml:space="preserve">    (c) little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 with</w:t>
      </w:r>
      <w:r>
        <w:rPr>
          <w:b/>
          <w:bCs/>
        </w:rPr>
        <w:t xml:space="preserve"> </w:t>
      </w:r>
      <w:r>
        <w:rPr>
          <w:b/>
          <w:bCs/>
        </w:rPr>
        <w:t xml:space="preserve">him; but then, I have nothing to do with him.</w:t>
      </w:r>
      <w:r>
        <w:br/>
      </w:r>
      <w:r>
        <w:t xml:space="preserve">    (a) treat thoughtlessly or without respect</w:t>
      </w:r>
      <w:r>
        <w:br/>
      </w:r>
      <w:r>
        <w:t xml:space="preserve">    (b) injured muscles or tendons of the back</w:t>
      </w:r>
      <w:r>
        <w:br/>
      </w:r>
      <w:r>
        <w:t xml:space="preserve">    (c) beyond the permitted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are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, with this difference from real warfare, that I shall miss you every time by one hair's breadth, or perhaps two.</w:t>
      </w:r>
      <w:r>
        <w:br/>
      </w:r>
      <w:r>
        <w:t xml:space="preserve">    (a) someone who changes something (upon review)</w:t>
      </w:r>
      <w:r>
        <w:br/>
      </w:r>
      <w:r>
        <w:t xml:space="preserve">    (b) someone who offers opposition or is hostile</w:t>
      </w:r>
      <w:r>
        <w:br/>
      </w:r>
      <w:r>
        <w:t xml:space="preserve">    (c) someone who takes something on as their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Hardly anybody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parish</w:t>
      </w:r>
      <w:r>
        <w:rPr>
          <w:b/>
          <w:bCs/>
        </w:rPr>
        <w:t xml:space="preserve"> </w:t>
      </w:r>
      <w:r>
        <w:rPr>
          <w:b/>
          <w:bCs/>
        </w:rPr>
        <w:t xml:space="preserve">knows the news yet.</w:t>
      </w:r>
      <w:r>
        <w:br/>
      </w:r>
      <w:r>
        <w:t xml:space="preserve">    (a) an artists performance of another artist's work that expresses the performer's feelings or ideas about the work</w:t>
      </w:r>
      <w:r>
        <w:br/>
      </w:r>
      <w:r>
        <w:t xml:space="preserve">    (b) someone who abandoned their religion or separated from others with whom they used to share firmly held beliefs</w:t>
      </w:r>
      <w:r>
        <w:br/>
      </w:r>
      <w:r>
        <w:t xml:space="preserve">    (c) a local church community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inclining</w:t>
      </w:r>
      <w:r>
        <w:rPr>
          <w:b/>
          <w:bCs/>
        </w:rPr>
        <w:t xml:space="preserve"> </w:t>
      </w:r>
      <w:r>
        <w:rPr>
          <w:b/>
          <w:bCs/>
        </w:rPr>
        <w:t xml:space="preserve">her head as she spoke in the direction of the room where Fanny lay.</w:t>
      </w:r>
      <w:r>
        <w:br/>
      </w:r>
      <w:r>
        <w:t xml:space="preserve">    (a) giving an opinion of what is wrong with something</w:t>
      </w:r>
      <w:r>
        <w:br/>
      </w:r>
      <w:r>
        <w:t xml:space="preserve">    (b) angling (or bending or leaning)</w:t>
      </w:r>
      <w:r>
        <w:br/>
      </w:r>
      <w:r>
        <w:t xml:space="preserve">    (c) intentionally angering, challenging, or upsetting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think we'd better keep quiet.</w:t>
      </w:r>
      <w:r>
        <w:br/>
      </w:r>
      <w:r>
        <w:t xml:space="preserve">    (a) tending (with tendency)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grim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countenances</w:t>
      </w:r>
      <w:r>
        <w:br/>
      </w:r>
      <w:r>
        <w:t xml:space="preserve">    (a) facial expressions</w:t>
      </w:r>
      <w:r>
        <w:br/>
      </w:r>
      <w:r>
        <w:t xml:space="preserve">    (b) changes; or changed versions</w:t>
      </w:r>
      <w:r>
        <w:br/>
      </w:r>
      <w:r>
        <w:t xml:space="preserve">    (c) instances of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does a woman keep a promise, not to marry, but to enter on an engagement to marry at some time?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hot and hasty, but she's a brave girl who'll never tell a lie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much the truth may harm her, and I've no cause to wish her evil.</w:t>
      </w:r>
      <w:r>
        <w:br/>
      </w:r>
      <w:r>
        <w:t xml:space="preserve">    (a) regardless of how</w:t>
      </w:r>
      <w:r>
        <w:br/>
      </w:r>
      <w:r>
        <w:t xml:space="preserve">    (b) people who are good at or spend much time studying, thinking, and reasoning</w:t>
      </w:r>
      <w:r>
        <w:br/>
      </w:r>
      <w:r>
        <w:t xml:space="preserve">    (c) aka analysis -- psychiatric treatment; or a theory of psychiatric treatment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2026-07-31T14:45:42Z</dcterms:created>
  <dcterms:modified xsi:type="dcterms:W3CDTF">2026-07-31T14:45:42Z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