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3e0fed6f5011cebbf0b75935d03f7cb98fba4c4"/>
    <w:p>
      <w:pPr>
        <w:pStyle w:val="Heading1"/>
      </w:pPr>
      <w:r>
        <w:rPr>
          <w:b/>
          <w:bCs/>
        </w:rPr>
        <w:t xml:space="preserve">Far from the Madding Crowd</w:t>
      </w:r>
      <w:r>
        <w:br/>
      </w:r>
      <w:r>
        <w:rPr>
          <w:i/>
          <w:iCs/>
        </w:rPr>
        <w:t xml:space="preserve">Thomas Hardy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waggon was laden with household goods and window plants, and on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apex</w:t>
      </w:r>
      <w:r>
        <w:rPr>
          <w:b/>
          <w:bCs/>
        </w:rPr>
        <w:t xml:space="preserve"> </w:t>
      </w:r>
      <w:r>
        <w:rPr>
          <w:b/>
          <w:bCs/>
        </w:rPr>
        <w:t xml:space="preserve">of the whole sat a woman, young and attractive.</w:t>
      </w:r>
      <w:r>
        <w:br/>
      </w:r>
      <w:r>
        <w:t xml:space="preserve">    (a) determination</w:t>
      </w:r>
      <w:r>
        <w:br/>
      </w:r>
      <w:r>
        <w:t xml:space="preserve">    (b) use of reason</w:t>
      </w:r>
      <w:r>
        <w:br/>
      </w:r>
      <w:r>
        <w:t xml:space="preserve">    (c) highest point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Inward melancholy it was impossible for a man like Oak, introspective far beyond his neighbours, to banish quite, whilst conning the present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untoward</w:t>
      </w:r>
      <w:r>
        <w:rPr>
          <w:b/>
          <w:bCs/>
        </w:rPr>
        <w:t xml:space="preserve"> </w:t>
      </w:r>
      <w:r>
        <w:rPr>
          <w:b/>
          <w:bCs/>
        </w:rPr>
        <w:t xml:space="preserve">page of his history.</w:t>
      </w:r>
      <w:r>
        <w:br/>
      </w:r>
      <w:r>
        <w:t xml:space="preserve">    (a) able to be stopped from happening</w:t>
      </w:r>
      <w:r>
        <w:br/>
      </w:r>
      <w:r>
        <w:t xml:space="preserve">    (b) improper, awkward, or unfavorable</w:t>
      </w:r>
      <w:r>
        <w:br/>
      </w:r>
      <w:r>
        <w:t xml:space="preserve">    (c) something simulated by a computer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maltster, being now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pacified</w:t>
      </w:r>
      <w:r>
        <w:rPr>
          <w:b/>
          <w:bCs/>
        </w:rPr>
        <w:t xml:space="preserve">, was even generous enough to voluntarily disparage in a slight degree the virtue of having lived a great many years, by mentioning that the cup they were drinking out of was three years older than he.</w:t>
      </w:r>
      <w:r>
        <w:br/>
      </w:r>
      <w:r>
        <w:t xml:space="preserve">    (a) donated a portion of one's income to a church</w:t>
      </w:r>
      <w:r>
        <w:br/>
      </w:r>
      <w:r>
        <w:t xml:space="preserve">    (b) caused to happen or occurred as a consequence</w:t>
      </w:r>
      <w:r>
        <w:br/>
      </w:r>
      <w:r>
        <w:t xml:space="preserve">    (c) calm someone who is angry; or establish peace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"What a night of horrors!" murmured Joseph Poorgrass, waving his hands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spasmodically</w:t>
      </w:r>
      <w:r>
        <w:rPr>
          <w:b/>
          <w:bCs/>
        </w:rPr>
        <w:t xml:space="preserve">.</w:t>
      </w:r>
      <w:r>
        <w:br/>
      </w:r>
      <w:r>
        <w:t xml:space="preserve">    (a) happening for short periods and not in a regular pattern; or relating to muscle spasms</w:t>
      </w:r>
      <w:r>
        <w:br/>
      </w:r>
      <w:r>
        <w:t xml:space="preserve">    (b) in a manner that is so bad it is laughable or contemptible -- possibly mixed with pity</w:t>
      </w:r>
      <w:r>
        <w:br/>
      </w:r>
      <w:r>
        <w:t xml:space="preserve">    (c) in a way that is not appropriate in size, amount, or degree relative to something else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Here, in the quiet of Boldwood's parlour, where everything that was not grave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extraneous</w:t>
      </w:r>
      <w:r>
        <w:rPr>
          <w:b/>
          <w:bCs/>
        </w:rPr>
        <w:t xml:space="preserve">, and where the atmosphere was that of a Puritan Sunday lasting all the week, the letter and its dictum changed their tenor from the thoughtlessness of their origin to a deep solemnity, imbibed from their accessories now.</w:t>
      </w:r>
      <w:r>
        <w:br/>
      </w:r>
      <w:r>
        <w:t xml:space="preserve">    (a) tendency to be direct in a disagreeable, insensitive manner</w:t>
      </w:r>
      <w:r>
        <w:br/>
      </w:r>
      <w:r>
        <w:t xml:space="preserve">    (b) the degree or quality of being exactly vertical or straight</w:t>
      </w:r>
      <w:r>
        <w:br/>
      </w:r>
      <w:r>
        <w:t xml:space="preserve">    (c) not relevant or important to the matter under consideration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disturbance was as the first floating weed to Columbus—the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contemptibly</w:t>
      </w:r>
      <w:r>
        <w:rPr>
          <w:b/>
          <w:bCs/>
        </w:rPr>
        <w:t xml:space="preserve"> </w:t>
      </w:r>
      <w:r>
        <w:rPr>
          <w:b/>
          <w:bCs/>
        </w:rPr>
        <w:t xml:space="preserve">little suggesting possibilities of the infinitely great.</w:t>
      </w:r>
      <w:r>
        <w:br/>
      </w:r>
      <w:r>
        <w:t xml:space="preserve">    (a) in a manner that is very bad (deserving no respect)</w:t>
      </w:r>
      <w:r>
        <w:br/>
      </w:r>
      <w:r>
        <w:t xml:space="preserve">    (b) in a manner that spreads to other parts of the body</w:t>
      </w:r>
      <w:r>
        <w:br/>
      </w:r>
      <w:r>
        <w:t xml:space="preserve">    (c) done directly in a disagreeable, insensitive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door was hurriedly burst open again, and in came running Cainy Ball out of breath, his mouth red and open, like the bell of a penny trumpet, from which he coughed with noisy vigour and great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distension</w:t>
      </w:r>
      <w:r>
        <w:rPr>
          <w:b/>
          <w:bCs/>
        </w:rPr>
        <w:t xml:space="preserve"> </w:t>
      </w:r>
      <w:r>
        <w:rPr>
          <w:b/>
          <w:bCs/>
        </w:rPr>
        <w:t xml:space="preserve">of face.</w:t>
      </w:r>
      <w:r>
        <w:br/>
      </w:r>
      <w:r>
        <w:t xml:space="preserve">    (a) marshmallows and a layer of chocolate sandwiched between two pieces of graham cracker</w:t>
      </w:r>
      <w:r>
        <w:br/>
      </w:r>
      <w:r>
        <w:t xml:space="preserve">    (b) to extend -- especially the swelling outward of a part of the body; e.g., the stomach</w:t>
      </w:r>
      <w:r>
        <w:br/>
      </w:r>
      <w:r>
        <w:t xml:space="preserve">    (c) feeling or appraisal of having personally behaved in a morally right or wrong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 once connecting these signs with the letter Boldwood had shown him, Gabriel suspected her of some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coquettish</w:t>
      </w:r>
      <w:r>
        <w:rPr>
          <w:b/>
          <w:bCs/>
        </w:rPr>
        <w:t xml:space="preserve"> </w:t>
      </w:r>
      <w:r>
        <w:rPr>
          <w:b/>
          <w:bCs/>
        </w:rPr>
        <w:t xml:space="preserve">procedure begun by that means, and carried on since, he knew not how.</w:t>
      </w:r>
      <w:r>
        <w:br/>
      </w:r>
      <w:r>
        <w:t xml:space="preserve">    (a) related to the setting or situation in which something occurs</w:t>
      </w:r>
      <w:r>
        <w:br/>
      </w:r>
      <w:r>
        <w:t xml:space="preserve">    (b) casually playful in a way that arouses sexual interest of men</w:t>
      </w:r>
      <w:r>
        <w:br/>
      </w:r>
      <w:r>
        <w:t xml:space="preserve">    (c) trustworthy with secrets or subtle (not attracting attention)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outskirts of this level water-meadow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diversified</w:t>
      </w:r>
      <w:r>
        <w:rPr>
          <w:b/>
          <w:bCs/>
        </w:rPr>
        <w:t xml:space="preserve"> </w:t>
      </w:r>
      <w:r>
        <w:rPr>
          <w:b/>
          <w:bCs/>
        </w:rPr>
        <w:t xml:space="preserve">by rounded and hollow pastures, where just now every flower that was not a buttercup was a daisy.</w:t>
      </w:r>
      <w:r>
        <w:br/>
      </w:r>
      <w:r>
        <w:t xml:space="preserve">    (a) made more varied</w:t>
      </w:r>
      <w:r>
        <w:br/>
      </w:r>
      <w:r>
        <w:t xml:space="preserve">    (b) jumped or leaped</w:t>
      </w:r>
      <w:r>
        <w:br/>
      </w:r>
      <w:r>
        <w:t xml:space="preserve">    (c) stopped fighting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All the surrounding cottages were more or less scenes of the same operation; the scurr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whetting</w:t>
      </w:r>
      <w:r>
        <w:rPr>
          <w:b/>
          <w:bCs/>
        </w:rPr>
        <w:t xml:space="preserve"> </w:t>
      </w:r>
      <w:r>
        <w:rPr>
          <w:b/>
          <w:bCs/>
        </w:rPr>
        <w:t xml:space="preserve">spread into the sky from all parts of the village as from an armoury previous to a campaign.</w:t>
      </w:r>
      <w:r>
        <w:br/>
      </w:r>
      <w:r>
        <w:t xml:space="preserve">    (a) sticking out, attracting more attention than desired, or imposing on others</w:t>
      </w:r>
      <w:r>
        <w:br/>
      </w:r>
      <w:r>
        <w:t xml:space="preserve">    (b) to increase a sense or desire</w:t>
      </w:r>
      <w:r>
        <w:br/>
      </w:r>
      <w:r>
        <w:br/>
      </w:r>
      <w:r>
        <w:t xml:space="preserve">or: to sharpen a knife or other cutting edge</w:t>
      </w:r>
      <w:r>
        <w:br/>
      </w:r>
      <w:r>
        <w:t xml:space="preserve">    (c) changing to multiple areas of control or concentration (rather than just 1)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"Or wishing it, I suppose," she said; and it was apparent that she expected an unhesitating denial of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supposition</w:t>
      </w:r>
      <w:r>
        <w:rPr>
          <w:b/>
          <w:bCs/>
        </w:rPr>
        <w:t xml:space="preserve">.</w:t>
      </w:r>
      <w:r>
        <w:br/>
      </w:r>
      <w:r>
        <w:t xml:space="preserve">    (a) nerve cells running from the base of the skull to the lower back and enclosed by vertebrae in adults</w:t>
      </w:r>
      <w:r>
        <w:br/>
      </w:r>
      <w:r>
        <w:t xml:space="preserve">    (b) something supposed (rather than something known to be so) -- such as a disputed belief or assumption</w:t>
      </w:r>
      <w:r>
        <w:br/>
      </w:r>
      <w:r>
        <w:t xml:space="preserve">    (c) a powerful stimulant drug that increases activity in the brain and nervous system -- often addictive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spoke to her in low tones, and she instinctively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modulated</w:t>
      </w:r>
      <w:r>
        <w:rPr>
          <w:b/>
          <w:bCs/>
        </w:rPr>
        <w:t xml:space="preserve"> </w:t>
      </w:r>
      <w:r>
        <w:rPr>
          <w:b/>
          <w:bCs/>
        </w:rPr>
        <w:t xml:space="preserve">her own to the same pitch, and her voice ultimately even caught the inflection of his.</w:t>
      </w:r>
      <w:r>
        <w:br/>
      </w:r>
      <w:r>
        <w:t xml:space="preserve">    (a) disagreed</w:t>
      </w:r>
      <w:r>
        <w:br/>
      </w:r>
      <w:r>
        <w:t xml:space="preserve">    (b) regulated</w:t>
      </w:r>
      <w:r>
        <w:br/>
      </w:r>
      <w:r>
        <w:t xml:space="preserve">    (c) postponed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No, miss ...No, I say; but really it might be Sergeant Troy home 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furlough</w:t>
      </w:r>
      <w:r>
        <w:rPr>
          <w:b/>
          <w:bCs/>
        </w:rPr>
        <w:t xml:space="preserve">, though I have not seen him.</w:t>
      </w:r>
      <w:r>
        <w:br/>
      </w:r>
      <w:r>
        <w:t xml:space="preserve">    (a) a method of artistic painting on a wall by using watercolors on wet plaster; or the painting made in such a manner</w:t>
      </w:r>
      <w:r>
        <w:br/>
      </w:r>
      <w:r>
        <w:t xml:space="preserve">    (b) a temporary leave from work, duty, or confinement, usually granted by an employer, the military, or an institution</w:t>
      </w:r>
      <w:r>
        <w:br/>
      </w:r>
      <w:r>
        <w:t xml:space="preserve">    (c) accept someone's membership though a special procedure such as a ceremony and/or period of instruction and/or test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Moreover, by chance or by devilry, the ministrant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antecedently</w:t>
      </w:r>
      <w:r>
        <w:rPr>
          <w:b/>
          <w:bCs/>
        </w:rPr>
        <w:t xml:space="preserve"> </w:t>
      </w:r>
      <w:r>
        <w:rPr>
          <w:b/>
          <w:bCs/>
        </w:rPr>
        <w:t xml:space="preserve">made interesting by being a handsome stranger who had evidently seen better days.</w:t>
      </w:r>
      <w:r>
        <w:br/>
      </w:r>
      <w:r>
        <w:t xml:space="preserve">    (a) something that happened previous to something else; or anything that precedes something</w:t>
      </w:r>
      <w:r>
        <w:br/>
      </w:r>
      <w:r>
        <w:t xml:space="preserve">    (b) in a manner that is clear, easily noticed, and/or identifiable as different or separate</w:t>
      </w:r>
      <w:r>
        <w:br/>
      </w:r>
      <w:r>
        <w:t xml:space="preserve">    (c) in a manner that relates to classical music plays in which most of the dialogue is sung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pit was a saucer-shaped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concave</w:t>
      </w:r>
      <w:r>
        <w:rPr>
          <w:b/>
          <w:bCs/>
        </w:rPr>
        <w:t xml:space="preserve">, naturally formed, with a top diameter of about thirty feet, and shallow enough to allow the sunshine to reach their heads.</w:t>
      </w:r>
      <w:r>
        <w:br/>
      </w:r>
      <w:r>
        <w:t xml:space="preserve">    (a) angled or curving inward</w:t>
      </w:r>
      <w:r>
        <w:br/>
      </w:r>
      <w:r>
        <w:t xml:space="preserve">    (b) struggle or disagreement</w:t>
      </w:r>
      <w:r>
        <w:br/>
      </w:r>
      <w:r>
        <w:t xml:space="preserve">    (c) include consideration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hev been away from home for a few days, since he's had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felon</w:t>
      </w:r>
      <w:r>
        <w:rPr>
          <w:b/>
          <w:bCs/>
        </w:rPr>
        <w:t xml:space="preserve"> </w:t>
      </w:r>
      <w:r>
        <w:rPr>
          <w:b/>
          <w:bCs/>
        </w:rPr>
        <w:t xml:space="preserve">upon his finger; for 'a said, since I can't work I'll have a hollerday.</w:t>
      </w:r>
      <w:r>
        <w:br/>
      </w:r>
      <w:r>
        <w:t xml:space="preserve">    (a) a lens that limits light vibrations to a single plane</w:t>
      </w:r>
      <w:r>
        <w:br/>
      </w:r>
      <w:r>
        <w:t xml:space="preserve">    (b) someone legally convicted of a felony (serious crime)</w:t>
      </w:r>
      <w:r>
        <w:br/>
      </w:r>
      <w:r>
        <w:t xml:space="preserve">    (c) an expert in the branch of geology that studies rocks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juxtaposition</w:t>
      </w:r>
      <w:r>
        <w:rPr>
          <w:b/>
          <w:bCs/>
        </w:rPr>
        <w:t xml:space="preserve"> </w:t>
      </w:r>
      <w:r>
        <w:rPr>
          <w:b/>
          <w:bCs/>
        </w:rPr>
        <w:t xml:space="preserve">with Troy, Oak had a melancholy tendency to look like a candle beside gas, and ill at ease, he went out again, thinking he would go home; for, under the circumstances, he had no heart for the scene in the barn.</w:t>
      </w:r>
      <w:r>
        <w:br/>
      </w:r>
      <w:r>
        <w:t xml:space="preserve">    (a) the act, process, or instance of telling a story</w:t>
      </w:r>
      <w:r>
        <w:br/>
      </w:r>
      <w:r>
        <w:t xml:space="preserve">    (b) a general feeling of not being as good as others</w:t>
      </w:r>
      <w:r>
        <w:br/>
      </w:r>
      <w:r>
        <w:t xml:space="preserve">    (c) act of positioning differing things side-by-side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Oak went 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recumbent</w:t>
      </w:r>
      <w:r>
        <w:rPr>
          <w:b/>
          <w:bCs/>
        </w:rPr>
        <w:t xml:space="preserve"> </w:t>
      </w:r>
      <w:r>
        <w:rPr>
          <w:b/>
          <w:bCs/>
        </w:rPr>
        <w:t xml:space="preserve">form of Matthew Moon, who usually undertook the rough thatching of the home-stead, and shook him.</w:t>
      </w:r>
      <w:r>
        <w:br/>
      </w:r>
      <w:r>
        <w:t xml:space="preserve">    (a) lying down</w:t>
      </w:r>
      <w:r>
        <w:br/>
      </w:r>
      <w:r>
        <w:t xml:space="preserve">    (b) not friendly</w:t>
      </w:r>
      <w:r>
        <w:br/>
      </w:r>
      <w:r>
        <w:t xml:space="preserve">    (c) unbending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sky was now filled with an incessant light, frequent repetition melting into complete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continuity</w:t>
      </w:r>
      <w:r>
        <w:rPr>
          <w:b/>
          <w:bCs/>
        </w:rPr>
        <w:t xml:space="preserve">, as an unbroken sound results from the successive strokes on a gong.</w:t>
      </w:r>
      <w:r>
        <w:br/>
      </w:r>
      <w:r>
        <w:t xml:space="preserve">    (a) consistency</w:t>
      </w:r>
      <w:r>
        <w:br/>
      </w:r>
      <w:r>
        <w:t xml:space="preserve">    (b) translation</w:t>
      </w:r>
      <w:r>
        <w:br/>
      </w:r>
      <w:r>
        <w:t xml:space="preserve">    (c) storyteller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whispered with desperate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impetuosity</w:t>
      </w:r>
      <w:r>
        <w:rPr>
          <w:b/>
          <w:bCs/>
        </w:rPr>
        <w:t xml:space="preserve">.</w:t>
      </w:r>
      <w:r>
        <w:br/>
      </w:r>
      <w:r>
        <w:t xml:space="preserve">    (a) a ceiling designed to affect noise -- typically to decrease noise</w:t>
      </w:r>
      <w:r>
        <w:br/>
      </w:r>
      <w:r>
        <w:t xml:space="preserve">    (b) impulsiveness (the trait of acting suddenly without much thought)</w:t>
      </w:r>
      <w:r>
        <w:br/>
      </w:r>
      <w:r>
        <w:t xml:space="preserve">    (c) a person (often a writer or artist) living an unconventional life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2026-07-31T14:45:43Z</dcterms:created>
  <dcterms:modified xsi:type="dcterms:W3CDTF">2026-07-31T14:45:43Z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