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6422688ff137d2b633ec07350f53fe30073e40c"/>
    <w:p>
      <w:pPr>
        <w:pStyle w:val="Heading1"/>
      </w:pPr>
      <w:r>
        <w:rPr>
          <w:b/>
          <w:bCs/>
        </w:rPr>
        <w:t xml:space="preserve">Fallen Angels</w:t>
      </w:r>
      <w:r>
        <w:br/>
      </w:r>
      <w:r>
        <w:rPr>
          <w:i/>
          <w:iCs/>
        </w:rPr>
        <w:t xml:space="preserve">Walter Dean Myers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guilt led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anguish</w:t>
      </w:r>
      <w:r>
        <w:rPr>
          <w:b/>
          <w:bCs/>
        </w:rPr>
        <w:t xml:space="preserve"> </w:t>
      </w:r>
      <w:r>
        <w:rPr>
          <w:b/>
          <w:bCs/>
        </w:rPr>
        <w:t xml:space="preserve">until she committed her life to good.</w:t>
      </w:r>
      <w:r>
        <w:br/>
      </w:r>
      <w:r>
        <w:t xml:space="preserve">    (a) extreme depression</w:t>
      </w:r>
      <w:r>
        <w:br/>
      </w:r>
      <w:r>
        <w:t xml:space="preserve">    (b) extreme distress</w:t>
      </w:r>
      <w:r>
        <w:br/>
      </w:r>
      <w:r>
        <w:t xml:space="preserve">    (c) extreme solitude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Marx's writings on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communism</w:t>
      </w:r>
      <w:r>
        <w:rPr>
          <w:b/>
          <w:bCs/>
        </w:rPr>
        <w:t xml:space="preserve"> </w:t>
      </w:r>
      <w:r>
        <w:rPr>
          <w:b/>
          <w:bCs/>
        </w:rPr>
        <w:t xml:space="preserve">inspired revolutions across many countries in the 1900s.</w:t>
      </w:r>
      <w:r>
        <w:br/>
      </w:r>
      <w:r>
        <w:t xml:space="preserve">    (a) collective ownership</w:t>
      </w:r>
      <w:r>
        <w:br/>
      </w:r>
      <w:r>
        <w:t xml:space="preserve">    (b) religious reform</w:t>
      </w:r>
      <w:r>
        <w:br/>
      </w:r>
      <w:r>
        <w:t xml:space="preserve">    (c) free market trade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peacekeeping force includes a British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contingent</w:t>
      </w:r>
      <w:r>
        <w:rPr>
          <w:b/>
          <w:bCs/>
        </w:rPr>
        <w:t xml:space="preserve">.</w:t>
      </w:r>
      <w:r>
        <w:br/>
      </w:r>
      <w:r>
        <w:t xml:space="preserve">    (a) group</w:t>
      </w:r>
      <w:r>
        <w:br/>
      </w:r>
      <w:r>
        <w:t xml:space="preserve">    (b) translator</w:t>
      </w:r>
      <w:r>
        <w:br/>
      </w:r>
      <w:r>
        <w:t xml:space="preserve">    (c) leader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medal is given only to a few who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demonstrated</w:t>
      </w:r>
      <w:r>
        <w:rPr>
          <w:b/>
          <w:bCs/>
        </w:rPr>
        <w:t xml:space="preserve"> </w:t>
      </w:r>
      <w:r>
        <w:rPr>
          <w:b/>
          <w:bCs/>
        </w:rPr>
        <w:t xml:space="preserve">extraordinary courage while defending their country.</w:t>
      </w:r>
      <w:r>
        <w:br/>
      </w:r>
      <w:r>
        <w:t xml:space="preserve">    (a) shown</w:t>
      </w:r>
      <w:r>
        <w:br/>
      </w:r>
      <w:r>
        <w:t xml:space="preserve">    (b) encouraged</w:t>
      </w:r>
      <w:r>
        <w:br/>
      </w:r>
      <w:r>
        <w:t xml:space="preserve">    (c) protested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would like to speak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directly</w:t>
      </w:r>
      <w:r>
        <w:rPr>
          <w:b/>
          <w:bCs/>
        </w:rPr>
        <w:t xml:space="preserve"> </w:t>
      </w:r>
      <w:r>
        <w:rPr>
          <w:b/>
          <w:bCs/>
        </w:rPr>
        <w:t xml:space="preserve">to the manager.</w:t>
      </w:r>
      <w:r>
        <w:br/>
      </w:r>
      <w:r>
        <w:t xml:space="preserve">    (a) when convenient</w:t>
      </w:r>
      <w:r>
        <w:br/>
      </w:r>
      <w:r>
        <w:t xml:space="preserve">    (b) personally</w:t>
      </w:r>
      <w:r>
        <w:br/>
      </w:r>
      <w:r>
        <w:t xml:space="preserve">    (c) formally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easy to work with. She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direct</w:t>
      </w:r>
      <w:r>
        <w:rPr>
          <w:b/>
          <w:bCs/>
        </w:rPr>
        <w:t xml:space="preserve"> </w:t>
      </w:r>
      <w:r>
        <w:rPr>
          <w:b/>
          <w:bCs/>
        </w:rPr>
        <w:t xml:space="preserve">in her communications and expectations.</w:t>
      </w:r>
      <w:r>
        <w:br/>
      </w:r>
      <w:r>
        <w:t xml:space="preserve">    (a) considerate</w:t>
      </w:r>
      <w:r>
        <w:br/>
      </w:r>
      <w:r>
        <w:t xml:space="preserve">    (b) straightforward</w:t>
      </w:r>
      <w:r>
        <w:br/>
      </w:r>
      <w:r>
        <w:t xml:space="preserve">    (c) humble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completely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dominates</w:t>
      </w:r>
      <w:r>
        <w:rPr>
          <w:b/>
          <w:bCs/>
        </w:rPr>
        <w:t xml:space="preserve"> </w:t>
      </w:r>
      <w:r>
        <w:rPr>
          <w:b/>
          <w:bCs/>
        </w:rPr>
        <w:t xml:space="preserve">her boyfriend.</w:t>
      </w:r>
      <w:r>
        <w:br/>
      </w:r>
      <w:r>
        <w:t xml:space="preserve">    (a) obeys</w:t>
      </w:r>
      <w:r>
        <w:br/>
      </w:r>
      <w:r>
        <w:t xml:space="preserve">    (b) controls</w:t>
      </w:r>
      <w:r>
        <w:br/>
      </w:r>
      <w:r>
        <w:t xml:space="preserve">    (c) worships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Can you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estimate</w:t>
      </w:r>
      <w:r>
        <w:rPr>
          <w:b/>
          <w:bCs/>
        </w:rPr>
        <w:t xml:space="preserve"> </w:t>
      </w:r>
      <w:r>
        <w:rPr>
          <w:b/>
          <w:bCs/>
        </w:rPr>
        <w:t xml:space="preserve">the cost of the renovation?</w:t>
      </w:r>
      <w:r>
        <w:br/>
      </w:r>
      <w:r>
        <w:t xml:space="preserve">    (a) officially approve</w:t>
      </w:r>
      <w:r>
        <w:br/>
      </w:r>
      <w:r>
        <w:t xml:space="preserve">    (b) roughly calculate</w:t>
      </w:r>
      <w:r>
        <w:br/>
      </w:r>
      <w:r>
        <w:t xml:space="preserve">    (c) publicly announce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Visitors spoke softly as they entered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hallowed</w:t>
      </w:r>
      <w:r>
        <w:rPr>
          <w:b/>
          <w:bCs/>
        </w:rPr>
        <w:t xml:space="preserve"> </w:t>
      </w:r>
      <w:r>
        <w:rPr>
          <w:b/>
          <w:bCs/>
        </w:rPr>
        <w:t xml:space="preserve">memorial.</w:t>
      </w:r>
      <w:r>
        <w:br/>
      </w:r>
      <w:r>
        <w:t xml:space="preserve">    (a) open to everyone</w:t>
      </w:r>
      <w:r>
        <w:br/>
      </w:r>
      <w:r>
        <w:t xml:space="preserve">    (b) newly repaired</w:t>
      </w:r>
      <w:r>
        <w:br/>
      </w:r>
      <w:r>
        <w:t xml:space="preserve">    (c) deeply respected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harassed</w:t>
      </w:r>
      <w:r>
        <w:rPr>
          <w:b/>
          <w:bCs/>
        </w:rPr>
        <w:t xml:space="preserve"> </w:t>
      </w:r>
      <w:r>
        <w:rPr>
          <w:b/>
          <w:bCs/>
        </w:rPr>
        <w:t xml:space="preserve">by the police.</w:t>
      </w:r>
      <w:r>
        <w:br/>
      </w:r>
      <w:r>
        <w:t xml:space="preserve">    (a) imprisoned rapidly</w:t>
      </w:r>
      <w:r>
        <w:br/>
      </w:r>
      <w:r>
        <w:t xml:space="preserve">    (b) interviewed formally</w:t>
      </w:r>
      <w:r>
        <w:br/>
      </w:r>
      <w:r>
        <w:t xml:space="preserve">    (c) bothered repeatedly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will stand to his left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interpret</w:t>
      </w:r>
      <w:r>
        <w:rPr>
          <w:b/>
          <w:bCs/>
        </w:rPr>
        <w:t xml:space="preserve"> </w:t>
      </w:r>
      <w:r>
        <w:rPr>
          <w:b/>
          <w:bCs/>
        </w:rPr>
        <w:t xml:space="preserve">his speech into sign language.</w:t>
      </w:r>
      <w:r>
        <w:br/>
      </w:r>
      <w:r>
        <w:t xml:space="preserve">    (a) elaborate upon</w:t>
      </w:r>
      <w:r>
        <w:br/>
      </w:r>
      <w:r>
        <w:t xml:space="preserve">    (b) refute (prove false)</w:t>
      </w:r>
      <w:r>
        <w:br/>
      </w:r>
      <w:r>
        <w:t xml:space="preserve">    (c) translate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apology did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pacify</w:t>
      </w:r>
      <w:r>
        <w:rPr>
          <w:b/>
          <w:bCs/>
        </w:rPr>
        <w:t xml:space="preserve"> </w:t>
      </w:r>
      <w:r>
        <w:rPr>
          <w:b/>
          <w:bCs/>
        </w:rPr>
        <w:t xml:space="preserve">her.</w:t>
      </w:r>
      <w:r>
        <w:br/>
      </w:r>
      <w:r>
        <w:t xml:space="preserve">    (a) interest</w:t>
      </w:r>
      <w:r>
        <w:br/>
      </w:r>
      <w:r>
        <w:t xml:space="preserve">    (b) make sense to</w:t>
      </w:r>
      <w:r>
        <w:br/>
      </w:r>
      <w:r>
        <w:t xml:space="preserve">    (c) calm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Build a fence along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perimeter</w:t>
      </w:r>
      <w:r>
        <w:rPr>
          <w:b/>
          <w:bCs/>
        </w:rPr>
        <w:t xml:space="preserve"> </w:t>
      </w:r>
      <w:r>
        <w:rPr>
          <w:b/>
          <w:bCs/>
        </w:rPr>
        <w:t xml:space="preserve">of the yard.</w:t>
      </w:r>
      <w:r>
        <w:br/>
      </w:r>
      <w:r>
        <w:t xml:space="preserve">    (a) dangerous part</w:t>
      </w:r>
      <w:r>
        <w:br/>
      </w:r>
      <w:r>
        <w:t xml:space="preserve">    (b) longest edge</w:t>
      </w:r>
      <w:r>
        <w:br/>
      </w:r>
      <w:r>
        <w:t xml:space="preserve">    (c) outer edges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Hospital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personnel</w:t>
      </w:r>
      <w:r>
        <w:rPr>
          <w:b/>
          <w:bCs/>
        </w:rPr>
        <w:t xml:space="preserve"> </w:t>
      </w:r>
      <w:r>
        <w:rPr>
          <w:b/>
          <w:bCs/>
        </w:rPr>
        <w:t xml:space="preserve">practiced the emergency drill before the storm arrived.</w:t>
      </w:r>
      <w:r>
        <w:br/>
      </w:r>
      <w:r>
        <w:t xml:space="preserve">    (a) building repairs</w:t>
      </w:r>
      <w:r>
        <w:br/>
      </w:r>
      <w:r>
        <w:t xml:space="preserve">    (b) staff members</w:t>
      </w:r>
      <w:r>
        <w:br/>
      </w:r>
      <w:r>
        <w:t xml:space="preserve">    (c) medical supplies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operating to repair the muscle wall through which the hernia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protrudes</w:t>
      </w:r>
      <w:r>
        <w:rPr>
          <w:b/>
          <w:bCs/>
        </w:rPr>
        <w:t xml:space="preserve">.</w:t>
      </w:r>
      <w:r>
        <w:br/>
      </w:r>
      <w:r>
        <w:t xml:space="preserve">    (a) sticks out</w:t>
      </w:r>
      <w:r>
        <w:br/>
      </w:r>
      <w:r>
        <w:t xml:space="preserve">    (b) shrinks back</w:t>
      </w:r>
      <w:r>
        <w:br/>
      </w:r>
      <w:r>
        <w:t xml:space="preserve">    (c) heals over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During the Second World War, products such as food and gasoline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rationed</w:t>
      </w:r>
      <w:r>
        <w:rPr>
          <w:b/>
          <w:bCs/>
        </w:rPr>
        <w:t xml:space="preserve"> </w:t>
      </w:r>
      <w:r>
        <w:rPr>
          <w:b/>
          <w:bCs/>
        </w:rPr>
        <w:t xml:space="preserve">in the United States, so more resources could be devoted to the war effort.</w:t>
      </w:r>
      <w:r>
        <w:br/>
      </w:r>
      <w:r>
        <w:t xml:space="preserve">    (a) restricted in the amount each person could have</w:t>
      </w:r>
      <w:r>
        <w:br/>
      </w:r>
      <w:r>
        <w:t xml:space="preserve">    (b) imported in small amounts from many countries</w:t>
      </w:r>
      <w:r>
        <w:br/>
      </w:r>
      <w:r>
        <w:t xml:space="preserve">    (c) set at a high price only the military could afford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Satellite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reconnaissance</w:t>
      </w:r>
      <w:r>
        <w:rPr>
          <w:b/>
          <w:bCs/>
        </w:rPr>
        <w:t xml:space="preserve"> </w:t>
      </w:r>
      <w:r>
        <w:rPr>
          <w:b/>
          <w:bCs/>
        </w:rPr>
        <w:t xml:space="preserve">indicates they are building a nuclear facility.</w:t>
      </w:r>
      <w:r>
        <w:br/>
      </w:r>
      <w:r>
        <w:t xml:space="preserve">    (a) delivery of supplies</w:t>
      </w:r>
      <w:r>
        <w:br/>
      </w:r>
      <w:r>
        <w:t xml:space="preserve">    (b) scouting for information</w:t>
      </w:r>
      <w:r>
        <w:br/>
      </w:r>
      <w:r>
        <w:t xml:space="preserve">    (c) construction project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Points earned with the credit card can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redeemed</w:t>
      </w:r>
      <w:r>
        <w:rPr>
          <w:b/>
          <w:bCs/>
        </w:rPr>
        <w:t xml:space="preserve"> </w:t>
      </w:r>
      <w:r>
        <w:rPr>
          <w:b/>
          <w:bCs/>
        </w:rPr>
        <w:t xml:space="preserve">for free airline tickets and other products.</w:t>
      </w:r>
      <w:r>
        <w:br/>
      </w:r>
      <w:r>
        <w:t xml:space="preserve">    (a) exchanged</w:t>
      </w:r>
      <w:r>
        <w:br/>
      </w:r>
      <w:r>
        <w:t xml:space="preserve">    (b) saved</w:t>
      </w:r>
      <w:r>
        <w:br/>
      </w:r>
      <w:r>
        <w:t xml:space="preserve">    (c) multiplied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salve</w:t>
      </w:r>
      <w:r>
        <w:rPr>
          <w:b/>
          <w:bCs/>
        </w:rPr>
        <w:t xml:space="preserve"> </w:t>
      </w:r>
      <w:r>
        <w:rPr>
          <w:b/>
          <w:bCs/>
        </w:rPr>
        <w:t xml:space="preserve">also acts as a moisturizer.</w:t>
      </w:r>
      <w:r>
        <w:br/>
      </w:r>
      <w:r>
        <w:t xml:space="preserve">    (a) nutrient</w:t>
      </w:r>
      <w:r>
        <w:br/>
      </w:r>
      <w:r>
        <w:t xml:space="preserve">    (b) humidity</w:t>
      </w:r>
      <w:r>
        <w:br/>
      </w:r>
      <w:r>
        <w:t xml:space="preserve">    (c) cream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studied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theology</w:t>
      </w:r>
      <w:r>
        <w:rPr>
          <w:b/>
          <w:bCs/>
        </w:rPr>
        <w:t xml:space="preserve"> </w:t>
      </w:r>
      <w:r>
        <w:rPr>
          <w:b/>
          <w:bCs/>
        </w:rPr>
        <w:t xml:space="preserve">for years before becoming a hospital chaplain.</w:t>
      </w:r>
      <w:r>
        <w:br/>
      </w:r>
      <w:r>
        <w:t xml:space="preserve">    (a) ancient warfare</w:t>
      </w:r>
      <w:r>
        <w:br/>
      </w:r>
      <w:r>
        <w:t xml:space="preserve">    (b) modern poetry</w:t>
      </w:r>
      <w:r>
        <w:br/>
      </w:r>
      <w:r>
        <w:t xml:space="preserve">    (c) religious studies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2026-07-31T18:21:30Z</dcterms:created>
  <dcterms:modified xsi:type="dcterms:W3CDTF">2026-07-31T18:21:30Z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