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33956c4b01d92d4f970cf222c42f87de3a4e0a"/>
    <w:p>
      <w:pPr>
        <w:pStyle w:val="Heading1"/>
      </w:pPr>
      <w:r>
        <w:rPr>
          <w:b/>
          <w:bCs/>
        </w:rPr>
        <w:t xml:space="preserve">Fahrenheit 451</w:t>
      </w:r>
      <w:r>
        <w:br/>
      </w:r>
      <w:r>
        <w:rPr>
          <w:i/>
          <w:iCs/>
        </w:rPr>
        <w:t xml:space="preserve">Ray Bradbury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Will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her to the party?</w:t>
      </w:r>
      <w:r>
        <w:br/>
      </w:r>
      <w:r>
        <w:t xml:space="preserve">    (a) follow</w:t>
      </w:r>
      <w:r>
        <w:br/>
      </w:r>
      <w:r>
        <w:t xml:space="preserve">    (b) go with</w:t>
      </w:r>
      <w:r>
        <w:br/>
      </w:r>
      <w:r>
        <w:t xml:space="preserve">    (c) precede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performer chose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Bombay</w:t>
      </w:r>
      <w:r>
        <w:rPr>
          <w:b/>
          <w:bCs/>
        </w:rPr>
        <w:t xml:space="preserve"> </w:t>
      </w:r>
      <w:r>
        <w:rPr>
          <w:b/>
          <w:bCs/>
        </w:rPr>
        <w:t xml:space="preserve">as a good word to rhyme with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today</w:t>
      </w:r>
      <w:r>
        <w:rPr>
          <w:b/>
          <w:bCs/>
        </w:rPr>
        <w:t xml:space="preserve">, but India's Central Board of Film Certification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censored</w:t>
      </w:r>
      <w:r>
        <w:rPr>
          <w:b/>
          <w:bCs/>
        </w:rPr>
        <w:t xml:space="preserve"> </w:t>
      </w:r>
      <w:r>
        <w:rPr>
          <w:b/>
          <w:bCs/>
        </w:rPr>
        <w:t xml:space="preserve">the word and replaced it with a beep.</w:t>
      </w:r>
      <w:r>
        <w:br/>
      </w:r>
      <w:r>
        <w:t xml:space="preserve">    (a) improved</w:t>
      </w:r>
      <w:r>
        <w:br/>
      </w:r>
      <w:r>
        <w:t xml:space="preserve">    (b) removed</w:t>
      </w:r>
      <w:r>
        <w:br/>
      </w:r>
      <w:r>
        <w:t xml:space="preserve">    (c) reinforced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cited</w:t>
      </w:r>
      <w:r>
        <w:rPr>
          <w:b/>
          <w:bCs/>
        </w:rPr>
        <w:t xml:space="preserve"> </w:t>
      </w:r>
      <w:r>
        <w:rPr>
          <w:b/>
          <w:bCs/>
        </w:rPr>
        <w:t xml:space="preserve">the EPA report to make her point.</w:t>
      </w:r>
      <w:r>
        <w:br/>
      </w:r>
      <w:r>
        <w:t xml:space="preserve">    (a) refuted (proved false)</w:t>
      </w:r>
      <w:r>
        <w:br/>
      </w:r>
      <w:r>
        <w:t xml:space="preserve">    (b) asked about</w:t>
      </w:r>
      <w:r>
        <w:br/>
      </w:r>
      <w:r>
        <w:t xml:space="preserve">    (c) quoted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group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composed</w:t>
      </w:r>
      <w:r>
        <w:rPr>
          <w:b/>
          <w:bCs/>
        </w:rPr>
        <w:t xml:space="preserve"> </w:t>
      </w:r>
      <w:r>
        <w:rPr>
          <w:b/>
          <w:bCs/>
        </w:rPr>
        <w:t xml:space="preserve">of students who live in the same apartment building.</w:t>
      </w:r>
      <w:r>
        <w:br/>
      </w:r>
      <w:r>
        <w:t xml:space="preserve">    (a) made up</w:t>
      </w:r>
      <w:r>
        <w:br/>
      </w:r>
      <w:r>
        <w:t xml:space="preserve">    (b) calmed</w:t>
      </w:r>
      <w:r>
        <w:br/>
      </w:r>
      <w:r>
        <w:t xml:space="preserve">    (c) written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literary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critic</w:t>
      </w:r>
      <w:r>
        <w:rPr>
          <w:b/>
          <w:bCs/>
        </w:rPr>
        <w:t xml:space="preserve"> </w:t>
      </w:r>
      <w:r>
        <w:rPr>
          <w:b/>
          <w:bCs/>
        </w:rPr>
        <w:t xml:space="preserve">admired the novel's complex characters and insightful exploration of human nature.</w:t>
      </w:r>
      <w:r>
        <w:br/>
      </w:r>
      <w:r>
        <w:t xml:space="preserve">    (a) an expert evaluator</w:t>
      </w:r>
      <w:r>
        <w:br/>
      </w:r>
      <w:r>
        <w:t xml:space="preserve">    (b) someone who reads a lot</w:t>
      </w:r>
      <w:r>
        <w:br/>
      </w:r>
      <w:r>
        <w:t xml:space="preserve">    (c) a writer of novels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armies fought over the region for years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desolated</w:t>
      </w:r>
      <w:r>
        <w:rPr>
          <w:b/>
          <w:bCs/>
        </w:rPr>
        <w:t xml:space="preserve"> </w:t>
      </w:r>
      <w:r>
        <w:rPr>
          <w:b/>
          <w:bCs/>
        </w:rPr>
        <w:t xml:space="preserve">it in the process.</w:t>
      </w:r>
      <w:r>
        <w:br/>
      </w:r>
      <w:r>
        <w:t xml:space="preserve">    (a) thoroughly understood</w:t>
      </w:r>
      <w:r>
        <w:br/>
      </w:r>
      <w:r>
        <w:t xml:space="preserve">    (b) destroyed</w:t>
      </w:r>
      <w:r>
        <w:br/>
      </w:r>
      <w:r>
        <w:t xml:space="preserve">    (c) took control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Hope was replaced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dismay</w:t>
      </w:r>
      <w:r>
        <w:rPr>
          <w:b/>
          <w:bCs/>
        </w:rPr>
        <w:t xml:space="preserve">.</w:t>
      </w:r>
      <w:r>
        <w:br/>
      </w:r>
      <w:r>
        <w:t xml:space="preserve">    (a) satisfaction</w:t>
      </w:r>
      <w:r>
        <w:br/>
      </w:r>
      <w:r>
        <w:t xml:space="preserve">    (b) faith</w:t>
      </w:r>
      <w:r>
        <w:br/>
      </w:r>
      <w:r>
        <w:t xml:space="preserve">    (c) sorrow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people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displaced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hurricane.</w:t>
      </w:r>
      <w:r>
        <w:br/>
      </w:r>
      <w:r>
        <w:t xml:space="preserve">    (a) forced to move</w:t>
      </w:r>
      <w:r>
        <w:br/>
      </w:r>
      <w:r>
        <w:t xml:space="preserve">    (b) injured</w:t>
      </w:r>
      <w:r>
        <w:br/>
      </w:r>
      <w:r>
        <w:t xml:space="preserve">    (c) put to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create a supportive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environment</w:t>
      </w:r>
      <w:r>
        <w:rPr>
          <w:b/>
          <w:bCs/>
        </w:rPr>
        <w:t xml:space="preserve"> </w:t>
      </w:r>
      <w:r>
        <w:rPr>
          <w:b/>
          <w:bCs/>
        </w:rPr>
        <w:t xml:space="preserve">where it's safe to take chances.</w:t>
      </w:r>
      <w:r>
        <w:br/>
      </w:r>
      <w:r>
        <w:t xml:space="preserve">    (a) setting</w:t>
      </w:r>
      <w:r>
        <w:br/>
      </w:r>
      <w:r>
        <w:t xml:space="preserve">    (b) help desk</w:t>
      </w:r>
      <w:r>
        <w:br/>
      </w:r>
      <w:r>
        <w:t xml:space="preserve">    (c) insurance policy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evaluating</w:t>
      </w:r>
      <w:r>
        <w:rPr>
          <w:b/>
          <w:bCs/>
        </w:rPr>
        <w:t xml:space="preserve"> </w:t>
      </w:r>
      <w:r>
        <w:rPr>
          <w:b/>
          <w:bCs/>
        </w:rPr>
        <w:t xml:space="preserve">job options.</w:t>
      </w:r>
      <w:r>
        <w:br/>
      </w:r>
      <w:r>
        <w:t xml:space="preserve">    (a) creating</w:t>
      </w:r>
      <w:r>
        <w:br/>
      </w:r>
      <w:r>
        <w:t xml:space="preserve">    (b) avoiding</w:t>
      </w:r>
      <w:r>
        <w:br/>
      </w:r>
      <w:r>
        <w:t xml:space="preserve">    (c) considering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fugitive</w:t>
      </w:r>
      <w:r>
        <w:rPr>
          <w:b/>
          <w:bCs/>
        </w:rPr>
        <w:t xml:space="preserve"> </w:t>
      </w:r>
      <w:r>
        <w:rPr>
          <w:b/>
          <w:bCs/>
        </w:rPr>
        <w:t xml:space="preserve">fled to Venezuela.</w:t>
      </w:r>
      <w:r>
        <w:br/>
      </w:r>
      <w:r>
        <w:t xml:space="preserve">    (a) person on vacation</w:t>
      </w:r>
      <w:r>
        <w:br/>
      </w:r>
      <w:r>
        <w:t xml:space="preserve">    (b) rebel</w:t>
      </w:r>
      <w:r>
        <w:br/>
      </w:r>
      <w:r>
        <w:t xml:space="preserve">    (c) person running from the law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brain does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function</w:t>
      </w:r>
      <w:r>
        <w:rPr>
          <w:b/>
          <w:bCs/>
        </w:rPr>
        <w:t xml:space="preserve"> </w:t>
      </w:r>
      <w:r>
        <w:rPr>
          <w:b/>
          <w:bCs/>
        </w:rPr>
        <w:t xml:space="preserve">as well when I'm under stress.</w:t>
      </w:r>
      <w:r>
        <w:br/>
      </w:r>
      <w:r>
        <w:t xml:space="preserve">    (a) have fun</w:t>
      </w:r>
      <w:r>
        <w:br/>
      </w:r>
      <w:r>
        <w:t xml:space="preserve">    (b) feel</w:t>
      </w:r>
      <w:r>
        <w:br/>
      </w:r>
      <w:r>
        <w:t xml:space="preserve">    (c)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weather makes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. I can't wait for spring,</w:t>
      </w:r>
      <w:r>
        <w:br/>
      </w:r>
      <w:r>
        <w:t xml:space="preserve">    (a) feel like singing</w:t>
      </w:r>
      <w:r>
        <w:br/>
      </w:r>
      <w:r>
        <w:t xml:space="preserve">    (b) sad</w:t>
      </w:r>
      <w:r>
        <w:br/>
      </w:r>
      <w:r>
        <w:t xml:space="preserve">    (c) happy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story, she was neither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</w:t>
      </w:r>
      <w:r>
        <w:rPr>
          <w:b/>
          <w:bCs/>
        </w:rPr>
        <w:t xml:space="preserve"> </w:t>
      </w:r>
      <w:r>
        <w:rPr>
          <w:b/>
          <w:bCs/>
        </w:rPr>
        <w:t xml:space="preserve">nor a god. She was a demi-god.</w:t>
      </w:r>
      <w:r>
        <w:br/>
      </w:r>
      <w:r>
        <w:t xml:space="preserve">    (a) type of bird</w:t>
      </w:r>
      <w:r>
        <w:br/>
      </w:r>
      <w:r>
        <w:t xml:space="preserve">    (b) lucky survivor</w:t>
      </w:r>
      <w:r>
        <w:br/>
      </w:r>
      <w:r>
        <w:t xml:space="preserve">    (c) human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that time, Shakespeare's works came close to fading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oblivion</w:t>
      </w:r>
      <w:r>
        <w:rPr>
          <w:b/>
          <w:bCs/>
        </w:rPr>
        <w:t xml:space="preserve">.</w:t>
      </w:r>
      <w:r>
        <w:br/>
      </w:r>
      <w:r>
        <w:t xml:space="preserve">    (a) a state of being forgotten</w:t>
      </w:r>
      <w:r>
        <w:br/>
      </w:r>
      <w:r>
        <w:t xml:space="preserve">    (b) a state of high controversy</w:t>
      </w:r>
      <w:r>
        <w:br/>
      </w:r>
      <w:r>
        <w:t xml:space="preserve">    (c) a state of being censored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work together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 </w:t>
      </w:r>
      <w:r>
        <w:rPr>
          <w:b/>
          <w:bCs/>
        </w:rPr>
        <w:t xml:space="preserve">separately.</w:t>
      </w:r>
      <w:r>
        <w:br/>
      </w:r>
      <w:r>
        <w:t xml:space="preserve">    (a) work</w:t>
      </w:r>
      <w:r>
        <w:br/>
      </w:r>
      <w:r>
        <w:t xml:space="preserve">    (b) die</w:t>
      </w:r>
      <w:r>
        <w:br/>
      </w:r>
      <w:r>
        <w:t xml:space="preserve">    (c) fail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children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recited</w:t>
      </w:r>
      <w:r>
        <w:rPr>
          <w:b/>
          <w:bCs/>
        </w:rPr>
        <w:t xml:space="preserve"> </w:t>
      </w:r>
      <w:r>
        <w:rPr>
          <w:b/>
          <w:bCs/>
        </w:rPr>
        <w:t xml:space="preserve">the Pledge of Allegiance.</w:t>
      </w:r>
      <w:r>
        <w:br/>
      </w:r>
      <w:r>
        <w:t xml:space="preserve">    (a) said aloud</w:t>
      </w:r>
      <w:r>
        <w:br/>
      </w:r>
      <w:r>
        <w:t xml:space="preserve">    (b) listened to</w:t>
      </w:r>
      <w:r>
        <w:br/>
      </w:r>
      <w:r>
        <w:t xml:space="preserve">    (c) memorized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store provides shoppers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simultaneous</w:t>
      </w:r>
      <w:r>
        <w:rPr>
          <w:b/>
          <w:bCs/>
        </w:rPr>
        <w:t xml:space="preserve"> </w:t>
      </w:r>
      <w:r>
        <w:rPr>
          <w:b/>
          <w:bCs/>
        </w:rPr>
        <w:t xml:space="preserve">art/music experience.</w:t>
      </w:r>
      <w:r>
        <w:br/>
      </w:r>
      <w:r>
        <w:t xml:space="preserve">    (a) consecutive</w:t>
      </w:r>
      <w:r>
        <w:br/>
      </w:r>
      <w:r>
        <w:t xml:space="preserve">    (b) alternating</w:t>
      </w:r>
      <w:r>
        <w:br/>
      </w:r>
      <w:r>
        <w:t xml:space="preserve">    (c) at the same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traced</w:t>
      </w:r>
      <w:r>
        <w:rPr>
          <w:b/>
          <w:bCs/>
        </w:rPr>
        <w:t xml:space="preserve"> </w:t>
      </w:r>
      <w:r>
        <w:rPr>
          <w:b/>
          <w:bCs/>
        </w:rPr>
        <w:t xml:space="preserve">the illnesses back to a single restaurant.</w:t>
      </w:r>
      <w:r>
        <w:br/>
      </w:r>
      <w:r>
        <w:t xml:space="preserve">    (a) turned</w:t>
      </w:r>
      <w:r>
        <w:br/>
      </w:r>
      <w:r>
        <w:t xml:space="preserve">    (b) followed</w:t>
      </w:r>
      <w:r>
        <w:br/>
      </w:r>
      <w:r>
        <w:t xml:space="preserve">    (c) pushed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used a stick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trace</w:t>
      </w:r>
      <w:r>
        <w:rPr>
          <w:b/>
          <w:bCs/>
        </w:rPr>
        <w:t xml:space="preserve"> </w:t>
      </w:r>
      <w:r>
        <w:rPr>
          <w:b/>
          <w:bCs/>
        </w:rPr>
        <w:t xml:space="preserve">a mysterious symbol on the sand.</w:t>
      </w:r>
      <w:r>
        <w:br/>
      </w:r>
      <w:r>
        <w:t xml:space="preserve">    (a) erase</w:t>
      </w:r>
      <w:r>
        <w:br/>
      </w:r>
      <w:r>
        <w:t xml:space="preserve">    (b) draw</w:t>
      </w:r>
      <w:r>
        <w:br/>
      </w:r>
      <w:r>
        <w:t xml:space="preserve">    (c) uncover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2026-07-31T14:20:27Z</dcterms:created>
  <dcterms:modified xsi:type="dcterms:W3CDTF">2026-07-31T14:20:27Z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