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exodus-the-bible-vocabulary-preview"/>
    <w:p>
      <w:pPr>
        <w:pStyle w:val="Heading1"/>
      </w:pPr>
      <w:r>
        <w:rPr>
          <w:b/>
          <w:bCs/>
        </w:rPr>
        <w:t xml:space="preserve">Exodus</w:t>
      </w:r>
      <w:r>
        <w:br/>
      </w:r>
      <w:r>
        <w:rPr>
          <w:i/>
          <w:iCs/>
        </w:rPr>
        <w:t xml:space="preserve">The Bible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afflicted</w:t>
      </w:r>
      <w:r>
        <w:rPr>
          <w:b/>
          <w:bCs/>
        </w:rPr>
        <w:t xml:space="preserve"> </w:t>
      </w:r>
      <w:r>
        <w:rPr>
          <w:b/>
          <w:bCs/>
        </w:rPr>
        <w:t xml:space="preserve">with migraines since childhood.</w:t>
      </w:r>
      <w:r>
        <w:br/>
      </w:r>
      <w:r>
        <w:t xml:space="preserve">    (a) made to suffer</w:t>
      </w:r>
      <w:r>
        <w:br/>
      </w:r>
      <w:r>
        <w:t xml:space="preserve">    (b) worried about</w:t>
      </w:r>
      <w:r>
        <w:br/>
      </w:r>
      <w:r>
        <w:t xml:space="preserve">    (c) surprised by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 genuine effort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atone</w:t>
      </w:r>
      <w:r>
        <w:rPr>
          <w:b/>
          <w:bCs/>
        </w:rPr>
        <w:t xml:space="preserve"> </w:t>
      </w:r>
      <w:r>
        <w:rPr>
          <w:b/>
          <w:bCs/>
        </w:rPr>
        <w:t xml:space="preserve">for her behavior.</w:t>
      </w:r>
      <w:r>
        <w:br/>
      </w:r>
      <w:r>
        <w:t xml:space="preserve">    (a) get rewarded</w:t>
      </w:r>
      <w:r>
        <w:br/>
      </w:r>
      <w:r>
        <w:t xml:space="preserve">    (b) avoid penalty</w:t>
      </w:r>
      <w:r>
        <w:br/>
      </w:r>
      <w:r>
        <w:t xml:space="preserve">    (c) make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closed the prayer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beseeching</w:t>
      </w:r>
      <w:r>
        <w:rPr>
          <w:b/>
          <w:bCs/>
        </w:rPr>
        <w:t xml:space="preserve"> </w:t>
      </w:r>
      <w:r>
        <w:rPr>
          <w:b/>
          <w:bCs/>
        </w:rPr>
        <w:t xml:space="preserve">God to grant them wisdom and patience.</w:t>
      </w:r>
      <w:r>
        <w:br/>
      </w:r>
      <w:r>
        <w:t xml:space="preserve">    (a) instructing</w:t>
      </w:r>
      <w:r>
        <w:br/>
      </w:r>
      <w:r>
        <w:t xml:space="preserve">    (b) asking</w:t>
      </w:r>
      <w:r>
        <w:br/>
      </w:r>
      <w:r>
        <w:t xml:space="preserve">    (c) demanding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voted to approve appointment of the new minister.</w:t>
      </w:r>
      <w:r>
        <w:br/>
      </w:r>
      <w:r>
        <w:t xml:space="preserve">    (a) people who agree</w:t>
      </w:r>
      <w:r>
        <w:br/>
      </w:r>
      <w:r>
        <w:t xml:space="preserve">    (b) people who worship together</w:t>
      </w:r>
      <w:r>
        <w:br/>
      </w:r>
      <w:r>
        <w:t xml:space="preserve">    (c) people who meet periodically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worst mix -- greedy,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and without morals.</w:t>
      </w:r>
      <w:r>
        <w:br/>
      </w:r>
      <w:r>
        <w:t xml:space="preserve">    (a) strong and cruel</w:t>
      </w:r>
      <w:r>
        <w:br/>
      </w:r>
      <w:r>
        <w:t xml:space="preserve">    (b) clever and deceitful</w:t>
      </w:r>
      <w:r>
        <w:br/>
      </w:r>
      <w:r>
        <w:t xml:space="preserve">    (c) stupid and impatient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may be our last chance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</w:t>
      </w:r>
      <w:r>
        <w:rPr>
          <w:b/>
          <w:bCs/>
        </w:rPr>
        <w:t xml:space="preserve"> </w:t>
      </w:r>
      <w:r>
        <w:rPr>
          <w:b/>
          <w:bCs/>
        </w:rPr>
        <w:t xml:space="preserve">a compromise that will save the peace.</w:t>
      </w:r>
      <w:r>
        <w:br/>
      </w:r>
      <w:r>
        <w:t xml:space="preserve">    (a) save</w:t>
      </w:r>
      <w:r>
        <w:br/>
      </w:r>
      <w:r>
        <w:t xml:space="preserve">    (b) create</w:t>
      </w:r>
      <w:r>
        <w:br/>
      </w:r>
      <w:r>
        <w:t xml:space="preserve">    (c) consider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grievous</w:t>
      </w:r>
      <w:r>
        <w:rPr>
          <w:b/>
          <w:bCs/>
        </w:rPr>
        <w:t xml:space="preserve"> </w:t>
      </w:r>
      <w:r>
        <w:rPr>
          <w:b/>
          <w:bCs/>
        </w:rPr>
        <w:t xml:space="preserve">offense against morality.</w:t>
      </w:r>
      <w:r>
        <w:br/>
      </w:r>
      <w:r>
        <w:t xml:space="preserve">    (a) foolish</w:t>
      </w:r>
      <w:r>
        <w:br/>
      </w:r>
      <w:r>
        <w:t xml:space="preserve">    (b) minor</w:t>
      </w:r>
      <w:r>
        <w:br/>
      </w:r>
      <w:r>
        <w:t xml:space="preserve">    (c) serious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are found in the marine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habitat</w:t>
      </w:r>
      <w:r>
        <w:rPr>
          <w:b/>
          <w:bCs/>
        </w:rPr>
        <w:t xml:space="preserve"> </w:t>
      </w:r>
      <w:r>
        <w:rPr>
          <w:b/>
          <w:bCs/>
        </w:rPr>
        <w:t xml:space="preserve">of the kelp forest of southern California.</w:t>
      </w:r>
      <w:r>
        <w:br/>
      </w:r>
      <w:r>
        <w:t xml:space="preserve">    (a) breeding season</w:t>
      </w:r>
      <w:r>
        <w:br/>
      </w:r>
      <w:r>
        <w:t xml:space="preserve">    (b) feeding routine</w:t>
      </w:r>
      <w:r>
        <w:br/>
      </w:r>
      <w:r>
        <w:t xml:space="preserve">    (c) natural environment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Visitors spoke softly as they entered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hallowed</w:t>
      </w:r>
      <w:r>
        <w:rPr>
          <w:b/>
          <w:bCs/>
        </w:rPr>
        <w:t xml:space="preserve"> </w:t>
      </w:r>
      <w:r>
        <w:rPr>
          <w:b/>
          <w:bCs/>
        </w:rPr>
        <w:t xml:space="preserve">memorial.</w:t>
      </w:r>
      <w:r>
        <w:br/>
      </w:r>
      <w:r>
        <w:t xml:space="preserve">    (a) open to everyone</w:t>
      </w:r>
      <w:r>
        <w:br/>
      </w:r>
      <w:r>
        <w:t xml:space="preserve">    (b) deeply respected</w:t>
      </w:r>
      <w:r>
        <w:br/>
      </w:r>
      <w:r>
        <w:t xml:space="preserve">    (c) newly repaired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inhabitants</w:t>
      </w:r>
      <w:r>
        <w:rPr>
          <w:b/>
          <w:bCs/>
        </w:rPr>
        <w:t xml:space="preserve"> </w:t>
      </w:r>
      <w:r>
        <w:rPr>
          <w:b/>
          <w:bCs/>
        </w:rPr>
        <w:t xml:space="preserve">of the village were very friendly.</w:t>
      </w:r>
      <w:r>
        <w:br/>
      </w:r>
      <w:r>
        <w:t xml:space="preserve">    (a) visitors</w:t>
      </w:r>
      <w:r>
        <w:br/>
      </w:r>
      <w:r>
        <w:t xml:space="preserve">    (b) tourists</w:t>
      </w:r>
      <w:r>
        <w:br/>
      </w:r>
      <w:r>
        <w:t xml:space="preserve">    (c) residents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 licensed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midwife</w:t>
      </w:r>
      <w:r>
        <w:rPr>
          <w:b/>
          <w:bCs/>
        </w:rPr>
        <w:t xml:space="preserve">.</w:t>
      </w:r>
      <w:r>
        <w:br/>
      </w:r>
      <w:r>
        <w:t xml:space="preserve">    (a) not the 1st or most recent wife</w:t>
      </w:r>
      <w:r>
        <w:br/>
      </w:r>
      <w:r>
        <w:t xml:space="preserve">    (b) non-doctor who assists in childbirth</w:t>
      </w:r>
      <w:r>
        <w:br/>
      </w:r>
      <w:r>
        <w:t xml:space="preserve">    (c) best friend of a married woman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graduates have high college debt.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too many of them haven't found good-paying jobs.</w:t>
      </w:r>
      <w:r>
        <w:br/>
      </w:r>
      <w:r>
        <w:t xml:space="preserve">    (a) in contrast to that</w:t>
      </w:r>
      <w:r>
        <w:br/>
      </w:r>
      <w:r>
        <w:t xml:space="preserve">    (b) as a result of that</w:t>
      </w:r>
      <w:r>
        <w:br/>
      </w:r>
      <w:r>
        <w:t xml:space="preserve">    (c) in addition to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budget was approved,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notwithstanding</w:t>
      </w:r>
      <w:r>
        <w:rPr>
          <w:b/>
          <w:bCs/>
        </w:rPr>
        <w:t xml:space="preserve"> </w:t>
      </w:r>
      <w:r>
        <w:rPr>
          <w:b/>
          <w:bCs/>
        </w:rPr>
        <w:t xml:space="preserve">the loud protests from the opposition.</w:t>
      </w:r>
      <w:r>
        <w:br/>
      </w:r>
      <w:r>
        <w:t xml:space="preserve">    (a) as a result of</w:t>
      </w:r>
      <w:r>
        <w:br/>
      </w:r>
      <w:r>
        <w:t xml:space="preserve">    (b) in spite of</w:t>
      </w:r>
      <w:r>
        <w:br/>
      </w:r>
      <w:r>
        <w:t xml:space="preserve">    (c) in addition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perpetual</w:t>
      </w:r>
      <w:r>
        <w:rPr>
          <w:b/>
          <w:bCs/>
        </w:rPr>
        <w:t xml:space="preserve"> </w:t>
      </w:r>
      <w:r>
        <w:rPr>
          <w:b/>
          <w:bCs/>
        </w:rPr>
        <w:t xml:space="preserve">fear of forgetting important deadlines.</w:t>
      </w:r>
      <w:r>
        <w:br/>
      </w:r>
      <w:r>
        <w:t xml:space="preserve">    (a) joyful</w:t>
      </w:r>
      <w:r>
        <w:br/>
      </w:r>
      <w:r>
        <w:t xml:space="preserve">    (b) constant</w:t>
      </w:r>
      <w:r>
        <w:br/>
      </w:r>
      <w:r>
        <w:t xml:space="preserve">    (c) secret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plague was a terrible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pestilence</w:t>
      </w:r>
      <w:r>
        <w:rPr>
          <w:b/>
          <w:bCs/>
        </w:rPr>
        <w:t xml:space="preserve"> </w:t>
      </w:r>
      <w:r>
        <w:rPr>
          <w:b/>
          <w:bCs/>
        </w:rPr>
        <w:t xml:space="preserve">that killed millions of people.</w:t>
      </w:r>
      <w:r>
        <w:br/>
      </w:r>
      <w:r>
        <w:t xml:space="preserve">    (a) famine-causing drought</w:t>
      </w:r>
      <w:r>
        <w:br/>
      </w:r>
      <w:r>
        <w:t xml:space="preserve">    (b) widespread disease</w:t>
      </w:r>
      <w:r>
        <w:br/>
      </w:r>
      <w:r>
        <w:t xml:space="preserve">    (c) antibiotic-resistant bacteria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tried to stay calm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seethed</w:t>
      </w:r>
      <w:r>
        <w:rPr>
          <w:b/>
          <w:bCs/>
        </w:rPr>
        <w:t xml:space="preserve"> </w:t>
      </w:r>
      <w:r>
        <w:rPr>
          <w:b/>
          <w:bCs/>
        </w:rPr>
        <w:t xml:space="preserve">inside over the unfair insult.</w:t>
      </w:r>
      <w:r>
        <w:br/>
      </w:r>
      <w:r>
        <w:t xml:space="preserve">    (a) shrugged it off</w:t>
      </w:r>
      <w:r>
        <w:br/>
      </w:r>
      <w:r>
        <w:t xml:space="preserve">    (b) boiled inwardly</w:t>
      </w:r>
      <w:r>
        <w:br/>
      </w:r>
      <w:r>
        <w:t xml:space="preserve">    (c) laughed it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Before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testimony</w:t>
      </w:r>
      <w:r>
        <w:rPr>
          <w:b/>
          <w:bCs/>
        </w:rPr>
        <w:t xml:space="preserve">, they will have you solemnly swear to tell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the truth, the whole truth and nothing but the truth</w:t>
      </w:r>
      <w:r>
        <w:rPr>
          <w:b/>
          <w:bCs/>
        </w:rPr>
        <w:t xml:space="preserve">.</w:t>
      </w:r>
      <w:r>
        <w:br/>
      </w:r>
      <w:r>
        <w:t xml:space="preserve">    (a) confession</w:t>
      </w:r>
      <w:r>
        <w:br/>
      </w:r>
      <w:r>
        <w:t xml:space="preserve">    (b) statements at a trial</w:t>
      </w:r>
      <w:r>
        <w:br/>
      </w:r>
      <w:r>
        <w:t xml:space="preserve">    (c) job interview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use of innocents as human shields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transgresses</w:t>
      </w:r>
      <w:r>
        <w:rPr>
          <w:b/>
          <w:bCs/>
        </w:rPr>
        <w:t xml:space="preserve"> </w:t>
      </w:r>
      <w:r>
        <w:rPr>
          <w:b/>
          <w:bCs/>
        </w:rPr>
        <w:t xml:space="preserve">"the laws of war."</w:t>
      </w:r>
      <w:r>
        <w:br/>
      </w:r>
      <w:r>
        <w:t xml:space="preserve">    (a) violates</w:t>
      </w:r>
      <w:r>
        <w:br/>
      </w:r>
      <w:r>
        <w:t xml:space="preserve">    (b) is within</w:t>
      </w:r>
      <w:r>
        <w:br/>
      </w:r>
      <w:r>
        <w:t xml:space="preserve">    (c) expands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fears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of God.</w:t>
      </w:r>
      <w:r>
        <w:br/>
      </w:r>
      <w:r>
        <w:t xml:space="preserve">    (a) unpredictable moods</w:t>
      </w:r>
      <w:r>
        <w:br/>
      </w:r>
      <w:r>
        <w:t xml:space="preserve">    (b) power</w:t>
      </w:r>
      <w:r>
        <w:br/>
      </w:r>
      <w:r>
        <w:t xml:space="preserve">    (c) angry punishment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wrested</w:t>
      </w:r>
      <w:r>
        <w:rPr>
          <w:b/>
          <w:bCs/>
        </w:rPr>
        <w:t xml:space="preserve"> </w:t>
      </w:r>
      <w:r>
        <w:rPr>
          <w:b/>
          <w:bCs/>
        </w:rPr>
        <w:t xml:space="preserve">power from the old government.</w:t>
      </w:r>
      <w:r>
        <w:br/>
      </w:r>
      <w:r>
        <w:t xml:space="preserve">    (a) took</w:t>
      </w:r>
      <w:r>
        <w:br/>
      </w:r>
      <w:r>
        <w:t xml:space="preserve">    (b) understood</w:t>
      </w:r>
      <w:r>
        <w:br/>
      </w:r>
      <w:r>
        <w:t xml:space="preserve">    (c) gave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2026-07-31T16:57:18Z</dcterms:created>
  <dcterms:modified xsi:type="dcterms:W3CDTF">2026-07-31T16:57:18Z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