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20f1a8afe361c72bf2240c8aedd60ee5c1c314c"/>
    <w:p>
      <w:pPr>
        <w:pStyle w:val="Heading1"/>
      </w:pPr>
      <w:r>
        <w:rPr>
          <w:b/>
          <w:bCs/>
        </w:rPr>
        <w:t xml:space="preserve">Everyday Use</w:t>
      </w:r>
      <w:r>
        <w:br/>
      </w:r>
      <w:r>
        <w:rPr>
          <w:i/>
          <w:iCs/>
        </w:rPr>
        <w:t xml:space="preserve">Alice Walker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You've no doubt seen those TV shows where the child who has "made it"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confronted</w:t>
      </w:r>
      <w:r>
        <w:rPr>
          <w:b/>
          <w:bCs/>
        </w:rPr>
        <w:t xml:space="preserve">, as a surprise, by her own mother and father, tottering in weakly from backstage.</w:t>
      </w:r>
      <w:r>
        <w:br/>
      </w:r>
      <w:r>
        <w:t xml:space="preserve">    (a) accepted someone's membership though a special procedure such as a ceremony and/or period of instruction and/or test</w:t>
      </w:r>
      <w:r>
        <w:br/>
      </w:r>
      <w:r>
        <w:t xml:space="preserve">    (b) to deal directly with an unpleasant situation or person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to challenge someone -- often by presenting evidence</w:t>
      </w:r>
      <w:r>
        <w:br/>
      </w:r>
      <w:r>
        <w:t xml:space="preserve">    (c) (verb) showed, demonstrated, proved, or caused acceptance  OR  (adjective) proven, known, accepted/trusted/successful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Pressed us to her with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serf</w:t>
      </w:r>
      <w:r>
        <w:rPr>
          <w:b/>
          <w:bCs/>
        </w:rPr>
        <w:t xml:space="preserve">' ous way she read, to shove us away at just the moment, like dimwits, we seemed about to understand.</w:t>
      </w:r>
      <w:r>
        <w:br/>
      </w:r>
      <w:r>
        <w:t xml:space="preserve">    (a) a person who tries to flatter or please someone in authority in order to gain personal advantage</w:t>
      </w:r>
      <w:r>
        <w:br/>
      </w:r>
      <w:r>
        <w:t xml:space="preserve">    (b) Middle Ages Europe:  a person who is bound to the land and owned with the land by the feudal lord</w:t>
      </w:r>
      <w:r>
        <w:br/>
      </w:r>
      <w:r>
        <w:t xml:space="preserve">    (c) a person who uses seemingly believable, but invalid arguments that display ingenuity in reasoning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will marry John Thomas (who has mossy teeth in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earnest</w:t>
      </w:r>
      <w:r>
        <w:rPr>
          <w:b/>
          <w:bCs/>
        </w:rPr>
        <w:t xml:space="preserve"> </w:t>
      </w:r>
      <w:r>
        <w:rPr>
          <w:b/>
          <w:bCs/>
        </w:rPr>
        <w:t xml:space="preserve">face) and then I'll be free to sit here and I guess just sing church songs to myself.</w:t>
      </w:r>
      <w:r>
        <w:br/>
      </w:r>
      <w:r>
        <w:t xml:space="preserve">    (a) sincere or serious</w:t>
      </w:r>
      <w:r>
        <w:br/>
      </w:r>
      <w:r>
        <w:t xml:space="preserve">    (b) impossible to find</w:t>
      </w:r>
      <w:r>
        <w:br/>
      </w:r>
      <w:r>
        <w:t xml:space="preserve">    (c) good or beneficial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Furtive</w:t>
      </w:r>
      <w:r>
        <w:rPr>
          <w:b/>
          <w:bCs/>
        </w:rPr>
        <w:t xml:space="preserve"> </w:t>
      </w:r>
      <w:r>
        <w:rPr>
          <w:b/>
          <w:bCs/>
        </w:rPr>
        <w:t xml:space="preserve">boys in pink shirts hanging about on washday after school.</w:t>
      </w:r>
      <w:r>
        <w:br/>
      </w:r>
      <w:r>
        <w:t xml:space="preserve">    (a) involving an unwelcome intrusion -- possibly a physical attack into another's territory or involvement in personal matters</w:t>
      </w:r>
      <w:r>
        <w:br/>
      </w:r>
      <w:r>
        <w:t xml:space="preserve">    (b) taking pains to avoid being observed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in a manner indicating nervousness (being cautious or appearing suspicious)</w:t>
      </w:r>
      <w:r>
        <w:br/>
      </w:r>
      <w:r>
        <w:t xml:space="preserve">    (c) intended for an entire religion rather than for a selected group with distinct beliefs -- typically the Christian religion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even the first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glimpse</w:t>
      </w:r>
      <w:r>
        <w:rPr>
          <w:b/>
          <w:bCs/>
        </w:rPr>
        <w:t xml:space="preserve"> </w:t>
      </w:r>
      <w:r>
        <w:rPr>
          <w:b/>
          <w:bCs/>
        </w:rPr>
        <w:t xml:space="preserve">of leg out of the car tells me it is Dee.</w:t>
      </w:r>
      <w:r>
        <w:br/>
      </w:r>
      <w:r>
        <w:t xml:space="preserve">    (a) protect something or keep it as it is</w:t>
      </w:r>
      <w:r>
        <w:br/>
      </w:r>
      <w:r>
        <w:t xml:space="preserve">    (b) control (how something will turn out)</w:t>
      </w:r>
      <w:r>
        <w:br/>
      </w:r>
      <w:r>
        <w:t xml:space="preserve">    (c) a quick look or partial understanding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stoops down quickly and lines up picture after picture of me sitting there in front of the house with Maggie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cowering</w:t>
      </w:r>
      <w:r>
        <w:rPr>
          <w:b/>
          <w:bCs/>
        </w:rPr>
        <w:t xml:space="preserve"> </w:t>
      </w:r>
      <w:r>
        <w:rPr>
          <w:b/>
          <w:bCs/>
        </w:rPr>
        <w:t xml:space="preserve">behind me.</w:t>
      </w:r>
      <w:r>
        <w:br/>
      </w:r>
      <w:r>
        <w:t xml:space="preserve">    (a) entering into a place of religious seclusion (such as a monastery)</w:t>
      </w:r>
      <w:r>
        <w:br/>
      </w:r>
      <w:r>
        <w:t xml:space="preserve">    (b) degrading (decreasing) the purity, quality, or status of something</w:t>
      </w:r>
      <w:r>
        <w:br/>
      </w:r>
      <w:r>
        <w:t xml:space="preserve">    (c) showing fear by positioning the body as though afraid of being hit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Hakim-a-barber said, "I accept some of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doctrines</w:t>
      </w:r>
      <w:r>
        <w:rPr>
          <w:b/>
          <w:bCs/>
        </w:rPr>
        <w:t xml:space="preserve">, but farming and raising cattle is not my style."</w:t>
      </w:r>
      <w:r>
        <w:br/>
      </w:r>
      <w:r>
        <w:t xml:space="preserve">    (a) a belief (or system of beliefs or principles) accepted as authoritative by some group</w:t>
      </w:r>
      <w:r>
        <w:br/>
      </w:r>
      <w:r>
        <w:t xml:space="preserve">    (b) tries to obtain a result through gentle and careful effort -- often gently persuades</w:t>
      </w:r>
      <w:r>
        <w:br/>
      </w:r>
      <w:r>
        <w:t xml:space="preserve">    (c) private, non-profit organizations working for member goals at the international level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can use the chute top as a centerpiece for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alcove</w:t>
      </w:r>
      <w:r>
        <w:rPr>
          <w:b/>
          <w:bCs/>
        </w:rPr>
        <w:t xml:space="preserve"> </w:t>
      </w:r>
      <w:r>
        <w:rPr>
          <w:b/>
          <w:bCs/>
        </w:rPr>
        <w:t xml:space="preserve">table," she said, sliding a plate over the chute, "and I'll think of something artistic to do with the dasher."</w:t>
      </w:r>
      <w:r>
        <w:br/>
      </w:r>
      <w:r>
        <w:t xml:space="preserve">    (a) a room leading to a larger or more important room</w:t>
      </w:r>
      <w:r>
        <w:br/>
      </w:r>
      <w:r>
        <w:t xml:space="preserve">    (b) extensive plain without trees (associated with eastern Russia and Siberia)</w:t>
      </w:r>
      <w:r>
        <w:br/>
      </w:r>
      <w:r>
        <w:t xml:space="preserve">    (c) a recessed or secluded space -- such as in a room or garden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2026-07-31T18:56:24Z</dcterms:created>
  <dcterms:modified xsi:type="dcterms:W3CDTF">2026-07-31T18:56:24Z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