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152d2eeb30365bffbebddb5f8d76930042864a"/>
    <w:p>
      <w:pPr>
        <w:pStyle w:val="Heading1"/>
      </w:pPr>
      <w:r>
        <w:rPr>
          <w:b/>
          <w:bCs/>
        </w:rPr>
        <w:t xml:space="preserve">Everworld - Search For Senna</w:t>
      </w:r>
      <w:r>
        <w:br/>
      </w:r>
      <w:r>
        <w:rPr>
          <w:i/>
          <w:iCs/>
        </w:rPr>
        <w:t xml:space="preserve">Katherine Applegate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poverty; though she didn't know it.</w:t>
      </w:r>
      <w:r>
        <w:br/>
      </w:r>
      <w:r>
        <w:t xml:space="preserve">    (a) moderate</w:t>
      </w:r>
      <w:r>
        <w:br/>
      </w:r>
      <w:r>
        <w:t xml:space="preserve">    (b) beneficial</w:t>
      </w:r>
      <w:r>
        <w:br/>
      </w:r>
      <w:r>
        <w:t xml:space="preserve">    (c) extreme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still shaking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adrenaline rush</w:t>
      </w:r>
      <w:r>
        <w:rPr>
          <w:b/>
          <w:bCs/>
        </w:rPr>
        <w:t xml:space="preserve"> </w:t>
      </w:r>
      <w:r>
        <w:rPr>
          <w:b/>
          <w:bCs/>
        </w:rPr>
        <w:t xml:space="preserve">that came with the fright.</w:t>
      </w:r>
      <w:r>
        <w:br/>
      </w:r>
      <w:r>
        <w:t xml:space="preserve">    (a) fight-or-flight hormone</w:t>
      </w:r>
      <w:r>
        <w:br/>
      </w:r>
      <w:r>
        <w:t xml:space="preserve">    (b) calming hormone</w:t>
      </w:r>
      <w:r>
        <w:br/>
      </w:r>
      <w:r>
        <w:t xml:space="preserve">    (c) muscle protein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cried out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.</w:t>
      </w:r>
      <w:r>
        <w:br/>
      </w:r>
      <w:r>
        <w:t xml:space="preserve">    (a) sudden surprise</w:t>
      </w:r>
      <w:r>
        <w:br/>
      </w:r>
      <w:r>
        <w:t xml:space="preserve">    (b) intense anger</w:t>
      </w:r>
      <w:r>
        <w:br/>
      </w:r>
      <w:r>
        <w:t xml:space="preserve">    (c) intense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immigrants worked hard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assimilate</w:t>
      </w:r>
      <w:r>
        <w:rPr>
          <w:b/>
          <w:bCs/>
        </w:rPr>
        <w:t xml:space="preserve"> </w:t>
      </w:r>
      <w:r>
        <w:rPr>
          <w:b/>
          <w:bCs/>
        </w:rPr>
        <w:t xml:space="preserve">the customs of their new homeland.</w:t>
      </w:r>
      <w:r>
        <w:br/>
      </w:r>
      <w:r>
        <w:t xml:space="preserve">    (a) secretly mock</w:t>
      </w:r>
      <w:r>
        <w:br/>
      </w:r>
      <w:r>
        <w:t xml:space="preserve">    (b) absorb and adopt</w:t>
      </w:r>
      <w:r>
        <w:br/>
      </w:r>
      <w:r>
        <w:t xml:space="preserve">    (c) openly reject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won one of 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 </w:t>
      </w:r>
      <w:r>
        <w:rPr>
          <w:b/>
          <w:bCs/>
        </w:rPr>
        <w:t xml:space="preserve">contests designed by Guinness Book of World Records.</w:t>
      </w:r>
      <w:r>
        <w:br/>
      </w:r>
      <w:r>
        <w:t xml:space="preserve">    (a) exceedingly odd or unusual</w:t>
      </w:r>
      <w:r>
        <w:br/>
      </w:r>
      <w:r>
        <w:t xml:space="preserve">    (b) present in great quantity</w:t>
      </w:r>
      <w:r>
        <w:br/>
      </w:r>
      <w:r>
        <w:t xml:space="preserve">    (c) critical (full of criticism)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 sound supportive, but her advice came across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condescending</w:t>
      </w:r>
      <w:r>
        <w:rPr>
          <w:b/>
          <w:bCs/>
        </w:rPr>
        <w:t xml:space="preserve">.</w:t>
      </w:r>
      <w:r>
        <w:br/>
      </w:r>
      <w:r>
        <w:t xml:space="preserve">    (a) harmful or unhelpful</w:t>
      </w:r>
      <w:r>
        <w:br/>
      </w:r>
      <w:r>
        <w:t xml:space="preserve">    (b) acting superior</w:t>
      </w:r>
      <w:r>
        <w:br/>
      </w:r>
      <w:r>
        <w:t xml:space="preserve">    (c) sounding uninformed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dominates</w:t>
      </w:r>
      <w:r>
        <w:rPr>
          <w:b/>
          <w:bCs/>
        </w:rPr>
        <w:t xml:space="preserve"> </w:t>
      </w:r>
      <w:r>
        <w:rPr>
          <w:b/>
          <w:bCs/>
        </w:rPr>
        <w:t xml:space="preserve">her boyfriend.</w:t>
      </w:r>
      <w:r>
        <w:br/>
      </w:r>
      <w:r>
        <w:t xml:space="preserve">    (a) controls</w:t>
      </w:r>
      <w:r>
        <w:br/>
      </w:r>
      <w:r>
        <w:t xml:space="preserve">    (b) obeys</w:t>
      </w:r>
      <w:r>
        <w:br/>
      </w:r>
      <w:r>
        <w:t xml:space="preserve">    (c) worships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culture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ceremonies.</w:t>
      </w:r>
      <w:r>
        <w:br/>
      </w:r>
      <w:r>
        <w:t xml:space="preserve">    (a) detailed</w:t>
      </w:r>
      <w:r>
        <w:br/>
      </w:r>
      <w:r>
        <w:t xml:space="preserve">    (b) exciting</w:t>
      </w:r>
      <w:r>
        <w:br/>
      </w:r>
      <w:r>
        <w:t xml:space="preserve">    (c) generous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evilly</w:t>
      </w:r>
      <w:r>
        <w:br/>
      </w:r>
      <w:r>
        <w:t xml:space="preserve">    (b) mockingly</w:t>
      </w:r>
      <w:r>
        <w:br/>
      </w:r>
      <w:r>
        <w:t xml:space="preserve">    (c) carelessly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building I've ever seen.</w:t>
      </w:r>
      <w:r>
        <w:br/>
      </w:r>
      <w:r>
        <w:t xml:space="preserve">    (a) decorated</w:t>
      </w:r>
      <w:r>
        <w:br/>
      </w:r>
      <w:r>
        <w:t xml:space="preserve">    (b) boring</w:t>
      </w:r>
      <w:r>
        <w:br/>
      </w:r>
      <w:r>
        <w:t xml:space="preserve">    (c) ancient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party erupted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pandemonium</w:t>
      </w:r>
      <w:r>
        <w:rPr>
          <w:b/>
          <w:bCs/>
        </w:rPr>
        <w:t xml:space="preserve"> </w:t>
      </w:r>
      <w:r>
        <w:rPr>
          <w:b/>
          <w:bCs/>
        </w:rPr>
        <w:t xml:space="preserve">as news spread of the victory.</w:t>
      </w:r>
      <w:r>
        <w:br/>
      </w:r>
      <w:r>
        <w:t xml:space="preserve">    (a) noisy disorder</w:t>
      </w:r>
      <w:r>
        <w:br/>
      </w:r>
      <w:r>
        <w:t xml:space="preserve">    (b) news watching</w:t>
      </w:r>
      <w:r>
        <w:br/>
      </w:r>
      <w:r>
        <w:t xml:space="preserve">    (c) song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became interested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physics</w:t>
      </w:r>
      <w:r>
        <w:rPr>
          <w:b/>
          <w:bCs/>
        </w:rPr>
        <w:t xml:space="preserve"> </w:t>
      </w:r>
      <w:r>
        <w:rPr>
          <w:b/>
          <w:bCs/>
        </w:rPr>
        <w:t xml:space="preserve">after building a model rocket that launched using air pressure.</w:t>
      </w:r>
      <w:r>
        <w:br/>
      </w:r>
      <w:r>
        <w:t xml:space="preserve">    (a) study of human cultures</w:t>
      </w:r>
      <w:r>
        <w:br/>
      </w:r>
      <w:r>
        <w:t xml:space="preserve">    (b) study of living things</w:t>
      </w:r>
      <w:r>
        <w:br/>
      </w:r>
      <w:r>
        <w:t xml:space="preserve">    (c) science of matter and 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</w:t>
      </w:r>
      <w:r>
        <w:rPr>
          <w:b/>
          <w:bCs/>
        </w:rPr>
        <w:t xml:space="preserve"> </w:t>
      </w:r>
      <w:r>
        <w:rPr>
          <w:b/>
          <w:bCs/>
        </w:rPr>
        <w:t xml:space="preserve">poem</w:t>
      </w:r>
      <w:r>
        <w:br/>
      </w:r>
      <w:r>
        <w:t xml:space="preserve">    (a) joyful</w:t>
      </w:r>
      <w:r>
        <w:br/>
      </w:r>
      <w:r>
        <w:t xml:space="preserve">    (b) dramatic</w:t>
      </w:r>
      <w:r>
        <w:br/>
      </w:r>
      <w:r>
        <w:t xml:space="preserve">    (c)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guiding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</w:t>
      </w:r>
      <w:r>
        <w:rPr>
          <w:b/>
          <w:bCs/>
        </w:rPr>
        <w:t xml:space="preserve"> </w:t>
      </w:r>
      <w:r>
        <w:rPr>
          <w:b/>
          <w:bCs/>
        </w:rPr>
        <w:t xml:space="preserve">is that everyone should be treated fairly.</w:t>
      </w:r>
      <w:r>
        <w:br/>
      </w:r>
      <w:r>
        <w:t xml:space="preserve">    (a) rule or belief</w:t>
      </w:r>
      <w:r>
        <w:br/>
      </w:r>
      <w:r>
        <w:t xml:space="preserve">    (b) complaint</w:t>
      </w:r>
      <w:r>
        <w:br/>
      </w:r>
      <w:r>
        <w:t xml:space="preserve">    (c) answer or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ridiculed</w:t>
      </w:r>
      <w:r>
        <w:rPr>
          <w:b/>
          <w:bCs/>
        </w:rPr>
        <w:t xml:space="preserve"> </w:t>
      </w:r>
      <w:r>
        <w:rPr>
          <w:b/>
          <w:bCs/>
        </w:rPr>
        <w:t xml:space="preserve">him for wearing mismatched socks to school.</w:t>
      </w:r>
      <w:r>
        <w:br/>
      </w:r>
      <w:r>
        <w:t xml:space="preserve">    (a) warmly praised</w:t>
      </w:r>
      <w:r>
        <w:br/>
      </w:r>
      <w:r>
        <w:t xml:space="preserve">    (b) mocked or made fun of</w:t>
      </w:r>
      <w:r>
        <w:br/>
      </w:r>
      <w:r>
        <w:t xml:space="preserve">    (c) completely ignored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About 10% of Americans between the ages of 65 and 75 suffer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senility</w:t>
      </w:r>
      <w:r>
        <w:rPr>
          <w:b/>
          <w:bCs/>
        </w:rPr>
        <w:t xml:space="preserve">.</w:t>
      </w:r>
      <w:r>
        <w:br/>
      </w:r>
      <w:r>
        <w:t xml:space="preserve">    (a) mental weakness caused by old age</w:t>
      </w:r>
      <w:r>
        <w:br/>
      </w:r>
      <w:r>
        <w:t xml:space="preserve">    (b) loneliness most days of the week</w:t>
      </w:r>
      <w:r>
        <w:br/>
      </w:r>
      <w:r>
        <w:t xml:space="preserve">    (c) a poor sense of smell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project.</w:t>
      </w:r>
      <w:r>
        <w:br/>
      </w:r>
      <w:r>
        <w:t xml:space="preserve">    (a) keeping silent</w:t>
      </w:r>
      <w:r>
        <w:br/>
      </w:r>
      <w:r>
        <w:t xml:space="preserve">    (b) excited</w:t>
      </w:r>
      <w:r>
        <w:br/>
      </w:r>
      <w:r>
        <w:t xml:space="preserve">    (c) doubtful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unnecessary</w:t>
      </w:r>
      <w:r>
        <w:br/>
      </w:r>
      <w:r>
        <w:t xml:space="preserve">    (c) appreciated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cowboy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swaggered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saloon with his holster unstrapped.</w:t>
      </w:r>
      <w:r>
        <w:br/>
      </w:r>
      <w:r>
        <w:t xml:space="preserve">    (a) limped with difficulty</w:t>
      </w:r>
      <w:r>
        <w:br/>
      </w:r>
      <w:r>
        <w:t xml:space="preserve">    (b) walked confidently</w:t>
      </w:r>
      <w:r>
        <w:br/>
      </w:r>
      <w:r>
        <w:t xml:space="preserve">    (c) snuck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sidewalk begging that someone call an ambulance.</w:t>
      </w:r>
      <w:r>
        <w:br/>
      </w:r>
      <w:r>
        <w:t xml:space="preserve">    (a) cried and whimpered</w:t>
      </w:r>
      <w:r>
        <w:br/>
      </w:r>
      <w:r>
        <w:t xml:space="preserve">    (b) twisted and turned</w:t>
      </w:r>
      <w:r>
        <w:br/>
      </w:r>
      <w:r>
        <w:t xml:space="preserve">    (c) yelled loudly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2026-07-31T18:27:49Z</dcterms:created>
  <dcterms:modified xsi:type="dcterms:W3CDTF">2026-07-31T18:27:49Z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