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3056ba2cd41b5635da722bd7f71067f7ed599f"/>
    <w:p>
      <w:pPr>
        <w:pStyle w:val="Heading1"/>
      </w:pPr>
      <w:r>
        <w:rPr>
          <w:b/>
          <w:bCs/>
        </w:rPr>
        <w:t xml:space="preserve">Everworld - Search For Senna</w:t>
      </w:r>
      <w:r>
        <w:br/>
      </w:r>
      <w:r>
        <w:rPr>
          <w:i/>
          <w:iCs/>
        </w:rPr>
        <w:t xml:space="preserve">Katherine Applegate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poem I'd had to read that Christopher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ridiculed</w:t>
      </w:r>
      <w:r>
        <w:rPr>
          <w:b/>
          <w:bCs/>
        </w:rPr>
        <w:t xml:space="preserve">?</w:t>
      </w:r>
      <w:r>
        <w:br/>
      </w:r>
      <w:r>
        <w:t xml:space="preserve">    (a) differed; or changed</w:t>
      </w:r>
      <w:r>
        <w:br/>
      </w:r>
      <w:r>
        <w:t xml:space="preserve">    (b) mocked (made fun of)</w:t>
      </w:r>
      <w:r>
        <w:br/>
      </w:r>
      <w:r>
        <w:t xml:space="preserve">    (c) not accepted as true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...maybe he's just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condescending</w:t>
      </w:r>
      <w:r>
        <w:rPr>
          <w:b/>
          <w:bCs/>
        </w:rPr>
        <w:t xml:space="preserve"> </w:t>
      </w:r>
      <w:r>
        <w:rPr>
          <w:b/>
          <w:bCs/>
        </w:rPr>
        <w:t xml:space="preserve">know-it-all.</w:t>
      </w:r>
      <w:r>
        <w:br/>
      </w:r>
      <w:r>
        <w:t xml:space="preserve">    (a) interesting or exciting; or encouraging interest or excitement; or causing something to happen</w:t>
      </w:r>
      <w:r>
        <w:br/>
      </w:r>
      <w:r>
        <w:t xml:space="preserve">    (b) treating others as inferior</w:t>
      </w:r>
      <w:r>
        <w:br/>
      </w:r>
      <w:r>
        <w:t xml:space="preserve">    (c) persuading someone to want something (often sex or love) by tempting with something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cops show up, they'll bust me on general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principle</w:t>
      </w:r>
      <w:r>
        <w:rPr>
          <w:b/>
          <w:bCs/>
        </w:rPr>
        <w:t xml:space="preserve">.</w:t>
      </w:r>
      <w:r>
        <w:br/>
      </w:r>
      <w:r>
        <w:t xml:space="preserve">    (a) narrow water passage</w:t>
      </w:r>
      <w:r>
        <w:br/>
      </w:r>
      <w:r>
        <w:t xml:space="preserve">    (b) the act of forgiving</w:t>
      </w:r>
      <w:r>
        <w:br/>
      </w:r>
      <w:r>
        <w:t xml:space="preserve">    (c) basic rule or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rage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adrenaline</w:t>
      </w:r>
      <w:r>
        <w:rPr>
          <w:b/>
          <w:bCs/>
        </w:rPr>
        <w:t xml:space="preserve"> </w:t>
      </w:r>
      <w:r>
        <w:rPr>
          <w:b/>
          <w:bCs/>
        </w:rPr>
        <w:t xml:space="preserve">is flooding my arms and legs, stiff with repressed energy.</w:t>
      </w:r>
      <w:r>
        <w:br/>
      </w:r>
      <w:r>
        <w:t xml:space="preserve">    (a) the branch of geology that studies rocks</w:t>
      </w:r>
      <w:r>
        <w:br/>
      </w:r>
      <w:r>
        <w:t xml:space="preserve">    (b) declaration of invalidity; or cancelation</w:t>
      </w:r>
      <w:r>
        <w:br/>
      </w:r>
      <w:r>
        <w:t xml:space="preserve">    (c) “fight or flight” stimulating hormone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bizarre</w:t>
      </w:r>
      <w:r>
        <w:rPr>
          <w:b/>
          <w:bCs/>
        </w:rPr>
        <w:t xml:space="preserve">, but I think it's real.</w:t>
      </w:r>
      <w:r>
        <w:br/>
      </w:r>
      <w:r>
        <w:t xml:space="preserve">    (a) exceedingly odd or unusual</w:t>
      </w:r>
      <w:r>
        <w:br/>
      </w:r>
      <w:r>
        <w:t xml:space="preserve">    (b) the quality of disagreeing</w:t>
      </w:r>
      <w:r>
        <w:br/>
      </w:r>
      <w:r>
        <w:t xml:space="preserve">    (c) able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graceful prow that rose high till it ended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ornate</w:t>
      </w:r>
      <w:r>
        <w:rPr>
          <w:b/>
          <w:bCs/>
        </w:rPr>
        <w:t xml:space="preserve"> </w:t>
      </w:r>
      <w:r>
        <w:rPr>
          <w:b/>
          <w:bCs/>
        </w:rPr>
        <w:t xml:space="preserve">carving of a dragon's head.</w:t>
      </w:r>
      <w:r>
        <w:br/>
      </w:r>
      <w:r>
        <w:t xml:space="preserve">    (a) having lots of decorative detail</w:t>
      </w:r>
      <w:r>
        <w:br/>
      </w:r>
      <w:r>
        <w:t xml:space="preserve">    (b) indicating approval or agreement</w:t>
      </w:r>
      <w:r>
        <w:br/>
      </w:r>
      <w:r>
        <w:t xml:space="preserve">    (c) able to be taken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Jerk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agony</w:t>
      </w:r>
      <w:r>
        <w:rPr>
          <w:b/>
          <w:bCs/>
        </w:rPr>
        <w:t xml:space="preserve">, jerk and agony.</w:t>
      </w:r>
      <w:r>
        <w:br/>
      </w:r>
      <w:r>
        <w:t xml:space="preserve">    (a) circular movement</w:t>
      </w:r>
      <w:r>
        <w:br/>
      </w:r>
      <w:r>
        <w:t xml:space="preserve">    (b) intense suffering</w:t>
      </w:r>
      <w:r>
        <w:br/>
      </w:r>
      <w:r>
        <w:t xml:space="preserve">    (c) size or dimension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head was round,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dominated</w:t>
      </w:r>
      <w:r>
        <w:rPr>
          <w:b/>
          <w:bCs/>
        </w:rPr>
        <w:t xml:space="preserve"> </w:t>
      </w:r>
      <w:r>
        <w:rPr>
          <w:b/>
          <w:bCs/>
        </w:rPr>
        <w:t xml:space="preserve">by two large, flat insect eyes.</w:t>
      </w:r>
      <w:r>
        <w:br/>
      </w:r>
      <w:r>
        <w:t xml:space="preserve">    (a) tried to obtain a result through gentle and careful effort -- often gently persuaded</w:t>
      </w:r>
      <w:r>
        <w:br/>
      </w:r>
      <w:r>
        <w:t xml:space="preserve">    (b) most noticed (the most influential characteristic)</w:t>
      </w:r>
      <w:r>
        <w:br/>
      </w:r>
      <w:r>
        <w:t xml:space="preserve">    (c) did not vote  OR  did not drink alcohol  OR  (more rarely) did not do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now it is Odin who lies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writhing</w:t>
      </w:r>
      <w:r>
        <w:rPr>
          <w:b/>
          <w:bCs/>
        </w:rPr>
        <w:t xml:space="preserve"> </w:t>
      </w:r>
      <w:r>
        <w:rPr>
          <w:b/>
          <w:bCs/>
        </w:rPr>
        <w:t xml:space="preserve">in torment.</w:t>
      </w:r>
      <w:r>
        <w:br/>
      </w:r>
      <w:r>
        <w:t xml:space="preserve">    (a) opposing (struggling against each other)</w:t>
      </w:r>
      <w:r>
        <w:br/>
      </w:r>
      <w:r>
        <w:t xml:space="preserve">    (b) examining in detail to better understand</w:t>
      </w:r>
      <w:r>
        <w:br/>
      </w:r>
      <w:r>
        <w:t xml:space="preserve">    (c) moving in a twisting or contorted motion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wasn't me shuffling along, head bowed, tears welling in my eyes behind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swaggering</w:t>
      </w:r>
      <w:r>
        <w:rPr>
          <w:b/>
          <w:bCs/>
        </w:rPr>
        <w:t xml:space="preserve"> </w:t>
      </w:r>
      <w:r>
        <w:rPr>
          <w:b/>
          <w:bCs/>
        </w:rPr>
        <w:t xml:space="preserve">troll.</w:t>
      </w:r>
      <w:r>
        <w:br/>
      </w:r>
      <w:r>
        <w:t xml:space="preserve">    (a) giving an opinion of what is wrong with something</w:t>
      </w:r>
      <w:r>
        <w:br/>
      </w:r>
      <w:r>
        <w:t xml:space="preserve">    (b) expressing regret for having done something wrong</w:t>
      </w:r>
      <w:r>
        <w:br/>
      </w:r>
      <w:r>
        <w:t xml:space="preserve">    (c) walking and behaving in a highly confident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"We have one big advantage: We're smarter than those guys."</w:t>
      </w:r>
      <w:r>
        <w:br/>
      </w:r>
      <w:r>
        <w:rPr>
          <w:b/>
          <w:bCs/>
        </w:rPr>
        <w:t xml:space="preserve">"We are?" Christopher asked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skeptically</w:t>
      </w:r>
      <w:r>
        <w:rPr>
          <w:b/>
          <w:bCs/>
        </w:rPr>
        <w:t xml:space="preserve">.</w:t>
      </w:r>
      <w:r>
        <w:br/>
      </w:r>
      <w:r>
        <w:t xml:space="preserve">    (a) inadequately (in a manner that does not provide enough)</w:t>
      </w:r>
      <w:r>
        <w:br/>
      </w:r>
      <w:r>
        <w:t xml:space="preserve">    (b) in a manner that is open to arguments, ideas, or change</w:t>
      </w:r>
      <w:r>
        <w:br/>
      </w:r>
      <w:r>
        <w:t xml:space="preserve">    (c) in a doubtful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saw no whipping going on, but a couple of big, old Vikings were roaring away, giving mostly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 </w:t>
      </w:r>
      <w:r>
        <w:rPr>
          <w:b/>
          <w:bCs/>
        </w:rPr>
        <w:t xml:space="preserve">orders and pushing people around.</w:t>
      </w:r>
      <w:r>
        <w:br/>
      </w:r>
      <w:r>
        <w:t xml:space="preserve">    (a) the quality of being sensible and careful</w:t>
      </w:r>
      <w:r>
        <w:br/>
      </w:r>
      <w:r>
        <w:t xml:space="preserve">    (b) more than is needed</w:t>
      </w:r>
      <w:r>
        <w:br/>
      </w:r>
      <w:r>
        <w:t xml:space="preserve">    (c) without purpose, job, or natural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 carried battle-axes with carved handles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heads.</w:t>
      </w:r>
      <w:r>
        <w:br/>
      </w:r>
      <w:r>
        <w:t xml:space="preserve">    (a) overly unhappy and unsociable</w:t>
      </w:r>
      <w:r>
        <w:br/>
      </w:r>
      <w:r>
        <w:t xml:space="preserve">    (b) without gender classification</w:t>
      </w:r>
      <w:r>
        <w:br/>
      </w:r>
      <w:r>
        <w:t xml:space="preserve">    (c) complex (in design)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Thorolf yelled, pushing common soldiers aside, roughly but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malice</w:t>
      </w:r>
      <w:r>
        <w:rPr>
          <w:b/>
          <w:bCs/>
        </w:rPr>
        <w:t xml:space="preserve">, and shouldering past officers.</w:t>
      </w:r>
      <w:r>
        <w:br/>
      </w:r>
      <w:r>
        <w:t xml:space="preserve">    (a) not adjusting a lens to create a clear image</w:t>
      </w:r>
      <w:r>
        <w:br/>
      </w:r>
      <w:r>
        <w:t xml:space="preserve">    (b) wanting to make them suffer</w:t>
      </w:r>
      <w:r>
        <w:br/>
      </w:r>
      <w:r>
        <w:t xml:space="preserve">    (c) the quality of lacking exactness or accuracy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Pandemonium</w:t>
      </w:r>
      <w:r>
        <w:rPr>
          <w:b/>
          <w:bCs/>
        </w:rPr>
        <w:t xml:space="preserve">.</w:t>
      </w:r>
      <w:r>
        <w:br/>
      </w:r>
      <w:r>
        <w:t xml:space="preserve">    (a) a state of noisy confusion and disorder</w:t>
      </w:r>
      <w:r>
        <w:br/>
      </w:r>
      <w:r>
        <w:t xml:space="preserve">    (b) something that causes ongoing suffering</w:t>
      </w:r>
      <w:r>
        <w:br/>
      </w:r>
      <w:r>
        <w:t xml:space="preserve">    (c) worry or concern about what will happen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Distant wolves howled,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plaintive</w:t>
      </w:r>
      <w:r>
        <w:rPr>
          <w:b/>
          <w:bCs/>
        </w:rPr>
        <w:t xml:space="preserve">.</w:t>
      </w:r>
      <w:r>
        <w:br/>
      </w:r>
      <w:r>
        <w:t xml:space="preserve">    (a) sad</w:t>
      </w:r>
      <w:r>
        <w:br/>
      </w:r>
      <w:r>
        <w:t xml:space="preserve">    (b) bad</w:t>
      </w:r>
      <w:r>
        <w:br/>
      </w:r>
      <w:r>
        <w:t xml:space="preserve">    (c) real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I felt when I was in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physics</w:t>
      </w:r>
      <w:r>
        <w:rPr>
          <w:b/>
          <w:bCs/>
        </w:rPr>
        <w:t xml:space="preserve"> </w:t>
      </w:r>
      <w:r>
        <w:rPr>
          <w:b/>
          <w:bCs/>
        </w:rPr>
        <w:t xml:space="preserve">class before I bailed out.</w:t>
      </w:r>
      <w:r>
        <w:br/>
      </w:r>
      <w:r>
        <w:t xml:space="preserve">    (a) the science of matter and energy</w:t>
      </w:r>
      <w:r>
        <w:br/>
      </w:r>
      <w:r>
        <w:t xml:space="preserve">    (b) referring to any rocky mountains</w:t>
      </w:r>
      <w:r>
        <w:br/>
      </w:r>
      <w:r>
        <w:t xml:space="preserve">    (c) lacking things most people enjoy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abject</w:t>
      </w:r>
      <w:r>
        <w:rPr>
          <w:b/>
          <w:bCs/>
        </w:rPr>
        <w:t xml:space="preserve"> </w:t>
      </w:r>
      <w:r>
        <w:rPr>
          <w:b/>
          <w:bCs/>
        </w:rPr>
        <w:t xml:space="preserve">horror...</w:t>
      </w:r>
      <w:r>
        <w:br/>
      </w:r>
      <w:r>
        <w:t xml:space="preserve">    (a) extreme</w:t>
      </w:r>
      <w:r>
        <w:br/>
      </w:r>
      <w:r>
        <w:t xml:space="preserve">    (b) outside</w:t>
      </w:r>
      <w:r>
        <w:br/>
      </w:r>
      <w:r>
        <w:t xml:space="preserve">    (c) certain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Just because he...me...the other me...isn't here, doesn't mean I'm deaf, dumb, and blind and you have to act like I'm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senile</w:t>
      </w:r>
      <w:r>
        <w:rPr>
          <w:b/>
          <w:bCs/>
        </w:rPr>
        <w:t xml:space="preserve"> </w:t>
      </w:r>
      <w:r>
        <w:rPr>
          <w:b/>
          <w:bCs/>
        </w:rPr>
        <w:t xml:space="preserve">old man.</w:t>
      </w:r>
      <w:r>
        <w:br/>
      </w:r>
      <w:r>
        <w:t xml:space="preserve">    (a) relating to a government, country, or ruling family of a country ruled by a king of queen</w:t>
      </w:r>
      <w:r>
        <w:br/>
      </w:r>
      <w:r>
        <w:t xml:space="preserve">    (b) mental weakness caused by old age; or describing a medical condition as caused by old age</w:t>
      </w:r>
      <w:r>
        <w:br/>
      </w:r>
      <w:r>
        <w:t xml:space="preserve">    (c) in the dark (figuratively) due to a lack of knowledge, advantages, or moral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I'd been off in my own thoughts, still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assimilating</w:t>
      </w:r>
      <w:r>
        <w:rPr>
          <w:b/>
          <w:bCs/>
        </w:rPr>
        <w:t xml:space="preserve"> </w:t>
      </w:r>
      <w:r>
        <w:rPr>
          <w:b/>
          <w:bCs/>
        </w:rPr>
        <w:t xml:space="preserve">the memories of the last couple of days.</w:t>
      </w:r>
      <w:r>
        <w:br/>
      </w:r>
      <w:r>
        <w:t xml:space="preserve">    (a) making strips of hair lighter in color</w:t>
      </w:r>
      <w:r>
        <w:br/>
      </w:r>
      <w:r>
        <w:t xml:space="preserve">    (b) requiring (obligating) to do something</w:t>
      </w:r>
      <w:r>
        <w:br/>
      </w:r>
      <w:r>
        <w:t xml:space="preserve">    (c) taking in, transforming, or fitting in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2026-07-31T18:27:49Z</dcterms:created>
  <dcterms:modified xsi:type="dcterms:W3CDTF">2026-07-31T18:27:49Z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