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9b8ddd431e7953e01ae5a67e9af88102e0292de"/>
    <w:p>
      <w:pPr>
        <w:pStyle w:val="Heading1"/>
      </w:pPr>
      <w:r>
        <w:rPr>
          <w:b/>
          <w:bCs/>
        </w:rPr>
        <w:t xml:space="preserve">Everworld - Search For Senna</w:t>
      </w:r>
      <w:r>
        <w:br/>
      </w:r>
      <w:r>
        <w:rPr>
          <w:i/>
          <w:iCs/>
        </w:rPr>
        <w:t xml:space="preserve">Katherine Applegate</w:t>
      </w:r>
      <w:r>
        <w:br/>
      </w:r>
      <w:r>
        <w:rPr>
          <w:b/>
          <w:bCs/>
        </w:rPr>
        <w:t xml:space="preserve">Extra Credit 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But I knew, as a chill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premonition</w:t>
      </w:r>
      <w:r>
        <w:rPr>
          <w:b/>
          <w:bCs/>
        </w:rPr>
        <w:t xml:space="preserve"> </w:t>
      </w:r>
      <w:r>
        <w:rPr>
          <w:b/>
          <w:bCs/>
        </w:rPr>
        <w:t xml:space="preserve">tingled from my tailbone up to my neck, that it was not us he saw.</w:t>
      </w:r>
      <w:r>
        <w:br/>
      </w:r>
      <w:r>
        <w:t xml:space="preserve">    (a) of Norway, Sweden, Denmark and sometimes Finland &amp; Iceland</w:t>
      </w:r>
      <w:r>
        <w:br/>
      </w:r>
      <w:r>
        <w:t xml:space="preserve">    (b) of Athens during the Golden Age of Greece (5th century BC)</w:t>
      </w:r>
      <w:r>
        <w:br/>
      </w:r>
      <w:r>
        <w:t xml:space="preserve">    (c) a feeling, not based on reason, that something will happen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 slow, long inhalation, followed by a blast of reeking,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carnivore</w:t>
      </w:r>
      <w:r>
        <w:rPr>
          <w:b/>
          <w:bCs/>
        </w:rPr>
        <w:t xml:space="preserve"> </w:t>
      </w:r>
      <w:r>
        <w:rPr>
          <w:b/>
          <w:bCs/>
        </w:rPr>
        <w:t xml:space="preserve">breath.</w:t>
      </w:r>
      <w:r>
        <w:br/>
      </w:r>
      <w:r>
        <w:t xml:space="preserve">    (a) learns, discovers, or decides</w:t>
      </w:r>
      <w:r>
        <w:br/>
      </w:r>
      <w:r>
        <w:t xml:space="preserve">    (b) not recognizable as different</w:t>
      </w:r>
      <w:r>
        <w:br/>
      </w:r>
      <w:r>
        <w:t xml:space="preserve">    (c) an animal that eats only meat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His boots were knee-high, shining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supple</w:t>
      </w:r>
      <w:r>
        <w:rPr>
          <w:b/>
          <w:bCs/>
        </w:rPr>
        <w:t xml:space="preserve"> </w:t>
      </w:r>
      <w:r>
        <w:rPr>
          <w:b/>
          <w:bCs/>
        </w:rPr>
        <w:t xml:space="preserve">leather trimmed in black fur.</w:t>
      </w:r>
      <w:r>
        <w:br/>
      </w:r>
      <w:r>
        <w:t xml:space="preserve">    (a) moving and bending easily -- sometimes used figuratively to indicate mental flexibility when adapting to different conditions</w:t>
      </w:r>
      <w:r>
        <w:br/>
      </w:r>
      <w:r>
        <w:t xml:space="preserve">    (b) using passive (sometimes subtle) resistance in interpersonal or occupational situations while avoiding direct confrontation</w:t>
      </w:r>
      <w:r>
        <w:br/>
      </w:r>
      <w:r>
        <w:t xml:space="preserve">    (c) clear, easily noticed, and/or identifiable as different or separate -- sometimes to indicate a difference that is excellent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remember standing beneath a big, muscular Harrier, already loaded up with its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complement</w:t>
      </w:r>
      <w:r>
        <w:rPr>
          <w:b/>
          <w:bCs/>
        </w:rPr>
        <w:t xml:space="preserve"> </w:t>
      </w:r>
      <w:r>
        <w:rPr>
          <w:b/>
          <w:bCs/>
        </w:rPr>
        <w:t xml:space="preserve">of weaponry.</w:t>
      </w:r>
      <w:r>
        <w:br/>
      </w:r>
      <w:r>
        <w:t xml:space="preserve">    (a) power plants that produce energy by splitting atoms</w:t>
      </w:r>
      <w:r>
        <w:br/>
      </w:r>
      <w:r>
        <w:t xml:space="preserve">    (b) the state or characteristic of being less than zero</w:t>
      </w:r>
      <w:r>
        <w:br/>
      </w:r>
      <w:r>
        <w:t xml:space="preserve">    (c) a quantity of something that is considered complete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"Oh, but you must," Loki said, still reasonable,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suave</w:t>
      </w:r>
      <w:r>
        <w:rPr>
          <w:b/>
          <w:bCs/>
        </w:rPr>
        <w:t xml:space="preserve">.</w:t>
      </w:r>
      <w:r>
        <w:br/>
      </w:r>
      <w:r>
        <w:t xml:space="preserve">    (a) the quality of disagreeing</w:t>
      </w:r>
      <w:r>
        <w:br/>
      </w:r>
      <w:r>
        <w:t xml:space="preserve">    (b) able to meet and talk with</w:t>
      </w:r>
      <w:r>
        <w:br/>
      </w:r>
      <w:r>
        <w:t xml:space="preserve">    (c) sophisticated and charming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was a feminine voice but not hers.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parody</w:t>
      </w:r>
      <w:r>
        <w:rPr>
          <w:b/>
          <w:bCs/>
        </w:rPr>
        <w:t xml:space="preserve"> </w:t>
      </w:r>
      <w:r>
        <w:rPr>
          <w:b/>
          <w:bCs/>
        </w:rPr>
        <w:t xml:space="preserve">of a girl's voice.</w:t>
      </w:r>
      <w:r>
        <w:br/>
      </w:r>
      <w:r>
        <w:t xml:space="preserve">    (a) a beam, bracket, or other structure supported only on one side; or to support something in that manner</w:t>
      </w:r>
      <w:r>
        <w:br/>
      </w:r>
      <w:r>
        <w:t xml:space="preserve">    (b) to gradually destroy or change the purpose of something -- such as a government, institution, or rule</w:t>
      </w:r>
      <w:r>
        <w:br/>
      </w:r>
      <w:r>
        <w:t xml:space="preserve">    (c) very poor imitation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One you should pass along to that alien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interloper</w:t>
      </w:r>
      <w:r>
        <w:rPr>
          <w:b/>
          <w:bCs/>
        </w:rPr>
        <w:t xml:space="preserve">, Ka Anor:</w:t>
      </w:r>
      <w:r>
        <w:br/>
      </w:r>
      <w:r>
        <w:t xml:space="preserve">    (a) someone or something that makes someone want to do something</w:t>
      </w:r>
      <w:r>
        <w:br/>
      </w:r>
      <w:r>
        <w:t xml:space="preserve">    (b) someone who, without invitation, inserts himself into a situation</w:t>
      </w:r>
      <w:r>
        <w:br/>
      </w:r>
      <w:r>
        <w:t xml:space="preserve">    (c) someone who converts something so it is not what it should be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cliff face passed by,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undifferentiated</w:t>
      </w:r>
      <w:r>
        <w:rPr>
          <w:b/>
          <w:bCs/>
        </w:rPr>
        <w:t xml:space="preserve">, featureless.</w:t>
      </w:r>
      <w:r>
        <w:br/>
      </w:r>
      <w:r>
        <w:t xml:space="preserve">    (a) without recognized difference</w:t>
      </w:r>
      <w:r>
        <w:br/>
      </w:r>
      <w:r>
        <w:t xml:space="preserve">    (b) requested or challenged</w:t>
      </w:r>
      <w:r>
        <w:br/>
      </w:r>
      <w:r>
        <w:t xml:space="preserve">    (c) did in a particular way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You know, I thought all black guys in Chicago area wanted to grow up to be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Michael Jordan</w:t>
      </w:r>
      <w:r>
        <w:rPr>
          <w:b/>
          <w:bCs/>
        </w:rPr>
        <w:t xml:space="preserve">.</w:t>
      </w:r>
      <w:r>
        <w:br/>
      </w:r>
      <w:r>
        <w:t xml:space="preserve">    (a) French impressionist painter identified with painting dancers (1834-1917)</w:t>
      </w:r>
      <w:r>
        <w:br/>
      </w:r>
      <w:r>
        <w:t xml:space="preserve">    (b) retired U.S. basketball generally cited as the best of all time (b. 1963)</w:t>
      </w:r>
      <w:r>
        <w:br/>
      </w:r>
      <w:r>
        <w:t xml:space="preserve">    (c) Italian, Roman Catholic monk who founded the Franciscan order (1181-1226)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They had tall leather boots, more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luxuriant</w:t>
      </w:r>
      <w:r>
        <w:rPr>
          <w:b/>
          <w:bCs/>
        </w:rPr>
        <w:t xml:space="preserve"> </w:t>
      </w:r>
      <w:r>
        <w:rPr>
          <w:b/>
          <w:bCs/>
        </w:rPr>
        <w:t xml:space="preserve">furs, better-sewn pants.</w:t>
      </w:r>
      <w:r>
        <w:br/>
      </w:r>
      <w:r>
        <w:t xml:space="preserve">    (a) the degree to which a performance of or to someone else's work lends itself to the expression of personal artistic ideas or feelings by the performer</w:t>
      </w:r>
      <w:r>
        <w:br/>
      </w:r>
      <w:r>
        <w:t xml:space="preserve">    (b) characterized by growing well or being richly thick or abundant -- as of vegetation or hair</w:t>
      </w:r>
      <w:r>
        <w:br/>
      </w:r>
      <w:r>
        <w:br/>
      </w:r>
      <w:r>
        <w:t xml:space="preserve">or (more rarely):</w:t>
      </w:r>
      <w:r>
        <w:br/>
      </w:r>
      <w:r>
        <w:br/>
      </w:r>
      <w:r>
        <w:t xml:space="preserve">characterized by luxury (very comfortable or extravagant)</w:t>
      </w:r>
      <w:r>
        <w:br/>
      </w:r>
      <w:r>
        <w:t xml:space="preserve">    (c) the quality or degree of being straightforward or clear (sometimes indicating that truth is not worded carefully to spare feelings or gain advantage)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No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groveling</w:t>
      </w:r>
      <w:r>
        <w:rPr>
          <w:b/>
          <w:bCs/>
        </w:rPr>
        <w:t xml:space="preserve">.</w:t>
      </w:r>
      <w:r>
        <w:br/>
      </w:r>
      <w:r>
        <w:t xml:space="preserve">    (a) stopping a battle or fight</w:t>
      </w:r>
      <w:r>
        <w:br/>
      </w:r>
      <w:r>
        <w:t xml:space="preserve">    (b) showing submission or fear</w:t>
      </w:r>
      <w:r>
        <w:br/>
      </w:r>
      <w:r>
        <w:t xml:space="preserve">    (c) changing through evolution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After another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interminable</w:t>
      </w:r>
      <w:r>
        <w:rPr>
          <w:b/>
          <w:bCs/>
        </w:rPr>
        <w:t xml:space="preserve"> </w:t>
      </w:r>
      <w:r>
        <w:rPr>
          <w:b/>
          <w:bCs/>
        </w:rPr>
        <w:t xml:space="preserve">walk, we emerged very suddenly into the open, into earliest morning sunlight and green and blue.</w:t>
      </w:r>
      <w:r>
        <w:br/>
      </w:r>
      <w:r>
        <w:t xml:space="preserve">    (a) relating to expert judgement of what is good and bad about something</w:t>
      </w:r>
      <w:r>
        <w:br/>
      </w:r>
      <w:r>
        <w:t xml:space="preserve">    (b) seemingly endless; or long and unpleasant (often boring or annoying)</w:t>
      </w:r>
      <w:r>
        <w:br/>
      </w:r>
      <w:r>
        <w:t xml:space="preserve">    (c) full of anger or unhappiness at having to accept something not liked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Some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insomniac</w:t>
      </w:r>
      <w:r>
        <w:rPr>
          <w:b/>
          <w:bCs/>
        </w:rPr>
        <w:t xml:space="preserve"> </w:t>
      </w:r>
      <w:r>
        <w:rPr>
          <w:b/>
          <w:bCs/>
        </w:rPr>
        <w:t xml:space="preserve">up late.</w:t>
      </w:r>
      <w:r>
        <w:br/>
      </w:r>
      <w:r>
        <w:t xml:space="preserve">    (a) someone who blocks (prevents) an action</w:t>
      </w:r>
      <w:r>
        <w:br/>
      </w:r>
      <w:r>
        <w:t xml:space="preserve">    (b) somone who makes or manufactures things</w:t>
      </w:r>
      <w:r>
        <w:br/>
      </w:r>
      <w:r>
        <w:t xml:space="preserve">    (c) someone with an inability to sleep well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Framed posters,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generic</w:t>
      </w:r>
      <w:r>
        <w:rPr>
          <w:b/>
          <w:bCs/>
        </w:rPr>
        <w:t xml:space="preserve"> </w:t>
      </w:r>
      <w:r>
        <w:rPr>
          <w:b/>
          <w:bCs/>
        </w:rPr>
        <w:t xml:space="preserve">vintage advertising posters, nothing she'd have chosen.</w:t>
      </w:r>
      <w:r>
        <w:br/>
      </w:r>
      <w:r>
        <w:t xml:space="preserve">    (a) applicable to an entire class or group rather than to a specific thing; or a non-branded version of something such as a medication or grocery</w:t>
      </w:r>
      <w:r>
        <w:br/>
      </w:r>
      <w:r>
        <w:t xml:space="preserve">    (b) name-brand version</w:t>
      </w:r>
      <w:r>
        <w:br/>
      </w:r>
      <w:r>
        <w:t xml:space="preserve">    (c) a specific instance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Every piece of it, every detail was real ... but in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aggregate</w:t>
      </w:r>
      <w:r>
        <w:rPr>
          <w:b/>
          <w:bCs/>
        </w:rPr>
        <w:t xml:space="preserve">, all together, it was a fake.</w:t>
      </w:r>
      <w:r>
        <w:br/>
      </w:r>
      <w:r>
        <w:t xml:space="preserve">    (a) disorder</w:t>
      </w:r>
      <w:r>
        <w:br/>
      </w:r>
      <w:r>
        <w:t xml:space="preserve">    (b) combination of different, but related, things</w:t>
      </w:r>
      <w:r>
        <w:br/>
      </w:r>
      <w:r>
        <w:t xml:space="preserve">    (c) reporter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She'll decide to be thrifty and offend Frey with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paltry</w:t>
      </w:r>
      <w:r>
        <w:rPr>
          <w:b/>
          <w:bCs/>
        </w:rPr>
        <w:t xml:space="preserve"> </w:t>
      </w:r>
      <w:r>
        <w:rPr>
          <w:b/>
          <w:bCs/>
        </w:rPr>
        <w:t xml:space="preserve">sacrifice.</w:t>
      </w:r>
      <w:r>
        <w:br/>
      </w:r>
      <w:r>
        <w:t xml:space="preserve">    (a) able to be understood or explained</w:t>
      </w:r>
      <w:r>
        <w:br/>
      </w:r>
      <w:r>
        <w:t xml:space="preserve">    (b) degree to which things are related</w:t>
      </w:r>
      <w:r>
        <w:br/>
      </w:r>
      <w:r>
        <w:t xml:space="preserve">    (c) insignificant in amount or quality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 ship like the Constitution,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War of 1812</w:t>
      </w:r>
      <w:r>
        <w:rPr>
          <w:b/>
          <w:bCs/>
        </w:rPr>
        <w:t xml:space="preserve">-era ship armed with cannons, could have blown an infinite number of Viking ships out of the water.</w:t>
      </w:r>
      <w:r>
        <w:br/>
      </w:r>
      <w:r>
        <w:t xml:space="preserve">    (a) terrorist attacks on the U.S. on September 11, 2001, using hijacked planes to kill nearly 3,000 people</w:t>
      </w:r>
      <w:r>
        <w:br/>
      </w:r>
      <w:r>
        <w:t xml:space="preserve">    (b) 1812-1815 war between the United States and England and during which the British burned the White House</w:t>
      </w:r>
      <w:r>
        <w:br/>
      </w:r>
      <w:r>
        <w:t xml:space="preserve">    (c) 1803 U.S. purchase from France that doubled the nation’s size with land west of the Mississippi River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u w:val="single"/>
        </w:rPr>
        <w:t xml:space="preserve">Zeus</w:t>
      </w:r>
      <w:r>
        <w:rPr>
          <w:b/>
          <w:bCs/>
        </w:rPr>
        <w:t xml:space="preserve"> </w:t>
      </w:r>
      <w:r>
        <w:rPr>
          <w:b/>
          <w:bCs/>
        </w:rPr>
        <w:t xml:space="preserve">and his children, Huitzilopoctli and his foul brood, Odin and his own.</w:t>
      </w:r>
      <w:r>
        <w:br/>
      </w:r>
      <w:r>
        <w:t xml:space="preserve">    (a) Greek mythology:  the god of war</w:t>
      </w:r>
      <w:r>
        <w:br/>
      </w:r>
      <w:r>
        <w:t xml:space="preserve">    (b) Greek mythology:  the most supreme of the gods</w:t>
      </w:r>
      <w:r>
        <w:br/>
      </w:r>
      <w:r>
        <w:t xml:space="preserve">    (c) Greek mythology:  the most supreme of the gods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No. A mortal may not kill an immortal, as anyone knows who has heard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sagas</w:t>
      </w:r>
      <w:r>
        <w:rPr>
          <w:b/>
          <w:bCs/>
        </w:rPr>
        <w:t xml:space="preserve"> </w:t>
      </w:r>
      <w:r>
        <w:rPr>
          <w:b/>
          <w:bCs/>
        </w:rPr>
        <w:t xml:space="preserve">and eddas, the great poems and tales, knows.</w:t>
      </w:r>
      <w:r>
        <w:br/>
      </w:r>
      <w:r>
        <w:t xml:space="preserve">    (a) shows or demonstrates</w:t>
      </w:r>
      <w:r>
        <w:br/>
      </w:r>
      <w:r>
        <w:t xml:space="preserve">    (b) long involved stories</w:t>
      </w:r>
      <w:r>
        <w:br/>
      </w:r>
      <w:r>
        <w:t xml:space="preserve">    (c) things that stand out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u w:val="single"/>
        </w:rPr>
        <w:t xml:space="preserve">Iridescent</w:t>
      </w:r>
      <w:r>
        <w:rPr>
          <w:b/>
          <w:bCs/>
        </w:rPr>
        <w:t xml:space="preserve"> </w:t>
      </w:r>
      <w:r>
        <w:rPr>
          <w:b/>
          <w:bCs/>
        </w:rPr>
        <w:t xml:space="preserve">feathers grew from his head, spreading down across his shoulders and back.</w:t>
      </w:r>
      <w:r>
        <w:br/>
      </w:r>
      <w:r>
        <w:t xml:space="preserve">    (a) serving to help explain or demonstrate something</w:t>
      </w:r>
      <w:r>
        <w:br/>
      </w:r>
      <w:r>
        <w:t xml:space="preserve">    (b) bright colors that shimmer or vary with movement</w:t>
      </w:r>
      <w:r>
        <w:br/>
      </w:r>
      <w:r>
        <w:t xml:space="preserve">    (c) something added to food to keep it from spoiling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2026-07-31T18:27:50Z</dcterms:created>
  <dcterms:modified xsi:type="dcterms:W3CDTF">2026-07-31T18:27:50Z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