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1161a65da8d7363d4a331dd40a2b5df65794d5"/>
    <w:p>
      <w:pPr>
        <w:pStyle w:val="Heading1"/>
      </w:pPr>
      <w:r>
        <w:rPr>
          <w:b/>
          <w:bCs/>
        </w:rPr>
        <w:t xml:space="preserve">Ethan Frome</w:t>
      </w:r>
      <w:r>
        <w:br/>
      </w:r>
      <w:r>
        <w:rPr>
          <w:i/>
          <w:iCs/>
        </w:rPr>
        <w:t xml:space="preserve">Edith Wharton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good at making a point in an interesting and memorable way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short true story</w:t>
      </w:r>
      <w:r>
        <w:br/>
      </w:r>
      <w:r>
        <w:t xml:space="preserve">    (b) long boring lecture</w:t>
      </w:r>
      <w:r>
        <w:br/>
      </w:r>
      <w:r>
        <w:t xml:space="preserve">    (c) detailed research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prevented them from working well together.</w:t>
      </w:r>
      <w:r>
        <w:br/>
      </w:r>
      <w:r>
        <w:t xml:space="preserve">    (a) strong dislike</w:t>
      </w:r>
      <w:r>
        <w:br/>
      </w:r>
      <w:r>
        <w:t xml:space="preserve">    (b) attraction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plan.</w:t>
      </w:r>
      <w:r>
        <w:br/>
      </w:r>
      <w:r>
        <w:t xml:space="preserve">    (a) bold and daring</w:t>
      </w:r>
      <w:r>
        <w:br/>
      </w:r>
      <w:r>
        <w:t xml:space="preserve">    (b) improperly considered</w:t>
      </w:r>
      <w:r>
        <w:br/>
      </w:r>
      <w:r>
        <w:t xml:space="preserve">    (c) likely to succeed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monk's room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austere</w:t>
      </w:r>
      <w:r>
        <w:rPr>
          <w:b/>
          <w:bCs/>
        </w:rPr>
        <w:t xml:space="preserve">, with only a bed, a small table, and a wooden chair.</w:t>
      </w:r>
      <w:r>
        <w:br/>
      </w:r>
      <w:r>
        <w:t xml:space="preserve">    (a) warm and welcoming</w:t>
      </w:r>
      <w:r>
        <w:br/>
      </w:r>
      <w:r>
        <w:t xml:space="preserve">    (b) plain and without luxury</w:t>
      </w:r>
      <w:r>
        <w:br/>
      </w:r>
      <w:r>
        <w:t xml:space="preserve">    (c) lavishly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compromise that was announced, amounted to 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capitulation</w:t>
      </w:r>
      <w:r>
        <w:rPr>
          <w:b/>
          <w:bCs/>
        </w:rPr>
        <w:t xml:space="preserve"> </w:t>
      </w:r>
      <w:r>
        <w:rPr>
          <w:b/>
          <w:bCs/>
        </w:rPr>
        <w:t xml:space="preserve">on the part of the company.</w:t>
      </w:r>
      <w:r>
        <w:br/>
      </w:r>
      <w:r>
        <w:t xml:space="preserve">    (a) surrender</w:t>
      </w:r>
      <w:r>
        <w:br/>
      </w:r>
      <w:r>
        <w:t xml:space="preserve">    (b) compromise</w:t>
      </w:r>
      <w:r>
        <w:br/>
      </w:r>
      <w:r>
        <w:t xml:space="preserve">    (c) victory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distinguish between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conjecture</w:t>
      </w:r>
      <w:r>
        <w:rPr>
          <w:b/>
          <w:bCs/>
        </w:rPr>
        <w:t xml:space="preserve"> </w:t>
      </w:r>
      <w:r>
        <w:rPr>
          <w:b/>
          <w:bCs/>
        </w:rPr>
        <w:t xml:space="preserve">and fact.</w:t>
      </w:r>
      <w:r>
        <w:br/>
      </w:r>
      <w:r>
        <w:t xml:space="preserve">    (a) theory</w:t>
      </w:r>
      <w:r>
        <w:br/>
      </w:r>
      <w:r>
        <w:t xml:space="preserve">    (b) fantasy</w:t>
      </w:r>
      <w:r>
        <w:br/>
      </w:r>
      <w:r>
        <w:t xml:space="preserve">    (c) popularity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thinks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conviviality</w:t>
      </w:r>
      <w:r>
        <w:rPr>
          <w:b/>
          <w:bCs/>
        </w:rPr>
        <w:t xml:space="preserve"> </w:t>
      </w:r>
      <w:r>
        <w:rPr>
          <w:b/>
          <w:bCs/>
        </w:rPr>
        <w:t xml:space="preserve">is a major cause of overeating.</w:t>
      </w:r>
      <w:r>
        <w:br/>
      </w:r>
      <w:r>
        <w:t xml:space="preserve">    (a) arousing or inspiring</w:t>
      </w:r>
      <w:r>
        <w:br/>
      </w:r>
      <w:r>
        <w:t xml:space="preserve">    (b) psychiatric treatment</w:t>
      </w:r>
      <w:r>
        <w:br/>
      </w:r>
      <w:r>
        <w:t xml:space="preserve">    (c) being friendly and fun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credulous</w:t>
      </w:r>
      <w:r>
        <w:rPr>
          <w:b/>
          <w:bCs/>
        </w:rPr>
        <w:t xml:space="preserve"> </w:t>
      </w:r>
      <w:r>
        <w:rPr>
          <w:b/>
          <w:bCs/>
        </w:rPr>
        <w:t xml:space="preserve">she believes everything she reads.</w:t>
      </w:r>
      <w:r>
        <w:br/>
      </w:r>
      <w:r>
        <w:t xml:space="preserve">    (a) deeply thoughtful</w:t>
      </w:r>
      <w:r>
        <w:br/>
      </w:r>
      <w:r>
        <w:t xml:space="preserve">    (b) easily fooled</w:t>
      </w:r>
      <w:r>
        <w:br/>
      </w:r>
      <w:r>
        <w:t xml:space="preserve">    (c) very skeptical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deceitful and clever</w:t>
      </w:r>
      <w:r>
        <w:br/>
      </w:r>
      <w:r>
        <w:t xml:space="preserve">    (b) widely respected</w:t>
      </w:r>
      <w:r>
        <w:br/>
      </w:r>
      <w:r>
        <w:t xml:space="preserve">    (c) not very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forgiving</w:t>
      </w:r>
      <w:r>
        <w:br/>
      </w:r>
      <w:r>
        <w:t xml:space="preserve">    (b) unbiased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uninformed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compared to her opponent in the debate.</w:t>
      </w:r>
      <w:r>
        <w:br/>
      </w:r>
      <w:r>
        <w:t xml:space="preserve">    (a) poorly spoken</w:t>
      </w:r>
      <w:r>
        <w:br/>
      </w:r>
      <w:r>
        <w:t xml:space="preserve">    (b) without empathy</w:t>
      </w:r>
      <w:r>
        <w:br/>
      </w:r>
      <w:r>
        <w:t xml:space="preserve">    (c)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admit it, there are serious divides splitting the party.</w:t>
      </w:r>
      <w:r>
        <w:br/>
      </w:r>
      <w:r>
        <w:t xml:space="preserve">    (a) are excited</w:t>
      </w:r>
      <w:r>
        <w:br/>
      </w:r>
      <w:r>
        <w:t xml:space="preserve">    (b) are eager</w:t>
      </w:r>
      <w:r>
        <w:br/>
      </w:r>
      <w:r>
        <w:t xml:space="preserve">    (c) are reluctant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hotel lobby had marble floors, crystal lights, and velvet chairs.</w:t>
      </w:r>
      <w:r>
        <w:br/>
      </w:r>
      <w:r>
        <w:t xml:space="preserve">    (a) plain and practical</w:t>
      </w:r>
      <w:r>
        <w:br/>
      </w:r>
      <w:r>
        <w:t xml:space="preserve">    (b) rich and luxurious</w:t>
      </w:r>
      <w:r>
        <w:br/>
      </w:r>
      <w:r>
        <w:t xml:space="preserve">    (c) small and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with love.</w:t>
      </w:r>
      <w:r>
        <w:br/>
      </w:r>
      <w:r>
        <w:t xml:space="preserve">    (a) filled</w:t>
      </w:r>
      <w:r>
        <w:br/>
      </w:r>
      <w:r>
        <w:t xml:space="preserve">    (b) confused</w:t>
      </w:r>
      <w:r>
        <w:br/>
      </w:r>
      <w:r>
        <w:t xml:space="preserve">    (c) lost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highly amusing</w:t>
      </w:r>
      <w:r>
        <w:br/>
      </w:r>
      <w:r>
        <w:t xml:space="preserve">    (b) warmly welcomed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among friends, Lena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reticent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plans.</w:t>
      </w:r>
      <w:r>
        <w:br/>
      </w:r>
      <w:r>
        <w:t xml:space="preserve">    (a) eager to argue</w:t>
      </w:r>
      <w:r>
        <w:br/>
      </w:r>
      <w:r>
        <w:t xml:space="preserve">    (b) not willing to talk</w:t>
      </w:r>
      <w:r>
        <w:br/>
      </w:r>
      <w:r>
        <w:t xml:space="preserve">    (c) ready to celebrate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scintillating</w:t>
      </w:r>
      <w:r>
        <w:rPr>
          <w:b/>
          <w:bCs/>
        </w:rPr>
        <w:t xml:space="preserve"> </w:t>
      </w:r>
      <w:r>
        <w:rPr>
          <w:b/>
          <w:bCs/>
        </w:rPr>
        <w:t xml:space="preserve">personality.</w:t>
      </w:r>
      <w:r>
        <w:br/>
      </w:r>
      <w:r>
        <w:t xml:space="preserve">    (a) alternating</w:t>
      </w:r>
      <w:r>
        <w:br/>
      </w:r>
      <w:r>
        <w:t xml:space="preserve">    (b) dull</w:t>
      </w:r>
      <w:r>
        <w:br/>
      </w:r>
      <w:r>
        <w:t xml:space="preserve">    (c) stimulating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Lenders trust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property inspector.</w:t>
      </w:r>
      <w:r>
        <w:br/>
      </w:r>
      <w:r>
        <w:t xml:space="preserve">    (a) loud and rude</w:t>
      </w:r>
      <w:r>
        <w:br/>
      </w:r>
      <w:r>
        <w:t xml:space="preserve">    (b) honest and careful</w:t>
      </w:r>
      <w:r>
        <w:br/>
      </w:r>
      <w:r>
        <w:t xml:space="preserve">    (c) fast and cheap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as a gymnast.</w:t>
      </w:r>
      <w:r>
        <w:br/>
      </w:r>
      <w:r>
        <w:t xml:space="preserve">    (a) hard working</w:t>
      </w:r>
      <w:r>
        <w:br/>
      </w:r>
      <w:r>
        <w:t xml:space="preserve">    (b) energetic</w:t>
      </w:r>
      <w:r>
        <w:br/>
      </w:r>
      <w:r>
        <w:t xml:space="preserve">    (c) moves and bends easily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low-energy</w:t>
      </w:r>
      <w:r>
        <w:br/>
      </w:r>
      <w:r>
        <w:t xml:space="preserve">    (b) reserved</w:t>
      </w:r>
      <w:r>
        <w:br/>
      </w:r>
      <w:r>
        <w:t xml:space="preserve">    (c) outgoing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2026-07-31T15:15:30Z</dcterms:created>
  <dcterms:modified xsi:type="dcterms:W3CDTF">2026-07-31T15:15:30Z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