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744d4701db334861ef4146a48eacae2ef2eaf9b"/>
    <w:p>
      <w:pPr>
        <w:pStyle w:val="Heading1"/>
      </w:pPr>
      <w:r>
        <w:rPr>
          <w:b/>
          <w:bCs/>
        </w:rPr>
        <w:t xml:space="preserve">Ethan Frome</w:t>
      </w:r>
      <w:r>
        <w:br/>
      </w:r>
      <w:r>
        <w:rPr>
          <w:i/>
          <w:iCs/>
        </w:rPr>
        <w:t xml:space="preserve">Edith Wharton</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I began to understand why Starkfield emerged from its six months' siege like a starved garrison</w:t>
      </w:r>
      <w:r>
        <w:rPr>
          <w:b/>
          <w:bCs/>
        </w:rPr>
        <w:t xml:space="preserve"> </w:t>
      </w:r>
      <w:r>
        <w:rPr>
          <w:b/>
          <w:bCs/>
          <w:u w:val="single"/>
        </w:rPr>
        <w:t xml:space="preserve">capitulating</w:t>
      </w:r>
      <w:r>
        <w:rPr>
          <w:b/>
          <w:bCs/>
        </w:rPr>
        <w:t xml:space="preserve"> </w:t>
      </w:r>
      <w:r>
        <w:rPr>
          <w:b/>
          <w:bCs/>
        </w:rPr>
        <w:t xml:space="preserve">without quarter.</w:t>
      </w:r>
      <w:r>
        <w:br/>
      </w:r>
      <w:r>
        <w:t xml:space="preserve">    (a) (that) stopped resisting</w:t>
      </w:r>
      <w:r>
        <w:br/>
      </w:r>
      <w:r>
        <w:t xml:space="preserve">    (b) differing</w:t>
      </w:r>
      <w:r>
        <w:br/>
      </w:r>
      <w:r>
        <w:t xml:space="preserve">    (c) colliding</w:t>
      </w:r>
    </w:p>
    <w:p>
      <w:pPr>
        <w:pStyle w:val="Compact"/>
        <w:numPr>
          <w:ilvl w:val="0"/>
          <w:numId w:val="1001"/>
        </w:numPr>
      </w:pPr>
      <w:r>
        <w:rPr>
          <w:b/>
          <w:bCs/>
        </w:rPr>
        <w:t xml:space="preserve">Her mind was a store-house of innocuous</w:t>
      </w:r>
      <w:r>
        <w:rPr>
          <w:b/>
          <w:bCs/>
        </w:rPr>
        <w:t xml:space="preserve"> </w:t>
      </w:r>
      <w:r>
        <w:rPr>
          <w:b/>
          <w:bCs/>
          <w:u w:val="single"/>
        </w:rPr>
        <w:t xml:space="preserve">anecdote</w:t>
      </w:r>
      <w:r>
        <w:rPr>
          <w:b/>
          <w:bCs/>
        </w:rPr>
        <w:t xml:space="preserve"> </w:t>
      </w:r>
      <w:r>
        <w:rPr>
          <w:b/>
          <w:bCs/>
        </w:rPr>
        <w:t xml:space="preserve">and any question about her acquaintances brought forth a volume of detail; but on the subject of Ethan Frome I found her unexpectedly reticent.</w:t>
      </w:r>
      <w:r>
        <w:br/>
      </w:r>
      <w:r>
        <w:t xml:space="preserve">    (a) a feeling of anger or unhappiness at having to accept something not liked</w:t>
      </w:r>
      <w:r>
        <w:br/>
      </w:r>
      <w:r>
        <w:t xml:space="preserve">    (b) Hitler's fanatical and oppressive political party in World War II Germany</w:t>
      </w:r>
      <w:r>
        <w:br/>
      </w:r>
      <w:r>
        <w:t xml:space="preserve">    (c) a short story that is true -- often told for amusement or to make a point</w:t>
      </w:r>
    </w:p>
    <w:p>
      <w:pPr>
        <w:pStyle w:val="Compact"/>
        <w:numPr>
          <w:ilvl w:val="0"/>
          <w:numId w:val="1001"/>
        </w:numPr>
      </w:pPr>
      <w:r>
        <w:rPr>
          <w:b/>
          <w:bCs/>
        </w:rPr>
        <w:t xml:space="preserve">any question about her acquaintances brought forth a volume of detail; but on the subject of Ethan Frome I found her unexpectedly</w:t>
      </w:r>
      <w:r>
        <w:rPr>
          <w:b/>
          <w:bCs/>
        </w:rPr>
        <w:t xml:space="preserve"> </w:t>
      </w:r>
      <w:r>
        <w:rPr>
          <w:b/>
          <w:bCs/>
          <w:u w:val="single"/>
        </w:rPr>
        <w:t xml:space="preserve">reticent</w:t>
      </w:r>
      <w:r>
        <w:rPr>
          <w:b/>
          <w:bCs/>
        </w:rPr>
        <w:t xml:space="preserve">.</w:t>
      </w:r>
      <w:r>
        <w:br/>
      </w:r>
      <w:r>
        <w:t xml:space="preserve">    (a) inconspicuousness or trustworthiness</w:t>
      </w:r>
      <w:r>
        <w:br/>
      </w:r>
      <w:r>
        <w:t xml:space="preserve">    (b) reluctant to speak freely</w:t>
      </w:r>
      <w:r>
        <w:br/>
      </w:r>
      <w:r>
        <w:t xml:space="preserve">    (c) lacking a reason for doing something</w:t>
      </w:r>
    </w:p>
    <w:p>
      <w:pPr>
        <w:pStyle w:val="Compact"/>
        <w:numPr>
          <w:ilvl w:val="0"/>
          <w:numId w:val="1001"/>
        </w:numPr>
      </w:pPr>
      <w:r>
        <w:rPr>
          <w:b/>
          <w:bCs/>
        </w:rPr>
        <w:t xml:space="preserve">Denis Eady was the son of Michael Eady, the ambitious Irish grocer, whose</w:t>
      </w:r>
      <w:r>
        <w:rPr>
          <w:b/>
          <w:bCs/>
        </w:rPr>
        <w:t xml:space="preserve"> </w:t>
      </w:r>
      <w:r>
        <w:rPr>
          <w:b/>
          <w:bCs/>
          <w:u w:val="single"/>
        </w:rPr>
        <w:t xml:space="preserve">suppleness</w:t>
      </w:r>
      <w:r>
        <w:rPr>
          <w:b/>
          <w:bCs/>
        </w:rPr>
        <w:t xml:space="preserve"> </w:t>
      </w:r>
      <w:r>
        <w:rPr>
          <w:b/>
          <w:bCs/>
        </w:rPr>
        <w:t xml:space="preserve">and effrontery had given Starkfield its first notion of "smart" business methods, and whose new brick store testified to the success of the attempt.</w:t>
      </w:r>
      <w:r>
        <w:br/>
      </w:r>
      <w:r>
        <w:t xml:space="preserve">    (a) not tending to find fault</w:t>
      </w:r>
      <w:r>
        <w:br/>
      </w:r>
      <w:r>
        <w:t xml:space="preserve">    (b) moving and bending easily</w:t>
      </w:r>
      <w:r>
        <w:br/>
      </w:r>
      <w:r>
        <w:t xml:space="preserve">    (c) able to be disagreed with</w:t>
      </w:r>
    </w:p>
    <w:p>
      <w:pPr>
        <w:pStyle w:val="Compact"/>
        <w:numPr>
          <w:ilvl w:val="0"/>
          <w:numId w:val="1001"/>
        </w:numPr>
      </w:pPr>
      <w:r>
        <w:rPr>
          <w:b/>
          <w:bCs/>
        </w:rPr>
        <w:t xml:space="preserve">It was strange that the girl did not seem aware of it: that she could lift her</w:t>
      </w:r>
      <w:r>
        <w:rPr>
          <w:b/>
          <w:bCs/>
        </w:rPr>
        <w:t xml:space="preserve"> </w:t>
      </w:r>
      <w:r>
        <w:rPr>
          <w:b/>
          <w:bCs/>
          <w:u w:val="single"/>
        </w:rPr>
        <w:t xml:space="preserve">rapt</w:t>
      </w:r>
      <w:r>
        <w:rPr>
          <w:b/>
          <w:bCs/>
        </w:rPr>
        <w:t xml:space="preserve"> </w:t>
      </w:r>
      <w:r>
        <w:rPr>
          <w:b/>
          <w:bCs/>
        </w:rPr>
        <w:t xml:space="preserve">face to her dancer's, and drop her hands into his, without appearing to feel the offence of his look and touch.</w:t>
      </w:r>
      <w:r>
        <w:br/>
      </w:r>
      <w:r>
        <w:t xml:space="preserve">    (a) filled with deep pleasure</w:t>
      </w:r>
      <w:r>
        <w:br/>
      </w:r>
      <w:r>
        <w:t xml:space="preserve">    (b) deeply disturbed or filled with emotional pain</w:t>
      </w:r>
      <w:r>
        <w:br/>
      </w:r>
      <w:r>
        <w:t xml:space="preserve">    (c) excessively noisy and unrestrained</w:t>
      </w:r>
    </w:p>
    <w:p>
      <w:pPr>
        <w:pStyle w:val="Compact"/>
        <w:numPr>
          <w:ilvl w:val="0"/>
          <w:numId w:val="1001"/>
        </w:numPr>
      </w:pPr>
      <w:r>
        <w:rPr>
          <w:b/>
          <w:bCs/>
        </w:rPr>
        <w:t xml:space="preserve">The doors of the two bedrooms faced each other across the narrow upper landing, and to-night it was peculiarly</w:t>
      </w:r>
      <w:r>
        <w:rPr>
          <w:b/>
          <w:bCs/>
        </w:rPr>
        <w:t xml:space="preserve"> </w:t>
      </w:r>
      <w:r>
        <w:rPr>
          <w:b/>
          <w:bCs/>
          <w:u w:val="single"/>
        </w:rPr>
        <w:t xml:space="preserve">repugnant</w:t>
      </w:r>
      <w:r>
        <w:rPr>
          <w:b/>
          <w:bCs/>
        </w:rPr>
        <w:t xml:space="preserve"> </w:t>
      </w:r>
      <w:r>
        <w:rPr>
          <w:b/>
          <w:bCs/>
        </w:rPr>
        <w:t xml:space="preserve">to him that Mattie should see him follow Zeena.</w:t>
      </w:r>
      <w:r>
        <w:br/>
      </w:r>
      <w:r>
        <w:t xml:space="preserve">    (a) very large</w:t>
      </w:r>
      <w:r>
        <w:br/>
      </w:r>
      <w:r>
        <w:t xml:space="preserve">    (b) disgusting</w:t>
      </w:r>
      <w:r>
        <w:br/>
      </w:r>
      <w:r>
        <w:t xml:space="preserve">    (c) related to</w:t>
      </w:r>
    </w:p>
    <w:p>
      <w:pPr>
        <w:pStyle w:val="Compact"/>
        <w:numPr>
          <w:ilvl w:val="0"/>
          <w:numId w:val="1001"/>
        </w:numPr>
      </w:pPr>
      <w:r>
        <w:rPr>
          <w:b/>
          <w:bCs/>
        </w:rPr>
        <w:t xml:space="preserve">The sunrise burned red in a pure sky, the shadows on the rim of the wood-lot were darkly blue, and beyond the white and</w:t>
      </w:r>
      <w:r>
        <w:rPr>
          <w:b/>
          <w:bCs/>
        </w:rPr>
        <w:t xml:space="preserve"> </w:t>
      </w:r>
      <w:r>
        <w:rPr>
          <w:b/>
          <w:bCs/>
          <w:u w:val="single"/>
        </w:rPr>
        <w:t xml:space="preserve">scintillating</w:t>
      </w:r>
      <w:r>
        <w:rPr>
          <w:b/>
          <w:bCs/>
        </w:rPr>
        <w:t xml:space="preserve"> </w:t>
      </w:r>
      <w:r>
        <w:rPr>
          <w:b/>
          <w:bCs/>
        </w:rPr>
        <w:t xml:space="preserve">fields patches of far-off forest hung like smoke.</w:t>
      </w:r>
      <w:r>
        <w:br/>
      </w:r>
      <w:r>
        <w:t xml:space="preserve">    (a) interacting, interesting, or attracting</w:t>
      </w:r>
      <w:r>
        <w:br/>
      </w:r>
      <w:r>
        <w:t xml:space="preserve">    (b) making different; or showing difference</w:t>
      </w:r>
      <w:r>
        <w:br/>
      </w:r>
      <w:r>
        <w:t xml:space="preserve">    (c) brilliantly lively, clever, or exciting</w:t>
      </w:r>
    </w:p>
    <w:p>
      <w:pPr>
        <w:pStyle w:val="Compact"/>
        <w:numPr>
          <w:ilvl w:val="0"/>
          <w:numId w:val="1001"/>
        </w:numPr>
      </w:pPr>
      <w:r>
        <w:rPr>
          <w:b/>
          <w:bCs/>
        </w:rPr>
        <w:t xml:space="preserve">By nature grave and</w:t>
      </w:r>
      <w:r>
        <w:rPr>
          <w:b/>
          <w:bCs/>
        </w:rPr>
        <w:t xml:space="preserve"> </w:t>
      </w:r>
      <w:r>
        <w:rPr>
          <w:b/>
          <w:bCs/>
          <w:u w:val="single"/>
        </w:rPr>
        <w:t xml:space="preserve">inarticulate</w:t>
      </w:r>
      <w:r>
        <w:rPr>
          <w:b/>
          <w:bCs/>
        </w:rPr>
        <w:t xml:space="preserve">, he admired recklessness and gaiety in others and was warmed to the marrow by friendly human intercourse.</w:t>
      </w:r>
      <w:r>
        <w:br/>
      </w:r>
      <w:r>
        <w:t xml:space="preserve">    (a) unable to express oneself clearly; or not expressed clearly</w:t>
      </w:r>
      <w:r>
        <w:br/>
      </w:r>
      <w:r>
        <w:t xml:space="preserve">    (b) the degree or quality of being exactly vertical or straight</w:t>
      </w:r>
      <w:r>
        <w:br/>
      </w:r>
      <w:r>
        <w:t xml:space="preserve">    (c) tendency to be direct in a disagreeable, insensitive manner</w:t>
      </w:r>
    </w:p>
    <w:p>
      <w:pPr>
        <w:pStyle w:val="Compact"/>
        <w:numPr>
          <w:ilvl w:val="0"/>
          <w:numId w:val="1001"/>
        </w:numPr>
      </w:pPr>
      <w:r>
        <w:rPr>
          <w:b/>
          <w:bCs/>
        </w:rPr>
        <w:t xml:space="preserve">He recalled his mother's growing</w:t>
      </w:r>
      <w:r>
        <w:rPr>
          <w:b/>
          <w:bCs/>
        </w:rPr>
        <w:t xml:space="preserve"> </w:t>
      </w:r>
      <w:r>
        <w:rPr>
          <w:b/>
          <w:bCs/>
          <w:u w:val="single"/>
        </w:rPr>
        <w:t xml:space="preserve">taciturnity</w:t>
      </w:r>
      <w:r>
        <w:br/>
      </w:r>
      <w:r>
        <w:t xml:space="preserve">    (a) a document granting permission to do something</w:t>
      </w:r>
      <w:r>
        <w:br/>
      </w:r>
      <w:r>
        <w:t xml:space="preserve">    (b) held together (connected or united) or wrapped</w:t>
      </w:r>
      <w:r>
        <w:br/>
      </w:r>
      <w:r>
        <w:t xml:space="preserve">    (c) with a tendency to be reserved and not to talk</w:t>
      </w:r>
    </w:p>
    <w:p>
      <w:pPr>
        <w:pStyle w:val="Compact"/>
        <w:numPr>
          <w:ilvl w:val="0"/>
          <w:numId w:val="1001"/>
        </w:numPr>
      </w:pPr>
      <w:r>
        <w:rPr>
          <w:b/>
          <w:bCs/>
        </w:rPr>
        <w:t xml:space="preserve">his</w:t>
      </w:r>
      <w:r>
        <w:rPr>
          <w:b/>
          <w:bCs/>
        </w:rPr>
        <w:t xml:space="preserve"> </w:t>
      </w:r>
      <w:r>
        <w:rPr>
          <w:b/>
          <w:bCs/>
          <w:u w:val="single"/>
        </w:rPr>
        <w:t xml:space="preserve">scrupulously</w:t>
      </w:r>
      <w:r>
        <w:rPr>
          <w:b/>
          <w:bCs/>
        </w:rPr>
        <w:t xml:space="preserve"> </w:t>
      </w:r>
      <w:r>
        <w:rPr>
          <w:b/>
          <w:bCs/>
        </w:rPr>
        <w:t xml:space="preserve">clean shirt was always fastened by a small diamond stud.</w:t>
      </w:r>
      <w:r>
        <w:br/>
      </w:r>
      <w:r>
        <w:t xml:space="preserve">    (a) in a manner that deserves praise</w:t>
      </w:r>
      <w:r>
        <w:br/>
      </w:r>
      <w:r>
        <w:t xml:space="preserve">    (b) in a manner that does not change</w:t>
      </w:r>
      <w:r>
        <w:br/>
      </w:r>
      <w:r>
        <w:t xml:space="preserve">    (c) of the shirt:  always carefully (cleaned)</w:t>
      </w:r>
    </w:p>
    <w:p>
      <w:pPr>
        <w:pStyle w:val="Compact"/>
        <w:numPr>
          <w:ilvl w:val="0"/>
          <w:numId w:val="1001"/>
        </w:numPr>
      </w:pPr>
      <w:r>
        <w:rPr>
          <w:b/>
          <w:bCs/>
        </w:rPr>
        <w:t xml:space="preserve">This display of</w:t>
      </w:r>
      <w:r>
        <w:rPr>
          <w:b/>
          <w:bCs/>
        </w:rPr>
        <w:t xml:space="preserve"> </w:t>
      </w:r>
      <w:r>
        <w:rPr>
          <w:b/>
          <w:bCs/>
          <w:u w:val="single"/>
        </w:rPr>
        <w:t xml:space="preserve">opulence</w:t>
      </w:r>
      <w:r>
        <w:rPr>
          <w:b/>
          <w:bCs/>
        </w:rPr>
        <w:t xml:space="preserve"> </w:t>
      </w:r>
      <w:r>
        <w:rPr>
          <w:b/>
          <w:bCs/>
        </w:rPr>
        <w:t xml:space="preserve">was misleading, for though he did a fairly good business it was known that his easygoing habits and the demands of his large family frequently kept him what Starkfield called "behind."</w:t>
      </w:r>
      <w:r>
        <w:br/>
      </w:r>
      <w:r>
        <w:t xml:space="preserve">    (a) lowers moral standards</w:t>
      </w:r>
      <w:r>
        <w:br/>
      </w:r>
      <w:r>
        <w:t xml:space="preserve">    (b) luxury</w:t>
      </w:r>
      <w:r>
        <w:br/>
      </w:r>
      <w:r>
        <w:t xml:space="preserve">    (c) not thinking carefully</w:t>
      </w:r>
    </w:p>
    <w:p>
      <w:pPr>
        <w:pStyle w:val="Compact"/>
        <w:numPr>
          <w:ilvl w:val="0"/>
          <w:numId w:val="1001"/>
        </w:numPr>
      </w:pPr>
      <w:r>
        <w:rPr>
          <w:b/>
          <w:bCs/>
        </w:rPr>
        <w:t xml:space="preserve">They hailed Ethan with ironic compliment and offers of</w:t>
      </w:r>
      <w:r>
        <w:rPr>
          <w:b/>
          <w:bCs/>
        </w:rPr>
        <w:t xml:space="preserve"> </w:t>
      </w:r>
      <w:r>
        <w:rPr>
          <w:b/>
          <w:bCs/>
          <w:u w:val="single"/>
        </w:rPr>
        <w:t xml:space="preserve">conviviality</w:t>
      </w:r>
      <w:r>
        <w:rPr>
          <w:b/>
          <w:bCs/>
        </w:rPr>
        <w:t xml:space="preserve">;</w:t>
      </w:r>
      <w:r>
        <w:br/>
      </w:r>
      <w:r>
        <w:t xml:space="preserve">    (a) a friendly, festive atmosphere</w:t>
      </w:r>
      <w:r>
        <w:br/>
      </w:r>
      <w:r>
        <w:t xml:space="preserve">    (b) arousing or inspiring</w:t>
      </w:r>
      <w:r>
        <w:br/>
      </w:r>
      <w:r>
        <w:t xml:space="preserve">    (c) psychiatric treatment</w:t>
      </w:r>
    </w:p>
    <w:p>
      <w:pPr>
        <w:pStyle w:val="Compact"/>
        <w:numPr>
          <w:ilvl w:val="0"/>
          <w:numId w:val="1001"/>
        </w:numPr>
      </w:pPr>
      <w:r>
        <w:rPr>
          <w:b/>
          <w:bCs/>
        </w:rPr>
        <w:t xml:space="preserve">But the hired man, though seldom</w:t>
      </w:r>
      <w:r>
        <w:rPr>
          <w:b/>
          <w:bCs/>
        </w:rPr>
        <w:t xml:space="preserve"> </w:t>
      </w:r>
      <w:r>
        <w:rPr>
          <w:b/>
          <w:bCs/>
          <w:u w:val="single"/>
        </w:rPr>
        <w:t xml:space="preserve">loth</w:t>
      </w:r>
      <w:r>
        <w:rPr>
          <w:b/>
          <w:bCs/>
        </w:rPr>
        <w:t xml:space="preserve"> </w:t>
      </w:r>
      <w:r>
        <w:rPr>
          <w:b/>
          <w:bCs/>
        </w:rPr>
        <w:t xml:space="preserve">to accept a meal not included in his wages, opened his stiff jaws to answer slowly: "I'm obliged to you, but I guess I'll go along back."</w:t>
      </w:r>
      <w:r>
        <w:br/>
      </w:r>
      <w:r>
        <w:t xml:space="preserve">    (a) reluctant or unwilling to do something</w:t>
      </w:r>
      <w:r>
        <w:br/>
      </w:r>
      <w:r>
        <w:t xml:space="preserve">    (b) moves into position to work; or starts</w:t>
      </w:r>
      <w:r>
        <w:br/>
      </w:r>
      <w:r>
        <w:t xml:space="preserve">    (c) says (or makes a sound) with the voice</w:t>
      </w:r>
    </w:p>
    <w:p>
      <w:pPr>
        <w:pStyle w:val="Compact"/>
        <w:numPr>
          <w:ilvl w:val="0"/>
          <w:numId w:val="1001"/>
        </w:numPr>
      </w:pPr>
      <w:r>
        <w:rPr>
          <w:b/>
          <w:bCs/>
        </w:rPr>
        <w:t xml:space="preserve">"Oh, Dr. Buck—" Ethan's</w:t>
      </w:r>
      <w:r>
        <w:rPr>
          <w:b/>
          <w:bCs/>
        </w:rPr>
        <w:t xml:space="preserve"> </w:t>
      </w:r>
      <w:r>
        <w:rPr>
          <w:b/>
          <w:bCs/>
          <w:u w:val="single"/>
        </w:rPr>
        <w:t xml:space="preserve">incredulity</w:t>
      </w:r>
      <w:r>
        <w:rPr>
          <w:b/>
          <w:bCs/>
        </w:rPr>
        <w:t xml:space="preserve"> </w:t>
      </w:r>
      <w:r>
        <w:rPr>
          <w:b/>
          <w:bCs/>
        </w:rPr>
        <w:t xml:space="preserve">escaped in a short laugh.</w:t>
      </w:r>
      <w:r>
        <w:br/>
      </w:r>
      <w:r>
        <w:t xml:space="preserve">    (a) Islamic religious leader</w:t>
      </w:r>
      <w:r>
        <w:br/>
      </w:r>
      <w:r>
        <w:t xml:space="preserve">    (b) social event or ceremony</w:t>
      </w:r>
      <w:r>
        <w:br/>
      </w:r>
      <w:r>
        <w:t xml:space="preserve">    (c) a state of not believing</w:t>
      </w:r>
    </w:p>
    <w:p>
      <w:pPr>
        <w:pStyle w:val="Compact"/>
        <w:numPr>
          <w:ilvl w:val="0"/>
          <w:numId w:val="1001"/>
        </w:numPr>
      </w:pPr>
      <w:r>
        <w:rPr>
          <w:b/>
          <w:bCs/>
        </w:rPr>
        <w:t xml:space="preserve">As if trying to make him see reason she replied</w:t>
      </w:r>
      <w:r>
        <w:rPr>
          <w:b/>
          <w:bCs/>
        </w:rPr>
        <w:t xml:space="preserve"> </w:t>
      </w:r>
      <w:r>
        <w:rPr>
          <w:b/>
          <w:bCs/>
          <w:u w:val="single"/>
        </w:rPr>
        <w:t xml:space="preserve">impartially</w:t>
      </w:r>
      <w:r>
        <w:rPr>
          <w:b/>
          <w:bCs/>
        </w:rPr>
        <w:t xml:space="preserve">: "The girl will be over from Bettsbridge to-morrow, and I presume she's got to have somewheres to sleep."</w:t>
      </w:r>
      <w:r>
        <w:br/>
      </w:r>
      <w:r>
        <w:t xml:space="preserve">    (a) without favoritism or bias</w:t>
      </w:r>
      <w:r>
        <w:br/>
      </w:r>
      <w:r>
        <w:t xml:space="preserve">    (b) not capable of being found</w:t>
      </w:r>
      <w:r>
        <w:br/>
      </w:r>
      <w:r>
        <w:t xml:space="preserve">    (c) in a bad or harmful manner</w:t>
      </w:r>
    </w:p>
    <w:p>
      <w:pPr>
        <w:pStyle w:val="Compact"/>
        <w:numPr>
          <w:ilvl w:val="0"/>
          <w:numId w:val="1001"/>
        </w:numPr>
      </w:pPr>
      <w:r>
        <w:rPr>
          <w:b/>
          <w:bCs/>
        </w:rPr>
        <w:t xml:space="preserve">It was the sense of his helplessness that sharpened his</w:t>
      </w:r>
      <w:r>
        <w:rPr>
          <w:b/>
          <w:bCs/>
        </w:rPr>
        <w:t xml:space="preserve"> </w:t>
      </w:r>
      <w:r>
        <w:rPr>
          <w:b/>
          <w:bCs/>
          <w:u w:val="single"/>
        </w:rPr>
        <w:t xml:space="preserve">antipathy</w:t>
      </w:r>
      <w:r>
        <w:rPr>
          <w:b/>
          <w:bCs/>
        </w:rPr>
        <w:t xml:space="preserve">.</w:t>
      </w:r>
      <w:r>
        <w:br/>
      </w:r>
      <w:r>
        <w:t xml:space="preserve">    (a) a hoofed mamma</w:t>
      </w:r>
      <w:r>
        <w:br/>
      </w:r>
      <w:r>
        <w:t xml:space="preserve">    (b) a fat compound</w:t>
      </w:r>
      <w:r>
        <w:br/>
      </w:r>
      <w:r>
        <w:t xml:space="preserve">    (c) strong dislike</w:t>
      </w:r>
    </w:p>
    <w:p>
      <w:pPr>
        <w:pStyle w:val="Compact"/>
        <w:numPr>
          <w:ilvl w:val="0"/>
          <w:numId w:val="1001"/>
        </w:numPr>
      </w:pPr>
      <w:r>
        <w:rPr>
          <w:b/>
          <w:bCs/>
        </w:rPr>
        <w:t xml:space="preserve">By a</w:t>
      </w:r>
      <w:r>
        <w:rPr>
          <w:b/>
          <w:bCs/>
        </w:rPr>
        <w:t xml:space="preserve"> </w:t>
      </w:r>
      <w:r>
        <w:rPr>
          <w:b/>
          <w:bCs/>
          <w:u w:val="single"/>
        </w:rPr>
        <w:t xml:space="preserve">devious</w:t>
      </w:r>
      <w:r>
        <w:rPr>
          <w:b/>
          <w:bCs/>
        </w:rPr>
        <w:t xml:space="preserve"> </w:t>
      </w:r>
      <w:r>
        <w:rPr>
          <w:b/>
          <w:bCs/>
        </w:rPr>
        <w:t xml:space="preserve">track between the fields they wound back to the Starkfield road.</w:t>
      </w:r>
      <w:r>
        <w:br/>
      </w:r>
      <w:r>
        <w:t xml:space="preserve">    (a) able to be persuaded to do something by tempting with pleasure or something desired</w:t>
      </w:r>
      <w:r>
        <w:br/>
      </w:r>
      <w:r>
        <w:t xml:space="preserve">    (b) relating to one-sided information that is purposefully spread to influence opinions</w:t>
      </w:r>
      <w:r>
        <w:br/>
      </w:r>
      <w:r>
        <w:t xml:space="preserve">    (c) indirect</w:t>
      </w:r>
    </w:p>
    <w:p>
      <w:pPr>
        <w:pStyle w:val="Compact"/>
        <w:numPr>
          <w:ilvl w:val="0"/>
          <w:numId w:val="1001"/>
        </w:numPr>
      </w:pPr>
      <w:r>
        <w:rPr>
          <w:b/>
          <w:bCs/>
        </w:rPr>
        <w:t xml:space="preserve">she laughed with him, as if she liked his</w:t>
      </w:r>
      <w:r>
        <w:rPr>
          <w:b/>
          <w:bCs/>
        </w:rPr>
        <w:t xml:space="preserve"> </w:t>
      </w:r>
      <w:r>
        <w:rPr>
          <w:b/>
          <w:bCs/>
          <w:u w:val="single"/>
        </w:rPr>
        <w:t xml:space="preserve">audacity</w:t>
      </w:r>
      <w:r>
        <w:rPr>
          <w:b/>
          <w:bCs/>
        </w:rPr>
        <w:t xml:space="preserve">.</w:t>
      </w:r>
      <w:r>
        <w:br/>
      </w:r>
      <w:r>
        <w:t xml:space="preserve">    (a) act of hiring again</w:t>
      </w:r>
      <w:r>
        <w:br/>
      </w:r>
      <w:r>
        <w:t xml:space="preserve">    (b) wrong understanding</w:t>
      </w:r>
      <w:r>
        <w:br/>
      </w:r>
      <w:r>
        <w:t xml:space="preserve">    (c) boldness and daring</w:t>
      </w:r>
    </w:p>
    <w:p>
      <w:pPr>
        <w:pStyle w:val="Compact"/>
        <w:numPr>
          <w:ilvl w:val="0"/>
          <w:numId w:val="1001"/>
        </w:numPr>
      </w:pPr>
      <w:r>
        <w:rPr>
          <w:b/>
          <w:bCs/>
        </w:rPr>
        <w:t xml:space="preserve">Old Mrs. Varnum, by this time, had gone up to bed, and her daughter and I were sitting alone, after supper, in the</w:t>
      </w:r>
      <w:r>
        <w:rPr>
          <w:b/>
          <w:bCs/>
        </w:rPr>
        <w:t xml:space="preserve"> </w:t>
      </w:r>
      <w:r>
        <w:rPr>
          <w:b/>
          <w:bCs/>
          <w:u w:val="single"/>
        </w:rPr>
        <w:t xml:space="preserve">austere</w:t>
      </w:r>
      <w:r>
        <w:rPr>
          <w:b/>
          <w:bCs/>
        </w:rPr>
        <w:t xml:space="preserve"> </w:t>
      </w:r>
      <w:r>
        <w:rPr>
          <w:b/>
          <w:bCs/>
        </w:rPr>
        <w:t xml:space="preserve">seclusion of the horse-hair parlour.</w:t>
      </w:r>
      <w:r>
        <w:br/>
      </w:r>
      <w:r>
        <w:t xml:space="preserve">    (a) relating to classical music plays in which most of the dialogue is sung</w:t>
      </w:r>
      <w:r>
        <w:br/>
      </w:r>
      <w:r>
        <w:t xml:space="preserve">    (b) rude or unfriendly because of using too few words or moving too quickly</w:t>
      </w:r>
      <w:r>
        <w:br/>
      </w:r>
      <w:r>
        <w:t xml:space="preserve">    (c) a notable absence of luxury, comfort, or decoration; or stern in manner</w:t>
      </w:r>
    </w:p>
    <w:p>
      <w:pPr>
        <w:pStyle w:val="Compact"/>
        <w:numPr>
          <w:ilvl w:val="0"/>
          <w:numId w:val="1001"/>
        </w:numPr>
      </w:pPr>
      <w:r>
        <w:rPr>
          <w:b/>
          <w:bCs/>
        </w:rPr>
        <w:t xml:space="preserve">Mrs. Hale glanced at me tentatively, as though trying to see how much footing my</w:t>
      </w:r>
      <w:r>
        <w:rPr>
          <w:b/>
          <w:bCs/>
        </w:rPr>
        <w:t xml:space="preserve"> </w:t>
      </w:r>
      <w:r>
        <w:rPr>
          <w:b/>
          <w:bCs/>
          <w:u w:val="single"/>
        </w:rPr>
        <w:t xml:space="preserve">conjectures</w:t>
      </w:r>
      <w:r>
        <w:rPr>
          <w:b/>
          <w:bCs/>
        </w:rPr>
        <w:t xml:space="preserve"> </w:t>
      </w:r>
      <w:r>
        <w:rPr>
          <w:b/>
          <w:bCs/>
        </w:rPr>
        <w:t xml:space="preserve">gave her; and I guessed that if she had kept silence till now it was because she had been waiting, through all the years, for some one who should see what she alone had seen.</w:t>
      </w:r>
      <w:r>
        <w:br/>
      </w:r>
      <w:r>
        <w:t xml:space="preserve">    (a) things or characteristics that are bad or harmful</w:t>
      </w:r>
      <w:r>
        <w:br/>
      </w:r>
      <w:r>
        <w:t xml:space="preserve">    (b) guesses (opinions based on inconclusive evidence)</w:t>
      </w:r>
      <w:r>
        <w:br/>
      </w:r>
      <w:r>
        <w:t xml:space="preserve">    (c) controls in advance (how something will turn out)</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2026-07-31T15:15:31Z</dcterms:created>
  <dcterms:modified xsi:type="dcterms:W3CDTF">2026-07-31T15:15:31Z</dcterms:modified>
</cp:coreProperties>
</file>

<file path=docProps/custom.xml><?xml version="1.0" encoding="utf-8"?>
<Properties xmlns="http://schemas.openxmlformats.org/officeDocument/2006/custom-properties" xmlns:vt="http://schemas.openxmlformats.org/officeDocument/2006/docPropsVTypes"/>
</file>