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5e48fa4fe74efa6022e236c9fb3b6e990cb028"/>
    <w:p>
      <w:pPr>
        <w:pStyle w:val="Heading1"/>
      </w:pPr>
      <w:r>
        <w:rPr>
          <w:b/>
          <w:bCs/>
        </w:rPr>
        <w:t xml:space="preserve">Epistle II of An Essay On Man</w:t>
      </w:r>
      <w:r>
        <w:br/>
      </w:r>
      <w:r>
        <w:rPr>
          <w:i/>
          <w:iCs/>
        </w:rPr>
        <w:t xml:space="preserve">Alexander Pope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Trace Science, then, with Modesty thy guide;</w:t>
      </w:r>
      <w:r>
        <w:br/>
      </w:r>
      <w:r>
        <w:rPr>
          <w:b/>
          <w:bCs/>
        </w:rPr>
        <w:t xml:space="preserve">First strip off all her equipage of pride;</w:t>
      </w:r>
      <w:r>
        <w:br/>
      </w:r>
      <w:r>
        <w:rPr>
          <w:b/>
          <w:bCs/>
        </w:rPr>
        <w:t xml:space="preserve">Deduct what is but vanity or dress,</w:t>
      </w:r>
      <w:r>
        <w:br/>
      </w:r>
      <w:r>
        <w:rPr>
          <w:b/>
          <w:bCs/>
        </w:rPr>
        <w:t xml:space="preserve">Or learning's luxury, or idleness;</w:t>
      </w:r>
      <w:r>
        <w:br/>
      </w:r>
      <w:r>
        <w:rPr>
          <w:b/>
          <w:bCs/>
        </w:rPr>
        <w:t xml:space="preserve">Or tricks to show the stretch of human brain,</w:t>
      </w:r>
      <w:r>
        <w:br/>
      </w:r>
      <w:r>
        <w:rPr>
          <w:b/>
          <w:bCs/>
        </w:rPr>
        <w:t xml:space="preserve">Mere curious pleasure,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ingenious</w:t>
      </w:r>
      <w:r>
        <w:rPr>
          <w:b/>
          <w:bCs/>
        </w:rPr>
        <w:t xml:space="preserve"> </w:t>
      </w:r>
      <w:r>
        <w:rPr>
          <w:b/>
          <w:bCs/>
        </w:rPr>
        <w:t xml:space="preserve">pain;</w:t>
      </w:r>
      <w:r>
        <w:br/>
      </w:r>
      <w:r>
        <w:rPr>
          <w:b/>
          <w:bCs/>
        </w:rPr>
        <w:t xml:space="preserve">Expunge the whole, or lop th' excrescent parts</w:t>
      </w:r>
      <w:r>
        <w:br/>
      </w:r>
      <w:r>
        <w:rPr>
          <w:b/>
          <w:bCs/>
        </w:rPr>
        <w:t xml:space="preserve">Of all our vices have created arts;</w:t>
      </w:r>
      <w:r>
        <w:br/>
      </w:r>
      <w:r>
        <w:rPr>
          <w:b/>
          <w:bCs/>
        </w:rPr>
        <w:t xml:space="preserve">Then see how little the remaining sum,</w:t>
      </w:r>
      <w:r>
        <w:br/>
      </w:r>
      <w:r>
        <w:rPr>
          <w:b/>
          <w:bCs/>
        </w:rPr>
        <w:t xml:space="preserve">Which served the past, and must the times to come!</w:t>
      </w:r>
      <w:r>
        <w:br/>
      </w:r>
      <w:r>
        <w:t xml:space="preserve">    (a) aware or concerned about something</w:t>
      </w:r>
      <w:r>
        <w:br/>
      </w:r>
      <w:r>
        <w:t xml:space="preserve">    (b) a tendency to think back on things</w:t>
      </w:r>
      <w:r>
        <w:br/>
      </w:r>
      <w:r>
        <w:t xml:space="preserve">    (c) showing cleverness and originality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strength the moving principle requires;</w:t>
      </w:r>
      <w:r>
        <w:br/>
      </w:r>
      <w:r>
        <w:rPr>
          <w:b/>
          <w:bCs/>
        </w:rPr>
        <w:t xml:space="preserve">Active its task, it prompts,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impels</w:t>
      </w:r>
      <w:r>
        <w:rPr>
          <w:b/>
          <w:bCs/>
        </w:rPr>
        <w:t xml:space="preserve">, inspires.</w:t>
      </w:r>
      <w:r>
        <w:br/>
      </w:r>
      <w:r>
        <w:t xml:space="preserve">    (a) thinks carefully and makes a judgment about</w:t>
      </w:r>
      <w:r>
        <w:br/>
      </w:r>
      <w:r>
        <w:t xml:space="preserve">    (b) stops interacting; or stops having interest</w:t>
      </w:r>
      <w:r>
        <w:br/>
      </w:r>
      <w:r>
        <w:t xml:space="preserve">    (c) to make someone feel they must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Self-love and reason to one end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aspire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Pain their aversion, pleasure their desire;</w:t>
      </w:r>
      <w:r>
        <w:br/>
      </w:r>
      <w:r>
        <w:rPr>
          <w:b/>
          <w:bCs/>
        </w:rPr>
        <w:t xml:space="preserve">But greedy that, its object would devour,</w:t>
      </w:r>
      <w:r>
        <w:br/>
      </w:r>
      <w:r>
        <w:rPr>
          <w:b/>
          <w:bCs/>
        </w:rPr>
        <w:t xml:space="preserve">This taste the honey, and not wound the flower:</w:t>
      </w:r>
      <w:r>
        <w:br/>
      </w:r>
      <w:r>
        <w:rPr>
          <w:b/>
          <w:bCs/>
        </w:rPr>
        <w:t xml:space="preserve">Pleasure, or wrong or rightly understood,</w:t>
      </w:r>
      <w:r>
        <w:br/>
      </w:r>
      <w:r>
        <w:rPr>
          <w:b/>
          <w:bCs/>
        </w:rPr>
        <w:t xml:space="preserve">Our greatest evil, or our greatest good.</w:t>
      </w:r>
      <w:r>
        <w:br/>
      </w:r>
      <w:r>
        <w:t xml:space="preserve">    (a) decrease in intensity</w:t>
      </w:r>
      <w:r>
        <w:br/>
      </w:r>
      <w:r>
        <w:t xml:space="preserve">    (b) express strong regret</w:t>
      </w:r>
      <w:r>
        <w:br/>
      </w:r>
      <w:r>
        <w:t xml:space="preserve">    (c) hope to be 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Self-love and reason to one end aspire,</w:t>
      </w:r>
      <w:r>
        <w:br/>
      </w:r>
      <w:r>
        <w:rPr>
          <w:b/>
          <w:bCs/>
        </w:rPr>
        <w:t xml:space="preserve">Pain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aversion</w:t>
      </w:r>
      <w:r>
        <w:rPr>
          <w:b/>
          <w:bCs/>
        </w:rPr>
        <w:t xml:space="preserve">, pleasure their desire;</w:t>
      </w:r>
      <w:r>
        <w:br/>
      </w:r>
      <w:r>
        <w:rPr>
          <w:b/>
          <w:bCs/>
        </w:rPr>
        <w:t xml:space="preserve">But greedy that, its object would devour,</w:t>
      </w:r>
      <w:r>
        <w:br/>
      </w:r>
      <w:r>
        <w:rPr>
          <w:b/>
          <w:bCs/>
        </w:rPr>
        <w:t xml:space="preserve">This taste the honey, and not wound the flower:</w:t>
      </w:r>
      <w:r>
        <w:br/>
      </w:r>
      <w:r>
        <w:rPr>
          <w:b/>
          <w:bCs/>
        </w:rPr>
        <w:t xml:space="preserve">Pleasure, or wrong or rightly understood,</w:t>
      </w:r>
      <w:r>
        <w:br/>
      </w:r>
      <w:r>
        <w:rPr>
          <w:b/>
          <w:bCs/>
        </w:rPr>
        <w:t xml:space="preserve">Our greatest evil, or our greatest good.</w:t>
      </w:r>
      <w:r>
        <w:br/>
      </w:r>
      <w:r>
        <w:t xml:space="preserve">    (a) dislike that leads to avoidance</w:t>
      </w:r>
      <w:r>
        <w:br/>
      </w:r>
      <w:r>
        <w:t xml:space="preserve">    (b) measure of general intelligence</w:t>
      </w:r>
      <w:r>
        <w:br/>
      </w:r>
      <w:r>
        <w:t xml:space="preserve">    (c) a firm decision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lazy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let stoics boast</w:t>
      </w:r>
      <w:r>
        <w:br/>
      </w:r>
      <w:r>
        <w:rPr>
          <w:b/>
          <w:bCs/>
        </w:rPr>
        <w:t xml:space="preserve">Their virtue fixed; 'tis fixed as in a frost;</w:t>
      </w:r>
      <w:r>
        <w:br/>
      </w:r>
      <w:r>
        <w:rPr>
          <w:b/>
          <w:bCs/>
        </w:rPr>
        <w:t xml:space="preserve">Contracted all, retiring to the breast;</w:t>
      </w:r>
      <w:r>
        <w:br/>
      </w:r>
      <w:r>
        <w:rPr>
          <w:b/>
          <w:bCs/>
        </w:rPr>
        <w:t xml:space="preserve">But strength of mind is exercise, not rest:</w:t>
      </w:r>
      <w:r>
        <w:br/>
      </w:r>
      <w:r>
        <w:rPr>
          <w:b/>
          <w:bCs/>
        </w:rPr>
        <w:t xml:space="preserve">The rising tempest puts in act the soul,</w:t>
      </w:r>
      <w:r>
        <w:br/>
      </w:r>
      <w:r>
        <w:rPr>
          <w:b/>
          <w:bCs/>
        </w:rPr>
        <w:t xml:space="preserve">Parts it may ravage, but preserves the whole.</w:t>
      </w:r>
      <w:r>
        <w:br/>
      </w:r>
      <w:r>
        <w:t xml:space="preserve">    (a) lack of interest and enthusiasm</w:t>
      </w:r>
      <w:r>
        <w:br/>
      </w:r>
      <w:r>
        <w:t xml:space="preserve">    (b) non-traditional or non-standard</w:t>
      </w:r>
      <w:r>
        <w:br/>
      </w:r>
      <w:r>
        <w:t xml:space="preserve">    (c) poor ability to make a decision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lazy apathy let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stoics</w:t>
      </w:r>
      <w:r>
        <w:rPr>
          <w:b/>
          <w:bCs/>
        </w:rPr>
        <w:t xml:space="preserve"> </w:t>
      </w:r>
      <w:r>
        <w:rPr>
          <w:b/>
          <w:bCs/>
        </w:rPr>
        <w:t xml:space="preserve">boast</w:t>
      </w:r>
      <w:r>
        <w:br/>
      </w:r>
      <w:r>
        <w:rPr>
          <w:b/>
          <w:bCs/>
        </w:rPr>
        <w:t xml:space="preserve">Their virtue fixed; 'tis fixed as in a frost;</w:t>
      </w:r>
      <w:r>
        <w:br/>
      </w:r>
      <w:r>
        <w:rPr>
          <w:b/>
          <w:bCs/>
        </w:rPr>
        <w:t xml:space="preserve">Contracted all, retiring to the breast;</w:t>
      </w:r>
      <w:r>
        <w:br/>
      </w:r>
      <w:r>
        <w:rPr>
          <w:b/>
          <w:bCs/>
        </w:rPr>
        <w:t xml:space="preserve">But strength of mind is exercise, not rest:</w:t>
      </w:r>
      <w:r>
        <w:br/>
      </w:r>
      <w:r>
        <w:rPr>
          <w:b/>
          <w:bCs/>
        </w:rPr>
        <w:t xml:space="preserve">The rising tempest puts in act the soul,</w:t>
      </w:r>
      <w:r>
        <w:br/>
      </w:r>
      <w:r>
        <w:rPr>
          <w:b/>
          <w:bCs/>
        </w:rPr>
        <w:t xml:space="preserve">Parts it may ravage, but preserves the whole.</w:t>
      </w:r>
      <w:r>
        <w:br/>
      </w:r>
      <w:r>
        <w:t xml:space="preserve">    (a) Greek god of music, prophecy, and healing amongst other things</w:t>
      </w:r>
      <w:r>
        <w:br/>
      </w:r>
      <w:r>
        <w:t xml:space="preserve">    (b) people who try to be unaffected by pleasure, pain, or emotions</w:t>
      </w:r>
      <w:r>
        <w:br/>
      </w:r>
      <w:r>
        <w:t xml:space="preserve">    (c) Christianity:  celebration of the rising of Christ into heaven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life's vast ocean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diversely</w:t>
      </w:r>
      <w:r>
        <w:rPr>
          <w:b/>
          <w:bCs/>
        </w:rPr>
        <w:t xml:space="preserve"> </w:t>
      </w:r>
      <w:r>
        <w:rPr>
          <w:b/>
          <w:bCs/>
        </w:rPr>
        <w:t xml:space="preserve">we sail,</w:t>
      </w:r>
      <w:r>
        <w:br/>
      </w:r>
      <w:r>
        <w:rPr>
          <w:b/>
          <w:bCs/>
        </w:rPr>
        <w:t xml:space="preserve">Reason the card, but passion is the gale;</w:t>
      </w:r>
      <w:r>
        <w:br/>
      </w:r>
      <w:r>
        <w:rPr>
          <w:b/>
          <w:bCs/>
        </w:rPr>
        <w:t xml:space="preserve">Nor God alone in the still calm we find,</w:t>
      </w:r>
      <w:r>
        <w:br/>
      </w:r>
      <w:r>
        <w:rPr>
          <w:b/>
          <w:bCs/>
        </w:rPr>
        <w:t xml:space="preserve">He mounts the storm, and walks upon the wind.</w:t>
      </w:r>
      <w:r>
        <w:br/>
      </w:r>
      <w:r>
        <w:t xml:space="preserve">    (a) varied or (having differences amongst things of the same kind) -- especially with regard to ideas or members of a population group</w:t>
      </w:r>
      <w:r>
        <w:br/>
      </w:r>
      <w:r>
        <w:t xml:space="preserve">    (b) in a manner like a virus (often used to indicate that something spread quickly from person-to-person in a natural, unplanned manner)</w:t>
      </w:r>
      <w:r>
        <w:br/>
      </w:r>
      <w:r>
        <w:t xml:space="preserve">    (c) in a sexually attractive manner; or in a manner that tends to persuade someone to do something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man, perhaps, the moment of his breath</w:t>
      </w:r>
      <w:r>
        <w:br/>
      </w:r>
      <w:r>
        <w:rPr>
          <w:b/>
          <w:bCs/>
        </w:rPr>
        <w:t xml:space="preserve">Receives the lurking principle of death;</w:t>
      </w:r>
      <w:r>
        <w:br/>
      </w:r>
      <w:r>
        <w:rPr>
          <w:b/>
          <w:bCs/>
        </w:rPr>
        <w:t xml:space="preserve">The young disease that must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subdue</w:t>
      </w:r>
      <w:r>
        <w:rPr>
          <w:b/>
          <w:bCs/>
        </w:rPr>
        <w:t xml:space="preserve"> </w:t>
      </w:r>
      <w:r>
        <w:rPr>
          <w:b/>
          <w:bCs/>
        </w:rPr>
        <w:t xml:space="preserve">at length,</w:t>
      </w:r>
      <w:r>
        <w:br/>
      </w:r>
      <w:r>
        <w:rPr>
          <w:b/>
          <w:bCs/>
        </w:rPr>
        <w:t xml:space="preserve">Grows with his growth, and strengthens with his strength:</w:t>
      </w:r>
      <w:r>
        <w:br/>
      </w:r>
      <w:r>
        <w:rPr>
          <w:b/>
          <w:bCs/>
        </w:rPr>
        <w:t xml:space="preserve">So, cast and mingled with his very frame,</w:t>
      </w:r>
      <w:r>
        <w:br/>
      </w:r>
      <w:r>
        <w:rPr>
          <w:b/>
          <w:bCs/>
        </w:rPr>
        <w:t xml:space="preserve">The mind's disease, its ruling passion came;</w:t>
      </w:r>
      <w:r>
        <w:br/>
      </w:r>
      <w:r>
        <w:rPr>
          <w:b/>
          <w:bCs/>
        </w:rPr>
        <w:t xml:space="preserve">Each vital humour which should feed the whole,</w:t>
      </w:r>
      <w:r>
        <w:br/>
      </w:r>
      <w:r>
        <w:rPr>
          <w:b/>
          <w:bCs/>
        </w:rPr>
        <w:t xml:space="preserve">Soon flows to this, in body and in soul:</w:t>
      </w:r>
      <w:r>
        <w:br/>
      </w:r>
      <w:r>
        <w:rPr>
          <w:b/>
          <w:bCs/>
        </w:rPr>
        <w:t xml:space="preserve">Whatever warms the heart, or fills the head,</w:t>
      </w:r>
      <w:r>
        <w:br/>
      </w:r>
      <w:r>
        <w:rPr>
          <w:b/>
          <w:bCs/>
        </w:rPr>
        <w:t xml:space="preserve">As the mind opens, and its functions spread,</w:t>
      </w:r>
      <w:r>
        <w:br/>
      </w:r>
      <w:r>
        <w:rPr>
          <w:b/>
          <w:bCs/>
        </w:rPr>
        <w:t xml:space="preserve">Imagination plies her dangerous art,</w:t>
      </w:r>
      <w:r>
        <w:br/>
      </w:r>
      <w:r>
        <w:rPr>
          <w:b/>
          <w:bCs/>
        </w:rPr>
        <w:t xml:space="preserve">And pours it all upon the peccant part.</w:t>
      </w:r>
      <w:r>
        <w:br/>
      </w:r>
      <w:r>
        <w:t xml:space="preserve">    (a) control or put down by force or intimidation</w:t>
      </w:r>
      <w:r>
        <w:br/>
      </w:r>
      <w:r>
        <w:t xml:space="preserve">    (b) move out of an interacting position; or stop</w:t>
      </w:r>
      <w:r>
        <w:br/>
      </w:r>
      <w:r>
        <w:t xml:space="preserve">    (c) say something or make a sound with the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Yes, Nature's road must ever be preferred;</w:t>
      </w:r>
      <w:r>
        <w:br/>
      </w:r>
      <w:r>
        <w:rPr>
          <w:b/>
          <w:bCs/>
        </w:rPr>
        <w:t xml:space="preserve">Reason is here no guide, but still a guard:</w:t>
      </w:r>
      <w:r>
        <w:br/>
      </w:r>
      <w:r>
        <w:rPr>
          <w:b/>
          <w:bCs/>
        </w:rPr>
        <w:t xml:space="preserve">'tis hers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rectify</w:t>
      </w:r>
      <w:r>
        <w:rPr>
          <w:b/>
          <w:bCs/>
        </w:rPr>
        <w:t xml:space="preserve">, not overthrow,</w:t>
      </w:r>
      <w:r>
        <w:br/>
      </w:r>
      <w:r>
        <w:rPr>
          <w:b/>
          <w:bCs/>
        </w:rPr>
        <w:t xml:space="preserve">And treat this passion more as friend than foe:</w:t>
      </w:r>
      <w:r>
        <w:br/>
      </w:r>
      <w:r>
        <w:t xml:space="preserve">    (a) correct</w:t>
      </w:r>
      <w:r>
        <w:br/>
      </w:r>
      <w:r>
        <w:t xml:space="preserve">    (b) develop or change gradually</w:t>
      </w:r>
      <w:r>
        <w:br/>
      </w:r>
      <w:r>
        <w:t xml:space="preserve">    (c)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Yes, Nature's road must ever be preferred;</w:t>
      </w:r>
      <w:r>
        <w:br/>
      </w:r>
      <w:r>
        <w:rPr>
          <w:b/>
          <w:bCs/>
        </w:rPr>
        <w:t xml:space="preserve">Reason is here no guide, but still a guard:</w:t>
      </w:r>
      <w:r>
        <w:br/>
      </w:r>
      <w:r>
        <w:rPr>
          <w:b/>
          <w:bCs/>
        </w:rPr>
        <w:t xml:space="preserve">'Tis hers to rectify, not overthrow,</w:t>
      </w:r>
      <w:r>
        <w:br/>
      </w:r>
      <w:r>
        <w:rPr>
          <w:b/>
          <w:bCs/>
        </w:rPr>
        <w:t xml:space="preserve">And treat this passion more as friend than foe:</w:t>
      </w:r>
      <w:r>
        <w:br/>
      </w:r>
      <w:r>
        <w:rPr>
          <w:b/>
          <w:bCs/>
        </w:rPr>
        <w:t xml:space="preserve">A mightier power the strong direction sends,</w:t>
      </w:r>
      <w:r>
        <w:br/>
      </w:r>
      <w:r>
        <w:rPr>
          <w:b/>
          <w:bCs/>
        </w:rPr>
        <w:t xml:space="preserve">And several men impels to several ends:</w:t>
      </w:r>
      <w:r>
        <w:br/>
      </w:r>
      <w:r>
        <w:rPr>
          <w:b/>
          <w:bCs/>
        </w:rPr>
        <w:t xml:space="preserve">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varying</w:t>
      </w:r>
      <w:r>
        <w:rPr>
          <w:b/>
          <w:bCs/>
        </w:rPr>
        <w:t xml:space="preserve"> </w:t>
      </w:r>
      <w:r>
        <w:rPr>
          <w:b/>
          <w:bCs/>
        </w:rPr>
        <w:t xml:space="preserve">winds, by other passions tossed,</w:t>
      </w:r>
      <w:r>
        <w:br/>
      </w:r>
      <w:r>
        <w:rPr>
          <w:b/>
          <w:bCs/>
        </w:rPr>
        <w:t xml:space="preserve">This drives them constant to a certain coast.</w:t>
      </w:r>
      <w:r>
        <w:br/>
      </w:r>
      <w:r>
        <w:t xml:space="preserve">    (a) taking on as one's own</w:t>
      </w:r>
      <w:r>
        <w:br/>
      </w:r>
      <w:r>
        <w:t xml:space="preserve">    (b) gaining advantage from</w:t>
      </w:r>
      <w:r>
        <w:br/>
      </w:r>
      <w:r>
        <w:t xml:space="preserve">    (c) differing; or changing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power or knowledge, gold or glory, please,</w:t>
      </w:r>
      <w:r>
        <w:br/>
      </w:r>
      <w:r>
        <w:rPr>
          <w:b/>
          <w:bCs/>
        </w:rPr>
        <w:t xml:space="preserve">Or (oft more strong than all) the love of ease;</w:t>
      </w:r>
      <w:r>
        <w:br/>
      </w:r>
      <w:r>
        <w:rPr>
          <w:b/>
          <w:bCs/>
        </w:rPr>
        <w:t xml:space="preserve">Through life 'tis followed, even at life's expense;</w:t>
      </w:r>
      <w:r>
        <w:br/>
      </w:r>
      <w:r>
        <w:rPr>
          <w:b/>
          <w:bCs/>
        </w:rPr>
        <w:t xml:space="preserve">The merchant's toil, the sage's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indolence</w:t>
      </w:r>
      <w:r>
        <w:rPr>
          <w:b/>
          <w:bCs/>
        </w:rPr>
        <w:t xml:space="preserve">,</w:t>
      </w:r>
      <w:r>
        <w:br/>
      </w:r>
      <w:r>
        <w:rPr>
          <w:b/>
          <w:bCs/>
        </w:rPr>
        <w:t xml:space="preserve">The monk's humility, the hero's pride,</w:t>
      </w:r>
      <w:r>
        <w:br/>
      </w:r>
      <w:r>
        <w:rPr>
          <w:b/>
          <w:bCs/>
        </w:rPr>
        <w:t xml:space="preserve">All, all alike, find reason on their side.</w:t>
      </w:r>
      <w:r>
        <w:br/>
      </w:r>
      <w:r>
        <w:t xml:space="preserve">    (a) allowing</w:t>
      </w:r>
      <w:r>
        <w:br/>
      </w:r>
      <w:r>
        <w:t xml:space="preserve">    (b) laziness</w:t>
      </w:r>
      <w:r>
        <w:br/>
      </w:r>
      <w:r>
        <w:t xml:space="preserve">    (c) not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anger,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zeal</w:t>
      </w:r>
      <w:r>
        <w:rPr>
          <w:b/>
          <w:bCs/>
        </w:rPr>
        <w:t xml:space="preserve"> </w:t>
      </w:r>
      <w:r>
        <w:rPr>
          <w:b/>
          <w:bCs/>
        </w:rPr>
        <w:t xml:space="preserve">and fortitude supply;</w:t>
      </w:r>
      <w:r>
        <w:br/>
      </w:r>
      <w:r>
        <w:rPr>
          <w:b/>
          <w:bCs/>
        </w:rPr>
        <w:t xml:space="preserve">Even avarice, prudence; sloth, philosophy;</w:t>
      </w:r>
      <w:r>
        <w:br/>
      </w:r>
      <w:r>
        <w:rPr>
          <w:b/>
          <w:bCs/>
        </w:rPr>
        <w:t xml:space="preserve">Lust, through some certain strainers well refined,</w:t>
      </w:r>
      <w:r>
        <w:br/>
      </w:r>
      <w:r>
        <w:rPr>
          <w:b/>
          <w:bCs/>
        </w:rPr>
        <w:t xml:space="preserve">Is gentle love, and charms all womankind;</w:t>
      </w:r>
      <w:r>
        <w:br/>
      </w:r>
      <w:r>
        <w:rPr>
          <w:b/>
          <w:bCs/>
        </w:rPr>
        <w:t xml:space="preserve">Envy, to which th' ignoble mind's a slave,</w:t>
      </w:r>
      <w:r>
        <w:br/>
      </w:r>
      <w:r>
        <w:rPr>
          <w:b/>
          <w:bCs/>
        </w:rPr>
        <w:t xml:space="preserve">Is emulation in the learned or brave;</w:t>
      </w:r>
      <w:r>
        <w:br/>
      </w:r>
      <w:r>
        <w:rPr>
          <w:b/>
          <w:bCs/>
        </w:rPr>
        <w:t xml:space="preserve">Nor virtue, male or female, can we name,</w:t>
      </w:r>
      <w:r>
        <w:br/>
      </w:r>
      <w:r>
        <w:rPr>
          <w:b/>
          <w:bCs/>
        </w:rPr>
        <w:t xml:space="preserve">But what will grow on pride, or grow on shame.</w:t>
      </w:r>
      <w:r>
        <w:br/>
      </w:r>
      <w:r>
        <w:t xml:space="preserve">    (a) active interest and enthusiasm</w:t>
      </w:r>
      <w:r>
        <w:br/>
      </w:r>
      <w:r>
        <w:t xml:space="preserve">    (b) made by taking on as one's own</w:t>
      </w:r>
      <w:r>
        <w:br/>
      </w:r>
      <w:r>
        <w:t xml:space="preserve">    (c) relating to the chest (thorax)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anger, zeal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fortitude</w:t>
      </w:r>
      <w:r>
        <w:rPr>
          <w:b/>
          <w:bCs/>
        </w:rPr>
        <w:t xml:space="preserve"> </w:t>
      </w:r>
      <w:r>
        <w:rPr>
          <w:b/>
          <w:bCs/>
        </w:rPr>
        <w:t xml:space="preserve">supply;</w:t>
      </w:r>
      <w:r>
        <w:br/>
      </w:r>
      <w:r>
        <w:rPr>
          <w:b/>
          <w:bCs/>
        </w:rPr>
        <w:t xml:space="preserve">Even avarice, prudence; sloth, philosophy;</w:t>
      </w:r>
      <w:r>
        <w:br/>
      </w:r>
      <w:r>
        <w:rPr>
          <w:b/>
          <w:bCs/>
        </w:rPr>
        <w:t xml:space="preserve">Lust, through some certain strainers well refined,</w:t>
      </w:r>
      <w:r>
        <w:br/>
      </w:r>
      <w:r>
        <w:rPr>
          <w:b/>
          <w:bCs/>
        </w:rPr>
        <w:t xml:space="preserve">Is gentle love, and charms all womankind;</w:t>
      </w:r>
      <w:r>
        <w:br/>
      </w:r>
      <w:r>
        <w:rPr>
          <w:b/>
          <w:bCs/>
        </w:rPr>
        <w:t xml:space="preserve">Envy, to which th' ignoble mind's a slave,</w:t>
      </w:r>
      <w:r>
        <w:br/>
      </w:r>
      <w:r>
        <w:rPr>
          <w:b/>
          <w:bCs/>
        </w:rPr>
        <w:t xml:space="preserve">Is emulation in the learned or brave;</w:t>
      </w:r>
      <w:r>
        <w:br/>
      </w:r>
      <w:r>
        <w:rPr>
          <w:b/>
          <w:bCs/>
        </w:rPr>
        <w:t xml:space="preserve">Nor virtue, male or female, can we name,</w:t>
      </w:r>
      <w:r>
        <w:br/>
      </w:r>
      <w:r>
        <w:rPr>
          <w:b/>
          <w:bCs/>
        </w:rPr>
        <w:t xml:space="preserve">But what will grow on pride, or grow on shame.</w:t>
      </w:r>
      <w:r>
        <w:br/>
      </w:r>
      <w:r>
        <w:t xml:space="preserve">    (a) strength of mind that enables one to endure adversity with courage</w:t>
      </w:r>
      <w:r>
        <w:br/>
      </w:r>
      <w:r>
        <w:t xml:space="preserve">    (b) the highest degree awarded in universities in many fields of study</w:t>
      </w:r>
      <w:r>
        <w:br/>
      </w:r>
      <w:r>
        <w:t xml:space="preserve">    (c) unconstrained in some way -- such as untied or no longer obligated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anger, zeal and fortitude supply;</w:t>
      </w:r>
      <w:r>
        <w:br/>
      </w:r>
      <w:r>
        <w:rPr>
          <w:b/>
          <w:bCs/>
        </w:rPr>
        <w:t xml:space="preserve">Even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avarice</w:t>
      </w:r>
      <w:r>
        <w:rPr>
          <w:b/>
          <w:bCs/>
        </w:rPr>
        <w:t xml:space="preserve">, prudence; sloth, philosophy;</w:t>
      </w:r>
      <w:r>
        <w:br/>
      </w:r>
      <w:r>
        <w:rPr>
          <w:b/>
          <w:bCs/>
        </w:rPr>
        <w:t xml:space="preserve">Lust, through some certain strainers well refined,</w:t>
      </w:r>
      <w:r>
        <w:br/>
      </w:r>
      <w:r>
        <w:rPr>
          <w:b/>
          <w:bCs/>
        </w:rPr>
        <w:t xml:space="preserve">Is gentle love, and charms all womankind;</w:t>
      </w:r>
      <w:r>
        <w:br/>
      </w:r>
      <w:r>
        <w:rPr>
          <w:b/>
          <w:bCs/>
        </w:rPr>
        <w:t xml:space="preserve">Envy, to which th' ignoble mind's a slave,</w:t>
      </w:r>
      <w:r>
        <w:br/>
      </w:r>
      <w:r>
        <w:rPr>
          <w:b/>
          <w:bCs/>
        </w:rPr>
        <w:t xml:space="preserve">Is emulation in the learned or brave;</w:t>
      </w:r>
      <w:r>
        <w:br/>
      </w:r>
      <w:r>
        <w:rPr>
          <w:b/>
          <w:bCs/>
        </w:rPr>
        <w:t xml:space="preserve">Nor virtue, male or female, can we name,</w:t>
      </w:r>
      <w:r>
        <w:br/>
      </w:r>
      <w:r>
        <w:rPr>
          <w:b/>
          <w:bCs/>
        </w:rPr>
        <w:t xml:space="preserve">But what will grow on pride, or grow on shame.</w:t>
      </w:r>
      <w:r>
        <w:br/>
      </w:r>
      <w:r>
        <w:t xml:space="preserve">    (a) excessive desire for wealth</w:t>
      </w:r>
      <w:r>
        <w:br/>
      </w:r>
      <w:r>
        <w:t xml:space="preserve">    (b) pessimism or unpleasantness</w:t>
      </w:r>
      <w:r>
        <w:br/>
      </w:r>
      <w:r>
        <w:t xml:space="preserve">    (c) arousing or inspiring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anger, zeal and fortitude supply;</w:t>
      </w:r>
      <w:r>
        <w:br/>
      </w:r>
      <w:r>
        <w:rPr>
          <w:b/>
          <w:bCs/>
        </w:rPr>
        <w:t xml:space="preserve">Even avarice,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; sloth, philosophy;</w:t>
      </w:r>
      <w:r>
        <w:br/>
      </w:r>
      <w:r>
        <w:rPr>
          <w:b/>
          <w:bCs/>
        </w:rPr>
        <w:t xml:space="preserve">Lust, through some certain strainers well refined,</w:t>
      </w:r>
      <w:r>
        <w:br/>
      </w:r>
      <w:r>
        <w:rPr>
          <w:b/>
          <w:bCs/>
        </w:rPr>
        <w:t xml:space="preserve">Is gentle love, and charms all womankind;</w:t>
      </w:r>
      <w:r>
        <w:br/>
      </w:r>
      <w:r>
        <w:rPr>
          <w:b/>
          <w:bCs/>
        </w:rPr>
        <w:t xml:space="preserve">Envy, to which th' ignoble mind's a slave,</w:t>
      </w:r>
      <w:r>
        <w:br/>
      </w:r>
      <w:r>
        <w:rPr>
          <w:b/>
          <w:bCs/>
        </w:rPr>
        <w:t xml:space="preserve">Is emulation in the learned or brave;</w:t>
      </w:r>
      <w:r>
        <w:br/>
      </w:r>
      <w:r>
        <w:rPr>
          <w:b/>
          <w:bCs/>
        </w:rPr>
        <w:t xml:space="preserve">Nor virtue, male or female, can we name,</w:t>
      </w:r>
      <w:r>
        <w:br/>
      </w:r>
      <w:r>
        <w:rPr>
          <w:b/>
          <w:bCs/>
        </w:rPr>
        <w:t xml:space="preserve">But what will grow on pride, or grow on shame.</w:t>
      </w:r>
      <w:r>
        <w:br/>
      </w:r>
      <w:r>
        <w:t xml:space="preserve">    (a) surrounding conditions</w:t>
      </w:r>
      <w:r>
        <w:br/>
      </w:r>
      <w:r>
        <w:t xml:space="preserve">    (b) not easily set on fire</w:t>
      </w:r>
      <w:r>
        <w:br/>
      </w:r>
      <w:r>
        <w:t xml:space="preserve">    (c) good sense and caution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anger, zeal and fortitude supply;</w:t>
      </w:r>
      <w:r>
        <w:br/>
      </w:r>
      <w:r>
        <w:rPr>
          <w:b/>
          <w:bCs/>
        </w:rPr>
        <w:t xml:space="preserve">Even avarice, prudence; sloth, philosophy;</w:t>
      </w:r>
      <w:r>
        <w:br/>
      </w:r>
      <w:r>
        <w:rPr>
          <w:b/>
          <w:bCs/>
        </w:rPr>
        <w:t xml:space="preserve">Lust, through some certain strainers well refined,</w:t>
      </w:r>
      <w:r>
        <w:br/>
      </w:r>
      <w:r>
        <w:rPr>
          <w:b/>
          <w:bCs/>
        </w:rPr>
        <w:t xml:space="preserve">Is gentle love, and charms all womankind;</w:t>
      </w:r>
      <w:r>
        <w:br/>
      </w:r>
      <w:r>
        <w:rPr>
          <w:b/>
          <w:bCs/>
        </w:rPr>
        <w:t xml:space="preserve">Envy, to which th' ignoble mind's a slave,</w:t>
      </w:r>
      <w:r>
        <w:br/>
      </w:r>
      <w:r>
        <w:rPr>
          <w:b/>
          <w:bCs/>
        </w:rPr>
        <w:t xml:space="preserve">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emulation</w:t>
      </w:r>
      <w:r>
        <w:rPr>
          <w:b/>
          <w:bCs/>
        </w:rPr>
        <w:t xml:space="preserve"> </w:t>
      </w:r>
      <w:r>
        <w:rPr>
          <w:b/>
          <w:bCs/>
        </w:rPr>
        <w:t xml:space="preserve">in the learned or brave;</w:t>
      </w:r>
      <w:r>
        <w:br/>
      </w:r>
      <w:r>
        <w:rPr>
          <w:b/>
          <w:bCs/>
        </w:rPr>
        <w:t xml:space="preserve">Nor virtue, male or female, can we name,</w:t>
      </w:r>
      <w:r>
        <w:br/>
      </w:r>
      <w:r>
        <w:rPr>
          <w:b/>
          <w:bCs/>
        </w:rPr>
        <w:t xml:space="preserve">But what will grow on pride, or grow on shame.</w:t>
      </w:r>
      <w:r>
        <w:br/>
      </w:r>
      <w:r>
        <w:t xml:space="preserve">    (a) main road</w:t>
      </w:r>
      <w:r>
        <w:br/>
      </w:r>
      <w:r>
        <w:t xml:space="preserve">    (b) hard work</w:t>
      </w:r>
      <w:r>
        <w:br/>
      </w:r>
      <w:r>
        <w:t xml:space="preserve">    (c) imitation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Nature gives us (let it check our pride)</w:t>
      </w:r>
      <w:r>
        <w:br/>
      </w:r>
      <w:r>
        <w:rPr>
          <w:b/>
          <w:bCs/>
        </w:rPr>
        <w:t xml:space="preserve">The virtue nearest to our vice allied:</w:t>
      </w:r>
      <w:r>
        <w:br/>
      </w:r>
      <w:r>
        <w:rPr>
          <w:b/>
          <w:bCs/>
        </w:rPr>
        <w:t xml:space="preserve">Reason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bias</w:t>
      </w:r>
      <w:r>
        <w:rPr>
          <w:b/>
          <w:bCs/>
        </w:rPr>
        <w:t xml:space="preserve"> </w:t>
      </w:r>
      <w:r>
        <w:rPr>
          <w:b/>
          <w:bCs/>
        </w:rPr>
        <w:t xml:space="preserve">turns to good from ill</w:t>
      </w:r>
      <w:r>
        <w:br/>
      </w:r>
      <w:r>
        <w:rPr>
          <w:b/>
          <w:bCs/>
        </w:rPr>
        <w:t xml:space="preserve">And Nero reigns a Titus, if he will.</w:t>
      </w:r>
      <w:r>
        <w:br/>
      </w:r>
      <w:r>
        <w:t xml:space="preserve">    (a) an approach to psychology that emphasizes observable measurable behavior</w:t>
      </w:r>
      <w:r>
        <w:br/>
      </w:r>
      <w:r>
        <w:t xml:space="preserve">    (b) a heart condition marked by chest pain due to reduced oxygen to the heart</w:t>
      </w:r>
      <w:r>
        <w:br/>
      </w:r>
      <w:r>
        <w:t xml:space="preserve">    (c) a personal preference; or any tendency to move in a particular direction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fiery soul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abhorred</w:t>
      </w:r>
      <w:r>
        <w:rPr>
          <w:b/>
          <w:bCs/>
        </w:rPr>
        <w:t xml:space="preserve"> </w:t>
      </w:r>
      <w:r>
        <w:rPr>
          <w:b/>
          <w:bCs/>
        </w:rPr>
        <w:t xml:space="preserve">in Catiline,</w:t>
      </w:r>
      <w:r>
        <w:br/>
      </w:r>
      <w:r>
        <w:rPr>
          <w:b/>
          <w:bCs/>
        </w:rPr>
        <w:t xml:space="preserve">In Decius charms, in Curtius is divine:</w:t>
      </w:r>
      <w:r>
        <w:br/>
      </w:r>
      <w:r>
        <w:rPr>
          <w:b/>
          <w:bCs/>
        </w:rPr>
        <w:t xml:space="preserve">The same ambition can destroy or save,</w:t>
      </w:r>
      <w:r>
        <w:br/>
      </w:r>
      <w:r>
        <w:rPr>
          <w:b/>
          <w:bCs/>
        </w:rPr>
        <w:t xml:space="preserve">And makes a patriot as it makes a knave.</w:t>
      </w:r>
      <w:r>
        <w:br/>
      </w:r>
      <w:r>
        <w:t xml:space="preserve">    (a) helped make clear</w:t>
      </w:r>
      <w:r>
        <w:br/>
      </w:r>
      <w:r>
        <w:t xml:space="preserve">    (b) hated or detested</w:t>
      </w:r>
      <w:r>
        <w:br/>
      </w:r>
      <w:r>
        <w:t xml:space="preserve">    (c) guided or managed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counter-works each folly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caprice</w:t>
      </w:r>
      <w:r>
        <w:rPr>
          <w:b/>
          <w:bCs/>
        </w:rPr>
        <w:t xml:space="preserve">;</w:t>
      </w:r>
      <w:r>
        <w:br/>
      </w:r>
      <w:r>
        <w:rPr>
          <w:b/>
          <w:bCs/>
        </w:rPr>
        <w:t xml:space="preserve">That disappoints th' effect of every vice;</w:t>
      </w:r>
      <w:r>
        <w:br/>
      </w:r>
      <w:r>
        <w:rPr>
          <w:b/>
          <w:bCs/>
        </w:rPr>
        <w:t xml:space="preserve">That, happy frailties to all ranks applied,</w:t>
      </w:r>
      <w:r>
        <w:br/>
      </w:r>
      <w:r>
        <w:rPr>
          <w:b/>
          <w:bCs/>
        </w:rPr>
        <w:t xml:space="preserve">Shame to the virgin, to the matron pride,</w:t>
      </w:r>
      <w:r>
        <w:br/>
      </w:r>
      <w:r>
        <w:rPr>
          <w:b/>
          <w:bCs/>
        </w:rPr>
        <w:t xml:space="preserve">Fear to the statesman, rashness to the chief,</w:t>
      </w:r>
      <w:r>
        <w:br/>
      </w:r>
      <w:r>
        <w:rPr>
          <w:b/>
          <w:bCs/>
        </w:rPr>
        <w:t xml:space="preserve">To kings presumption, and to crowds belief:</w:t>
      </w:r>
      <w:r>
        <w:br/>
      </w:r>
      <w:r>
        <w:rPr>
          <w:b/>
          <w:bCs/>
        </w:rPr>
        <w:t xml:space="preserve">That, virtue's ends from vanity can raise,</w:t>
      </w:r>
      <w:r>
        <w:br/>
      </w:r>
      <w:r>
        <w:rPr>
          <w:b/>
          <w:bCs/>
        </w:rPr>
        <w:t xml:space="preserve">Which seeks no interest, no reward but praise;</w:t>
      </w:r>
      <w:r>
        <w:br/>
      </w:r>
      <w:r>
        <w:rPr>
          <w:b/>
          <w:bCs/>
        </w:rPr>
        <w:t xml:space="preserve">And build on wants, and on defects of mind,</w:t>
      </w:r>
      <w:r>
        <w:br/>
      </w:r>
      <w:r>
        <w:rPr>
          <w:b/>
          <w:bCs/>
        </w:rPr>
        <w:t xml:space="preserve">The joy, the peace, the glory of mankind.</w:t>
      </w:r>
      <w:r>
        <w:br/>
      </w:r>
      <w:r>
        <w:t xml:space="preserve">    (a) impulsiveness or unpredictability</w:t>
      </w:r>
      <w:r>
        <w:br/>
      </w:r>
      <w:r>
        <w:t xml:space="preserve">    (b) someone who expresses disapproval</w:t>
      </w:r>
      <w:r>
        <w:br/>
      </w:r>
      <w:r>
        <w:t xml:space="preserve">    (c) purpose, job, or natural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See some strange comfort every state attend,</w:t>
      </w:r>
      <w:r>
        <w:br/>
      </w:r>
      <w:r>
        <w:rPr>
          <w:b/>
          <w:bCs/>
        </w:rPr>
        <w:t xml:space="preserve">And pride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bestowed</w:t>
      </w:r>
      <w:r>
        <w:rPr>
          <w:b/>
          <w:bCs/>
        </w:rPr>
        <w:t xml:space="preserve"> </w:t>
      </w:r>
      <w:r>
        <w:rPr>
          <w:b/>
          <w:bCs/>
        </w:rPr>
        <w:t xml:space="preserve">on all, a common friend;</w:t>
      </w:r>
      <w:r>
        <w:br/>
      </w:r>
      <w:r>
        <w:rPr>
          <w:b/>
          <w:bCs/>
        </w:rPr>
        <w:t xml:space="preserve">See some fit passion every age supply,</w:t>
      </w:r>
      <w:r>
        <w:br/>
      </w:r>
      <w:r>
        <w:rPr>
          <w:b/>
          <w:bCs/>
        </w:rPr>
        <w:t xml:space="preserve">Hope travels through, nor quits us when we die.</w:t>
      </w:r>
      <w:r>
        <w:br/>
      </w:r>
      <w:r>
        <w:t xml:space="preserve">    (a) quit</w:t>
      </w:r>
      <w:r>
        <w:br/>
      </w:r>
      <w:r>
        <w:t xml:space="preserve">    (b) gave</w:t>
      </w:r>
      <w:r>
        <w:br/>
      </w:r>
      <w:r>
        <w:t xml:space="preserve">    (c) drew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2026-07-31T18:56:21Z</dcterms:created>
  <dcterms:modified xsi:type="dcterms:W3CDTF">2026-07-31T18:56:21Z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