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bac37d3bf94c3a6a38b41a67ebb5e2e4c793934"/>
    <w:p>
      <w:pPr>
        <w:pStyle w:val="Heading1"/>
      </w:pPr>
      <w:r>
        <w:rPr>
          <w:b/>
          <w:bCs/>
        </w:rPr>
        <w:t xml:space="preserve">Enrique's Journey</w:t>
      </w:r>
      <w:r>
        <w:br/>
      </w:r>
      <w:r>
        <w:rPr>
          <w:i/>
          <w:iCs/>
        </w:rPr>
        <w:t xml:space="preserve">Sonia Nazario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veteran team showed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camaraderie</w:t>
      </w:r>
      <w:r>
        <w:rPr>
          <w:b/>
          <w:bCs/>
        </w:rPr>
        <w:t xml:space="preserve"> </w:t>
      </w:r>
      <w:r>
        <w:rPr>
          <w:b/>
          <w:bCs/>
        </w:rPr>
        <w:t xml:space="preserve">in the locker room.</w:t>
      </w:r>
      <w:r>
        <w:br/>
      </w:r>
      <w:r>
        <w:t xml:space="preserve">    (a) close friendship in a group</w:t>
      </w:r>
      <w:r>
        <w:br/>
      </w:r>
      <w:r>
        <w:t xml:space="preserve">    (b) respect for opponents</w:t>
      </w:r>
      <w:r>
        <w:br/>
      </w:r>
      <w:r>
        <w:t xml:space="preserve">    (c) tension between members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blood test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corroborated</w:t>
      </w:r>
      <w:r>
        <w:rPr>
          <w:b/>
          <w:bCs/>
        </w:rPr>
        <w:t xml:space="preserve"> </w:t>
      </w:r>
      <w:r>
        <w:rPr>
          <w:b/>
          <w:bCs/>
        </w:rPr>
        <w:t xml:space="preserve">the doctor's suspicion of diabetes.</w:t>
      </w:r>
      <w:r>
        <w:br/>
      </w:r>
      <w:r>
        <w:t xml:space="preserve">    (a) disproved</w:t>
      </w:r>
      <w:r>
        <w:br/>
      </w:r>
      <w:r>
        <w:t xml:space="preserve">    (b) supported</w:t>
      </w:r>
      <w:r>
        <w:br/>
      </w:r>
      <w:r>
        <w:t xml:space="preserve">    (c) checked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died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destitute</w:t>
      </w:r>
      <w:r>
        <w:rPr>
          <w:b/>
          <w:bCs/>
        </w:rPr>
        <w:t xml:space="preserve"> </w:t>
      </w:r>
      <w:r>
        <w:rPr>
          <w:b/>
          <w:bCs/>
        </w:rPr>
        <w:t xml:space="preserve">in Paris at the age of 38.</w:t>
      </w:r>
      <w:r>
        <w:br/>
      </w:r>
      <w:r>
        <w:t xml:space="preserve">    (a) among family</w:t>
      </w:r>
      <w:r>
        <w:br/>
      </w:r>
      <w:r>
        <w:t xml:space="preserve">    (b) extremely poor</w:t>
      </w:r>
      <w:r>
        <w:br/>
      </w:r>
      <w:r>
        <w:t xml:space="preserve">    (c) too young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week, I'm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focusing</w:t>
      </w:r>
      <w:r>
        <w:rPr>
          <w:b/>
          <w:bCs/>
        </w:rPr>
        <w:t xml:space="preserve"> </w:t>
      </w:r>
      <w:r>
        <w:rPr>
          <w:b/>
          <w:bCs/>
        </w:rPr>
        <w:t xml:space="preserve">on finishing my research paper.</w:t>
      </w:r>
      <w:r>
        <w:br/>
      </w:r>
      <w:r>
        <w:t xml:space="preserve">    (a) getting help</w:t>
      </w:r>
      <w:r>
        <w:br/>
      </w:r>
      <w:r>
        <w:t xml:space="preserve">    (b) concentrating</w:t>
      </w:r>
      <w:r>
        <w:br/>
      </w:r>
      <w:r>
        <w:t xml:space="preserve">    (c) depending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focus</w:t>
      </w:r>
      <w:r>
        <w:rPr>
          <w:b/>
          <w:bCs/>
        </w:rPr>
        <w:t xml:space="preserve"> </w:t>
      </w:r>
      <w:r>
        <w:rPr>
          <w:b/>
          <w:bCs/>
        </w:rPr>
        <w:t xml:space="preserve">of this class is classic American Literature.</w:t>
      </w:r>
      <w:r>
        <w:br/>
      </w:r>
      <w:r>
        <w:t xml:space="preserve">    (a) prerequisite (understanding required to enroll)</w:t>
      </w:r>
      <w:r>
        <w:br/>
      </w:r>
      <w:r>
        <w:t xml:space="preserve">    (b) area where attention is concentrated</w:t>
      </w:r>
      <w:r>
        <w:br/>
      </w:r>
      <w:r>
        <w:t xml:space="preserve">    (c) hardest part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hope to take the ACT just once.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, I will take it early, so there is time to study and take it again if my scores aren't high enough.</w:t>
      </w:r>
      <w:r>
        <w:br/>
      </w:r>
      <w:r>
        <w:t xml:space="preserve">    (a) and</w:t>
      </w:r>
      <w:r>
        <w:br/>
      </w:r>
      <w:r>
        <w:t xml:space="preserve">    (b) but</w:t>
      </w:r>
      <w:r>
        <w:br/>
      </w:r>
      <w:r>
        <w:t xml:space="preserve">    (c) also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 </w:t>
      </w:r>
      <w:r>
        <w:rPr>
          <w:b/>
          <w:bCs/>
        </w:rPr>
        <w:t xml:space="preserve">safe we make it, there will always be risk.</w:t>
      </w:r>
      <w:r>
        <w:br/>
      </w:r>
      <w:r>
        <w:t xml:space="preserve">    (a) on-the-other-hand</w:t>
      </w:r>
      <w:r>
        <w:br/>
      </w:r>
      <w:r>
        <w:t xml:space="preserve">    (b) no matter how</w:t>
      </w:r>
      <w:r>
        <w:br/>
      </w:r>
      <w:r>
        <w:t xml:space="preserve">    (c) in addition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At that time, most of the people who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immigrated</w:t>
      </w:r>
      <w:r>
        <w:rPr>
          <w:b/>
          <w:bCs/>
        </w:rPr>
        <w:t xml:space="preserve"> </w:t>
      </w:r>
      <w:r>
        <w:rPr>
          <w:b/>
          <w:bCs/>
        </w:rPr>
        <w:t xml:space="preserve">to the United States came from Latin America and Asia.</w:t>
      </w:r>
      <w:r>
        <w:br/>
      </w:r>
      <w:r>
        <w:t xml:space="preserve">    (a) visited</w:t>
      </w:r>
      <w:r>
        <w:br/>
      </w:r>
      <w:r>
        <w:t xml:space="preserve">    (b) relocated</w:t>
      </w:r>
      <w:r>
        <w:br/>
      </w:r>
      <w:r>
        <w:t xml:space="preserve">    (c) exported goods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crops won't be picked without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migrant</w:t>
      </w:r>
      <w:r>
        <w:rPr>
          <w:b/>
          <w:bCs/>
        </w:rPr>
        <w:t xml:space="preserve"> </w:t>
      </w:r>
      <w:r>
        <w:rPr>
          <w:b/>
          <w:bCs/>
        </w:rPr>
        <w:t xml:space="preserve">workers.</w:t>
      </w:r>
      <w:r>
        <w:br/>
      </w:r>
      <w:r>
        <w:t xml:space="preserve">    (a) from elsewhere</w:t>
      </w:r>
      <w:r>
        <w:br/>
      </w:r>
      <w:r>
        <w:t xml:space="preserve">    (b) low-wage</w:t>
      </w:r>
      <w:r>
        <w:br/>
      </w:r>
      <w:r>
        <w:t xml:space="preserve">    (c) hard-working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Many Germans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migrated</w:t>
      </w:r>
      <w:r>
        <w:rPr>
          <w:b/>
          <w:bCs/>
        </w:rPr>
        <w:t xml:space="preserve"> </w:t>
      </w:r>
      <w:r>
        <w:rPr>
          <w:b/>
          <w:bCs/>
        </w:rPr>
        <w:t xml:space="preserve">to South America in the mid-19th century</w:t>
      </w:r>
      <w:r>
        <w:br/>
      </w:r>
      <w:r>
        <w:t xml:space="preserve">    (a) flew toward</w:t>
      </w:r>
      <w:r>
        <w:br/>
      </w:r>
      <w:r>
        <w:t xml:space="preserve">    (b) moved</w:t>
      </w:r>
      <w:r>
        <w:br/>
      </w:r>
      <w:r>
        <w:t xml:space="preserve">    (c) flew away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Higher gasoline prices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negatively</w:t>
      </w:r>
      <w:r>
        <w:rPr>
          <w:b/>
          <w:bCs/>
        </w:rPr>
        <w:t xml:space="preserve"> </w:t>
      </w:r>
      <w:r>
        <w:rPr>
          <w:b/>
          <w:bCs/>
        </w:rPr>
        <w:t xml:space="preserve">affected fast food sales.</w:t>
      </w:r>
      <w:r>
        <w:br/>
      </w:r>
      <w:r>
        <w:t xml:space="preserve">    (a) in a harmful manner</w:t>
      </w:r>
      <w:r>
        <w:br/>
      </w:r>
      <w:r>
        <w:t xml:space="preserve">    (b) in a helpful manner</w:t>
      </w:r>
      <w:r>
        <w:br/>
      </w:r>
      <w:r>
        <w:t xml:space="preserve">    (c) surprisingly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called the story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A Space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  <w:u w:val="single"/>
        </w:rPr>
        <w:t xml:space="preserve">Odyssey</w:t>
      </w:r>
      <w:r>
        <w:rPr>
          <w:b/>
          <w:bCs/>
        </w:rPr>
        <w:t xml:space="preserve">.</w:t>
      </w:r>
      <w:r>
        <w:br/>
      </w:r>
      <w:r>
        <w:t xml:space="preserve">    (a) long, eventful journey</w:t>
      </w:r>
      <w:r>
        <w:br/>
      </w:r>
      <w:r>
        <w:t xml:space="preserve">    (b) long, eventful war</w:t>
      </w:r>
      <w:r>
        <w:br/>
      </w:r>
      <w:r>
        <w:t xml:space="preserve">    (c) eventful, love story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Students read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The Odyssey</w:t>
      </w:r>
      <w:r>
        <w:rPr>
          <w:b/>
          <w:bCs/>
        </w:rPr>
        <w:t xml:space="preserve"> </w:t>
      </w:r>
      <w:r>
        <w:rPr>
          <w:b/>
          <w:bCs/>
        </w:rPr>
        <w:t xml:space="preserve">to learn about Greek heroes and mythical voyages.</w:t>
      </w:r>
      <w:r>
        <w:br/>
      </w:r>
      <w:r>
        <w:t xml:space="preserve">    (a) Plato's philosophy text</w:t>
      </w:r>
      <w:r>
        <w:br/>
      </w:r>
      <w:r>
        <w:t xml:space="preserve">    (b) Aesop's animal fables</w:t>
      </w:r>
      <w:r>
        <w:br/>
      </w:r>
      <w:r>
        <w:t xml:space="preserve">    (c) Homer's epic poem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Also, try to see it from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perspective</w:t>
      </w:r>
      <w:r>
        <w:rPr>
          <w:b/>
          <w:bCs/>
        </w:rPr>
        <w:t xml:space="preserve"> </w:t>
      </w:r>
      <w:r>
        <w:rPr>
          <w:b/>
          <w:bCs/>
        </w:rPr>
        <w:t xml:space="preserve">before you make up your mind.</w:t>
      </w:r>
      <w:r>
        <w:br/>
      </w:r>
      <w:r>
        <w:t xml:space="preserve">    (a) way of looking at things</w:t>
      </w:r>
      <w:r>
        <w:br/>
      </w:r>
      <w:r>
        <w:t xml:space="preserve">    (b) education level</w:t>
      </w:r>
      <w:r>
        <w:br/>
      </w:r>
      <w:r>
        <w:t xml:space="preserve">    (c) timeframe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Attending a funeral helps me to put life into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perspective</w:t>
      </w:r>
      <w:r>
        <w:rPr>
          <w:b/>
          <w:bCs/>
        </w:rPr>
        <w:t xml:space="preserve"> </w:t>
      </w:r>
      <w:r>
        <w:rPr>
          <w:b/>
          <w:bCs/>
        </w:rPr>
        <w:t xml:space="preserve">and to separate the important things from those that are less important.</w:t>
      </w:r>
      <w:r>
        <w:br/>
      </w:r>
      <w:r>
        <w:t xml:space="preserve">    (a) a limited view</w:t>
      </w:r>
      <w:r>
        <w:br/>
      </w:r>
      <w:r>
        <w:t xml:space="preserve">    (b) a positive view</w:t>
      </w:r>
      <w:r>
        <w:br/>
      </w:r>
      <w:r>
        <w:t xml:space="preserve">    (c) a sensible view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positive</w:t>
      </w:r>
      <w:r>
        <w:rPr>
          <w:b/>
          <w:bCs/>
        </w:rPr>
        <w:t xml:space="preserve"> </w:t>
      </w:r>
      <w:r>
        <w:rPr>
          <w:b/>
          <w:bCs/>
        </w:rPr>
        <w:t xml:space="preserve">our team will win on Friday.</w:t>
      </w:r>
      <w:r>
        <w:br/>
      </w:r>
      <w:r>
        <w:t xml:space="preserve">    (a) happy</w:t>
      </w:r>
      <w:r>
        <w:br/>
      </w:r>
      <w:r>
        <w:t xml:space="preserve">    (b) certain</w:t>
      </w:r>
      <w:r>
        <w:br/>
      </w:r>
      <w:r>
        <w:t xml:space="preserve">    (c) pretty sure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Volunteering had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positive</w:t>
      </w:r>
      <w:r>
        <w:rPr>
          <w:b/>
          <w:bCs/>
        </w:rPr>
        <w:t xml:space="preserve"> </w:t>
      </w:r>
      <w:r>
        <w:rPr>
          <w:b/>
          <w:bCs/>
        </w:rPr>
        <w:t xml:space="preserve">impact on the whole neighborhood.</w:t>
      </w:r>
      <w:r>
        <w:br/>
      </w:r>
      <w:r>
        <w:t xml:space="preserve">    (a) good or beneficial</w:t>
      </w:r>
      <w:r>
        <w:br/>
      </w:r>
      <w:r>
        <w:t xml:space="preserve">    (b) harmful or damaging</w:t>
      </w:r>
      <w:r>
        <w:br/>
      </w:r>
      <w:r>
        <w:t xml:space="preserve">    (c) minor and unnoticed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Even after years apart,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rancor</w:t>
      </w:r>
      <w:r>
        <w:rPr>
          <w:b/>
          <w:bCs/>
        </w:rPr>
        <w:t xml:space="preserve"> </w:t>
      </w:r>
      <w:r>
        <w:rPr>
          <w:b/>
          <w:bCs/>
        </w:rPr>
        <w:t xml:space="preserve">between the brothers had not faded at all.</w:t>
      </w:r>
      <w:r>
        <w:br/>
      </w:r>
      <w:r>
        <w:t xml:space="preserve">    (a) mild curiosity</w:t>
      </w:r>
      <w:r>
        <w:br/>
      </w:r>
      <w:r>
        <w:t xml:space="preserve">    (b) deep bitterness</w:t>
      </w:r>
      <w:r>
        <w:br/>
      </w:r>
      <w:r>
        <w:t xml:space="preserve">    (c) warm affection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 control the spread of the disease, the school has a separate room where sick students wait for a ride home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recuperate</w:t>
      </w:r>
      <w:r>
        <w:rPr>
          <w:b/>
          <w:bCs/>
        </w:rPr>
        <w:t xml:space="preserve">.</w:t>
      </w:r>
      <w:r>
        <w:br/>
      </w:r>
      <w:r>
        <w:t xml:space="preserve">    (a) family care</w:t>
      </w:r>
      <w:r>
        <w:br/>
      </w:r>
      <w:r>
        <w:t xml:space="preserve">    (b) do homework</w:t>
      </w:r>
      <w:r>
        <w:br/>
      </w:r>
      <w:r>
        <w:t xml:space="preserve">    (c) regain health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results of the initial investigation were unclear, but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subsequent</w:t>
      </w:r>
      <w:r>
        <w:rPr>
          <w:b/>
          <w:bCs/>
        </w:rPr>
        <w:t xml:space="preserve"> </w:t>
      </w:r>
      <w:r>
        <w:rPr>
          <w:b/>
          <w:bCs/>
        </w:rPr>
        <w:t xml:space="preserve">investigation concluded that she used good judgment.</w:t>
      </w:r>
      <w:r>
        <w:br/>
      </w:r>
      <w:r>
        <w:t xml:space="preserve">    (a) following</w:t>
      </w:r>
      <w:r>
        <w:br/>
      </w:r>
      <w:r>
        <w:t xml:space="preserve">    (b) official</w:t>
      </w:r>
      <w:r>
        <w:br/>
      </w:r>
      <w:r>
        <w:t xml:space="preserve">    (c) thorough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2026-07-31T17:17:29Z</dcterms:created>
  <dcterms:modified xsi:type="dcterms:W3CDTF">2026-07-31T17:17:29Z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