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fb5cb1ceac391d90f6f7d2b3743111fa72a3696"/>
    <w:p>
      <w:pPr>
        <w:pStyle w:val="Heading1"/>
      </w:pPr>
      <w:r>
        <w:rPr>
          <w:b/>
          <w:bCs/>
        </w:rPr>
        <w:t xml:space="preserve">Ender's Game</w:t>
      </w:r>
      <w:r>
        <w:br/>
      </w:r>
      <w:r>
        <w:rPr>
          <w:i/>
          <w:iCs/>
        </w:rPr>
        <w:t xml:space="preserve">Orson Scott Card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asked your parents to choose a daughter next ... hoping that Valentine would be Peter, but milder. She was too mild. And so we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requisitioned</w:t>
      </w:r>
      <w:r>
        <w:rPr>
          <w:b/>
          <w:bCs/>
        </w:rPr>
        <w:t xml:space="preserve"> </w:t>
      </w:r>
      <w:r>
        <w:rPr>
          <w:b/>
          <w:bCs/>
        </w:rPr>
        <w:t xml:space="preserve">you.</w:t>
      </w:r>
      <w:r>
        <w:br/>
      </w:r>
      <w:r>
        <w:t xml:space="preserve">    (a) began looking for</w:t>
      </w:r>
      <w:r>
        <w:br/>
      </w:r>
      <w:r>
        <w:t xml:space="preserve">    (b) officially requested</w:t>
      </w:r>
      <w:r>
        <w:br/>
      </w:r>
      <w:r>
        <w:t xml:space="preserve">    (c) sent to a location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Fairness is a wonderful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</w:t>
      </w:r>
      <w:r>
        <w:rPr>
          <w:b/>
          <w:bCs/>
        </w:rPr>
        <w:t xml:space="preserve">, Major Anderson.</w:t>
      </w:r>
      <w:r>
        <w:br/>
      </w:r>
      <w:r>
        <w:t xml:space="preserve">    (a) skill</w:t>
      </w:r>
      <w:r>
        <w:br/>
      </w:r>
      <w:r>
        <w:t xml:space="preserve">    (b) characteristic</w:t>
      </w:r>
      <w:r>
        <w:br/>
      </w:r>
      <w:r>
        <w:t xml:space="preserve">    (c) virtue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what, commander, do you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</w:t>
      </w:r>
      <w:r>
        <w:rPr>
          <w:b/>
          <w:bCs/>
        </w:rPr>
        <w:t xml:space="preserve"> </w:t>
      </w:r>
      <w:r>
        <w:rPr>
          <w:b/>
          <w:bCs/>
        </w:rPr>
        <w:t xml:space="preserve">your remarkable success?</w:t>
      </w:r>
      <w:r>
        <w:br/>
      </w:r>
      <w:r>
        <w:t xml:space="preserve">    (a) interpret (explain the meaning of)</w:t>
      </w:r>
      <w:r>
        <w:br/>
      </w:r>
      <w:r>
        <w:t xml:space="preserve">    (b) describe (detail the nature of)</w:t>
      </w:r>
      <w:r>
        <w:br/>
      </w:r>
      <w:r>
        <w:t xml:space="preserve">    (c) credit (point to as the cause 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Shen closed his eyes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assumed</w:t>
      </w:r>
      <w:r>
        <w:rPr>
          <w:b/>
          <w:bCs/>
        </w:rPr>
        <w:t xml:space="preserve"> </w:t>
      </w:r>
      <w:r>
        <w:rPr>
          <w:b/>
          <w:bCs/>
        </w:rPr>
        <w:t xml:space="preserve">a look of blissful meditation.</w:t>
      </w:r>
      <w:r>
        <w:br/>
      </w:r>
      <w:r>
        <w:t xml:space="preserve">    (a) took on</w:t>
      </w:r>
      <w:r>
        <w:br/>
      </w:r>
      <w:r>
        <w:t xml:space="preserve">    (b) dreamed of</w:t>
      </w:r>
      <w:r>
        <w:br/>
      </w:r>
      <w:r>
        <w:t xml:space="preserve">    (c) abandoned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assumed</w:t>
      </w:r>
      <w:r>
        <w:rPr>
          <w:b/>
          <w:bCs/>
        </w:rPr>
        <w:t xml:space="preserve"> </w:t>
      </w:r>
      <w:r>
        <w:rPr>
          <w:b/>
          <w:bCs/>
        </w:rPr>
        <w:t xml:space="preserve">that he was pretending, but then she wondered.</w:t>
      </w:r>
      <w:r>
        <w:br/>
      </w:r>
      <w:r>
        <w:t xml:space="preserve">    (a) knew</w:t>
      </w:r>
      <w:r>
        <w:br/>
      </w:r>
      <w:r>
        <w:t xml:space="preserve">    (b) questioned</w:t>
      </w:r>
      <w:r>
        <w:br/>
      </w:r>
      <w:r>
        <w:t xml:space="preserve">    (c) believed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Either he will unmask himself in order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assume</w:t>
      </w:r>
      <w:r>
        <w:rPr>
          <w:b/>
          <w:bCs/>
        </w:rPr>
        <w:t xml:space="preserve"> </w:t>
      </w:r>
      <w:r>
        <w:rPr>
          <w:b/>
          <w:bCs/>
        </w:rPr>
        <w:t xml:space="preserve">leadership of the forces of stupidity he has marshaled, or his enemies will unmask him in order to better understand the disease that has produced such a warped and twisted mind.</w:t>
      </w:r>
      <w:r>
        <w:br/>
      </w:r>
      <w:r>
        <w:t xml:space="preserve">    (a) end</w:t>
      </w:r>
      <w:r>
        <w:br/>
      </w:r>
      <w:r>
        <w:t xml:space="preserve">    (b) take</w:t>
      </w:r>
      <w:r>
        <w:br/>
      </w:r>
      <w:r>
        <w:t xml:space="preserve">    (c) prove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Instead,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mocked</w:t>
      </w:r>
      <w:r>
        <w:rPr>
          <w:b/>
          <w:bCs/>
        </w:rPr>
        <w:t xml:space="preserve"> </w:t>
      </w:r>
      <w:r>
        <w:rPr>
          <w:b/>
          <w:bCs/>
        </w:rPr>
        <w:t xml:space="preserve">and shouted and ridiculed as the Launchies tried to master difficult skills with untrained muscles.</w:t>
      </w:r>
      <w:r>
        <w:br/>
      </w:r>
      <w:r>
        <w:t xml:space="preserve">    (a) scolded (reprimanded harshly)</w:t>
      </w:r>
      <w:r>
        <w:br/>
      </w:r>
      <w:r>
        <w:t xml:space="preserve">    (b) interrupted (cut off their speech)</w:t>
      </w:r>
      <w:r>
        <w:br/>
      </w:r>
      <w:r>
        <w:t xml:space="preserve">    (c) ridiculed (made fun 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staged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</w:t>
      </w:r>
      <w:r>
        <w:rPr>
          <w:b/>
          <w:bCs/>
        </w:rPr>
        <w:t xml:space="preserve"> </w:t>
      </w:r>
      <w:r>
        <w:rPr>
          <w:b/>
          <w:bCs/>
        </w:rPr>
        <w:t xml:space="preserve">wars after the first week, savage affairs in the practice room that left everybody exhausted.</w:t>
      </w:r>
      <w:r>
        <w:br/>
      </w:r>
      <w:r>
        <w:t xml:space="preserve">    (a) pretend</w:t>
      </w:r>
      <w:r>
        <w:br/>
      </w:r>
      <w:r>
        <w:t xml:space="preserve">    (b) intense</w:t>
      </w:r>
      <w:r>
        <w:br/>
      </w:r>
      <w:r>
        <w:t xml:space="preserve">    (c) quick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began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composing</w:t>
      </w:r>
      <w:r>
        <w:rPr>
          <w:b/>
          <w:bCs/>
        </w:rPr>
        <w:t xml:space="preserve"> </w:t>
      </w:r>
      <w:r>
        <w:rPr>
          <w:b/>
          <w:bCs/>
        </w:rPr>
        <w:t xml:space="preserve">debates for their characters.</w:t>
      </w:r>
      <w:r>
        <w:br/>
      </w:r>
      <w:r>
        <w:t xml:space="preserve">    (a) hosting</w:t>
      </w:r>
      <w:r>
        <w:br/>
      </w:r>
      <w:r>
        <w:t xml:space="preserve">    (b) writing</w:t>
      </w:r>
      <w:r>
        <w:br/>
      </w:r>
      <w:r>
        <w:t xml:space="preserve">    (c) calming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little village that had grown up between the Giant's ribs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composed</w:t>
      </w:r>
      <w:r>
        <w:rPr>
          <w:b/>
          <w:bCs/>
        </w:rPr>
        <w:t xml:space="preserve"> </w:t>
      </w:r>
      <w:r>
        <w:rPr>
          <w:b/>
          <w:bCs/>
        </w:rPr>
        <w:t xml:space="preserve">of buggers now, and they saluted him gravely, like gladiators greeting Caesar before they died for his entertainment.</w:t>
      </w:r>
      <w:r>
        <w:br/>
      </w:r>
      <w:r>
        <w:t xml:space="preserve">    (a) made up</w:t>
      </w:r>
      <w:r>
        <w:br/>
      </w:r>
      <w:r>
        <w:t xml:space="preserve">    (b) populated</w:t>
      </w:r>
      <w:r>
        <w:br/>
      </w:r>
      <w:r>
        <w:t xml:space="preserve">    (c) evacuated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few days later Locke got picked up for a column in a New England newsnet, specifically to provide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contrasting</w:t>
      </w:r>
      <w:r>
        <w:rPr>
          <w:b/>
          <w:bCs/>
        </w:rPr>
        <w:t xml:space="preserve"> </w:t>
      </w:r>
      <w:r>
        <w:rPr>
          <w:b/>
          <w:bCs/>
        </w:rPr>
        <w:t xml:space="preserve">view for their popular column from Demosthenes.</w:t>
      </w:r>
      <w:r>
        <w:br/>
      </w:r>
      <w:r>
        <w:t xml:space="preserve">    (a) differing</w:t>
      </w:r>
      <w:r>
        <w:br/>
      </w:r>
      <w:r>
        <w:t xml:space="preserve">    (b) changing</w:t>
      </w:r>
      <w:r>
        <w:br/>
      </w:r>
      <w:r>
        <w:t xml:space="preserve">    (c) criticizing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school, she once nearly got them in trouble, when her history teacher assigned the class to write a paper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contrasting</w:t>
      </w:r>
      <w:r>
        <w:rPr>
          <w:b/>
          <w:bCs/>
        </w:rPr>
        <w:t xml:space="preserve"> </w:t>
      </w:r>
      <w:r>
        <w:rPr>
          <w:b/>
          <w:bCs/>
        </w:rPr>
        <w:t xml:space="preserve">the views of Demosthenes and Locke as expressed in two of their early columns.</w:t>
      </w:r>
      <w:r>
        <w:br/>
      </w:r>
      <w:r>
        <w:t xml:space="preserve">    (a) describing in detail</w:t>
      </w:r>
      <w:r>
        <w:br/>
      </w:r>
      <w:r>
        <w:t xml:space="preserve">    (b) pointing to differences between</w:t>
      </w:r>
      <w:r>
        <w:br/>
      </w:r>
      <w:r>
        <w:t xml:space="preserve">    (c) pointing to similarities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time he had been at Command School for a year, 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adept</w:t>
      </w:r>
      <w:r>
        <w:rPr>
          <w:b/>
          <w:bCs/>
        </w:rPr>
        <w:t xml:space="preserve"> </w:t>
      </w:r>
      <w:r>
        <w:rPr>
          <w:b/>
          <w:bCs/>
        </w:rPr>
        <w:t xml:space="preserve">at running the simulator at any of fifteen levels, from controlling an individual fighter to commanding a fleet.</w:t>
      </w:r>
      <w:r>
        <w:br/>
      </w:r>
      <w:r>
        <w:t xml:space="preserve">    (a) confident</w:t>
      </w:r>
      <w:r>
        <w:br/>
      </w:r>
      <w:r>
        <w:t xml:space="preserve">    (b) skilled</w:t>
      </w:r>
      <w:r>
        <w:br/>
      </w:r>
      <w:r>
        <w:t xml:space="preserve">    (c) persistent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Since the others could only see their own battle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perspective</w:t>
      </w:r>
      <w:r>
        <w:rPr>
          <w:b/>
          <w:bCs/>
        </w:rPr>
        <w:t xml:space="preserve">, he would sometimes give them orders that made no sense to them; but they, too, learned to trust Ender.</w:t>
      </w:r>
      <w:r>
        <w:br/>
      </w:r>
      <w:r>
        <w:t xml:space="preserve">    (a) view</w:t>
      </w:r>
      <w:r>
        <w:br/>
      </w:r>
      <w:r>
        <w:t xml:space="preserve">    (b) role</w:t>
      </w:r>
      <w:r>
        <w:br/>
      </w:r>
      <w:r>
        <w:t xml:space="preserve">    (c) plan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have programmed the computer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simulate</w:t>
      </w:r>
      <w:r>
        <w:rPr>
          <w:b/>
          <w:bCs/>
        </w:rPr>
        <w:t xml:space="preserve"> </w:t>
      </w:r>
      <w:r>
        <w:rPr>
          <w:b/>
          <w:bCs/>
        </w:rPr>
        <w:t xml:space="preserve">the kinds of situations we might expect in encounters with the enemy.</w:t>
      </w:r>
      <w:r>
        <w:br/>
      </w:r>
      <w:r>
        <w:t xml:space="preserve">    (a) eliminate</w:t>
      </w:r>
      <w:r>
        <w:br/>
      </w:r>
      <w:r>
        <w:t xml:space="preserve">    (b) escape</w:t>
      </w:r>
      <w:r>
        <w:br/>
      </w:r>
      <w:r>
        <w:t xml:space="preserve">    (c) imitate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Feint</w:t>
      </w:r>
      <w:r>
        <w:rPr>
          <w:b/>
          <w:bCs/>
        </w:rPr>
        <w:t xml:space="preserve">, withdraw, skim the globe to another point, withdraw again...</w:t>
      </w:r>
      <w:r>
        <w:br/>
      </w:r>
      <w:r>
        <w:t xml:space="preserve">    (a) perform a skillful action</w:t>
      </w:r>
      <w:r>
        <w:br/>
      </w:r>
      <w:r>
        <w:t xml:space="preserve">    (b) make a deceptive move</w:t>
      </w:r>
      <w:r>
        <w:br/>
      </w:r>
      <w:r>
        <w:t xml:space="preserve">    (c) change direction suddenly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Mazer would go over the game with a look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contempt</w:t>
      </w:r>
      <w:r>
        <w:rPr>
          <w:b/>
          <w:bCs/>
        </w:rPr>
        <w:t xml:space="preserve"> </w:t>
      </w:r>
      <w:r>
        <w:rPr>
          <w:b/>
          <w:bCs/>
        </w:rPr>
        <w:t xml:space="preserve">on his face.</w:t>
      </w:r>
      <w:r>
        <w:br/>
      </w:r>
      <w:r>
        <w:t xml:space="preserve">    (a) deep focus and attention</w:t>
      </w:r>
      <w:r>
        <w:br/>
      </w:r>
      <w:r>
        <w:t xml:space="preserve">    (b) strong dislike and disapproval</w:t>
      </w:r>
      <w:r>
        <w:br/>
      </w:r>
      <w:r>
        <w:t xml:space="preserve">    (c) lack of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weren't just points of light in the air, they were real ships that he had fought with and real ships he had destroyed. And a real world that he had blasted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oblivion</w:t>
      </w:r>
      <w:r>
        <w:rPr>
          <w:b/>
          <w:bCs/>
        </w:rPr>
        <w:t xml:space="preserve">.</w:t>
      </w:r>
      <w:r>
        <w:br/>
      </w:r>
      <w:r>
        <w:t xml:space="preserve">    (a) a state of complete destruction</w:t>
      </w:r>
      <w:r>
        <w:br/>
      </w:r>
      <w:r>
        <w:t xml:space="preserve">    (b) A state of total confusion</w:t>
      </w:r>
      <w:r>
        <w:br/>
      </w:r>
      <w:r>
        <w:t xml:space="preserve">    (c) a state of deep darkness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to have a commander with so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empathy</w:t>
      </w:r>
      <w:r>
        <w:rPr>
          <w:b/>
          <w:bCs/>
        </w:rPr>
        <w:t xml:space="preserve"> </w:t>
      </w:r>
      <w:r>
        <w:rPr>
          <w:b/>
          <w:bCs/>
        </w:rPr>
        <w:t xml:space="preserve">that he would think like the buggers, understand them and anticipate them. So much compassion that he could win the love of his underlings...</w:t>
      </w:r>
      <w:r>
        <w:br/>
      </w:r>
      <w:r>
        <w:t xml:space="preserve">    (a) sharing of others' feelings</w:t>
      </w:r>
      <w:r>
        <w:br/>
      </w:r>
      <w:r>
        <w:t xml:space="preserve">    (b) shared experience with others'</w:t>
      </w:r>
      <w:r>
        <w:br/>
      </w:r>
      <w:r>
        <w:t xml:space="preserve">    (c) psychological study of others'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somebody with that much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compassion</w:t>
      </w:r>
      <w:r>
        <w:rPr>
          <w:b/>
          <w:bCs/>
        </w:rPr>
        <w:t xml:space="preserve"> </w:t>
      </w:r>
      <w:r>
        <w:rPr>
          <w:b/>
          <w:bCs/>
        </w:rPr>
        <w:t xml:space="preserve">could never be the killer we needed.</w:t>
      </w:r>
      <w:r>
        <w:br/>
      </w:r>
      <w:r>
        <w:t xml:space="preserve">    (a) set of ethical principles</w:t>
      </w:r>
      <w:r>
        <w:br/>
      </w:r>
      <w:r>
        <w:t xml:space="preserve">    (b) sympathy for another's suffering</w:t>
      </w:r>
      <w:r>
        <w:br/>
      </w:r>
      <w:r>
        <w:t xml:space="preserve">    (c) discomfort with unpleasantness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2026-07-31T15:15:14Z</dcterms:created>
  <dcterms:modified xsi:type="dcterms:W3CDTF">2026-07-31T15:15:14Z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