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16bf34ae9fc56d3166701a7b83824e3f62e1ee"/>
    <w:p>
      <w:pPr>
        <w:pStyle w:val="Heading1"/>
      </w:pPr>
      <w:r>
        <w:rPr>
          <w:b/>
          <w:bCs/>
        </w:rPr>
        <w:t xml:space="preserve">Ender's Game</w:t>
      </w:r>
      <w:r>
        <w:br/>
      </w:r>
      <w:r>
        <w:rPr>
          <w:i/>
          <w:iCs/>
        </w:rPr>
        <w:t xml:space="preserve">Orson Scott Card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malleable</w:t>
      </w:r>
      <w:r>
        <w:rPr>
          <w:b/>
          <w:bCs/>
        </w:rPr>
        <w:t xml:space="preserve">. Too willing to submerge himself in someone else's will.</w:t>
      </w:r>
      <w:r>
        <w:br/>
      </w:r>
      <w:r>
        <w:t xml:space="preserve">    (a) easily influenced</w:t>
      </w:r>
      <w:r>
        <w:br/>
      </w:r>
      <w:r>
        <w:t xml:space="preserve">    (b) naturally talented</w:t>
      </w:r>
      <w:r>
        <w:br/>
      </w:r>
      <w:r>
        <w:t xml:space="preserve">    (c) strong-willed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Ender, however, was trying to figure out a way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forestall</w:t>
      </w:r>
      <w:r>
        <w:rPr>
          <w:b/>
          <w:bCs/>
        </w:rPr>
        <w:t xml:space="preserve"> </w:t>
      </w:r>
      <w:r>
        <w:rPr>
          <w:b/>
          <w:bCs/>
        </w:rPr>
        <w:t xml:space="preserve">vengeance. To keep them from taking him in a pack tomorrow.</w:t>
      </w:r>
      <w:r>
        <w:br/>
      </w:r>
      <w:r>
        <w:t xml:space="preserve">    (a) observe</w:t>
      </w:r>
      <w:r>
        <w:br/>
      </w:r>
      <w:r>
        <w:t xml:space="preserve">    (b) prevent</w:t>
      </w:r>
      <w:r>
        <w:br/>
      </w:r>
      <w:r>
        <w:t xml:space="preserve">    (c) punish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wasn't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charade</w:t>
      </w:r>
      <w:r>
        <w:rPr>
          <w:b/>
          <w:bCs/>
        </w:rPr>
        <w:t xml:space="preserve">, Mrs. Wiggin. Until we knew what Ender's motivation was, we couldn't be sure he wasn't another.</w:t>
      </w:r>
      <w:r>
        <w:br/>
      </w:r>
      <w:r>
        <w:t xml:space="preserve">    (a) unneeded test</w:t>
      </w:r>
      <w:r>
        <w:br/>
      </w:r>
      <w:r>
        <w:t xml:space="preserve">    (b) false portrayal</w:t>
      </w:r>
      <w:r>
        <w:br/>
      </w:r>
      <w:r>
        <w:t xml:space="preserve">    (c) known answer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Conscripts make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cannon fodder</w:t>
      </w:r>
      <w:r>
        <w:rPr>
          <w:b/>
          <w:bCs/>
        </w:rPr>
        <w:t xml:space="preserve">, but for officers we need volunteers.</w:t>
      </w:r>
      <w:r>
        <w:br/>
      </w:r>
      <w:r>
        <w:t xml:space="preserve">    (a) people thought expendable to further a military campaign</w:t>
      </w:r>
      <w:r>
        <w:br/>
      </w:r>
      <w:r>
        <w:t xml:space="preserve">    (b) people thought good for the heavy work of transporting cannons</w:t>
      </w:r>
      <w:r>
        <w:br/>
      </w:r>
      <w:r>
        <w:t xml:space="preserve">    (c) people thought easily trained for low-skill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"Salamander Army's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contention</w:t>
      </w:r>
      <w:r>
        <w:rPr>
          <w:b/>
          <w:bCs/>
        </w:rPr>
        <w:t xml:space="preserve">, anyway," Alai said.</w:t>
      </w:r>
      <w:r>
        <w:br/>
      </w:r>
      <w:r>
        <w:t xml:space="preserve">    (a) competition to win</w:t>
      </w:r>
      <w:r>
        <w:br/>
      </w:r>
      <w:r>
        <w:t xml:space="preserve">    (b) a remote area</w:t>
      </w:r>
      <w:r>
        <w:br/>
      </w:r>
      <w:r>
        <w:t xml:space="preserve">    (c) general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small reserve, held back until the end of the game,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.</w:t>
      </w:r>
      <w:r>
        <w:br/>
      </w:r>
      <w:r>
        <w:t xml:space="preserve">    (a) a potential setback</w:t>
      </w:r>
      <w:r>
        <w:br/>
      </w:r>
      <w:r>
        <w:t xml:space="preserve">    (b) of possible help</w:t>
      </w:r>
      <w:r>
        <w:br/>
      </w:r>
      <w:r>
        <w:t xml:space="preserve">    (c) conclusive in settling a matter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to have discipline, and that meant demanding—and getting—quick,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decisive</w:t>
      </w:r>
      <w:r>
        <w:rPr>
          <w:b/>
          <w:bCs/>
        </w:rPr>
        <w:t xml:space="preserve"> </w:t>
      </w:r>
      <w:r>
        <w:rPr>
          <w:b/>
          <w:bCs/>
        </w:rPr>
        <w:t xml:space="preserve">obedience.</w:t>
      </w:r>
      <w:r>
        <w:br/>
      </w:r>
      <w:r>
        <w:t xml:space="preserve">    (a) enforced by logic</w:t>
      </w:r>
      <w:r>
        <w:br/>
      </w:r>
      <w:r>
        <w:t xml:space="preserve">    (b) without hesitation or doubt</w:t>
      </w:r>
      <w:r>
        <w:br/>
      </w:r>
      <w:r>
        <w:t xml:space="preserve">    (c) enforced by strength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his credit, he then repeated the exercise, calling, "Again, upside down," but because of their insistence on a gravity that didn't exist, the boys became awkward when the maneuver was under, as 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vertigo</w:t>
      </w:r>
      <w:r>
        <w:rPr>
          <w:b/>
          <w:bCs/>
        </w:rPr>
        <w:t xml:space="preserve"> </w:t>
      </w:r>
      <w:r>
        <w:rPr>
          <w:b/>
          <w:bCs/>
        </w:rPr>
        <w:t xml:space="preserve">seized them.</w:t>
      </w:r>
      <w:r>
        <w:br/>
      </w:r>
      <w:r>
        <w:t xml:space="preserve">    (a) a feeling of dizziness</w:t>
      </w:r>
      <w:r>
        <w:br/>
      </w:r>
      <w:r>
        <w:t xml:space="preserve">    (b) a feeling of heaviness</w:t>
      </w:r>
      <w:r>
        <w:br/>
      </w:r>
      <w:r>
        <w:t xml:space="preserve">    (c) a feeling of euphoria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obvious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pseudonyms</w:t>
      </w:r>
      <w:r>
        <w:rPr>
          <w:b/>
          <w:bCs/>
        </w:rPr>
        <w:t xml:space="preserve">, but that was part of the plan.</w:t>
      </w:r>
      <w:r>
        <w:br/>
      </w:r>
      <w:r>
        <w:t xml:space="preserve">    (a) fictitious names</w:t>
      </w:r>
      <w:r>
        <w:br/>
      </w:r>
      <w:r>
        <w:t xml:space="preserve">    (b) secret codes</w:t>
      </w:r>
      <w:r>
        <w:br/>
      </w:r>
      <w:r>
        <w:t xml:space="preserve">    (c) hidden messages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why they were willing to allow American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hegemony</w:t>
      </w:r>
      <w:r>
        <w:rPr>
          <w:b/>
          <w:bCs/>
        </w:rPr>
        <w:t xml:space="preserve"> </w:t>
      </w:r>
      <w:r>
        <w:rPr>
          <w:b/>
          <w:bCs/>
        </w:rPr>
        <w:t xml:space="preserve">in the League.</w:t>
      </w:r>
      <w:r>
        <w:br/>
      </w:r>
      <w:r>
        <w:t xml:space="preserve">    (a) interference</w:t>
      </w:r>
      <w:r>
        <w:br/>
      </w:r>
      <w:r>
        <w:t xml:space="preserve">    (b) dominance</w:t>
      </w:r>
      <w:r>
        <w:br/>
      </w:r>
      <w:r>
        <w:t xml:space="preserve">    (c) participation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"Dear Valentine," it said, "We thank you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commend</w:t>
      </w:r>
      <w:r>
        <w:rPr>
          <w:b/>
          <w:bCs/>
        </w:rPr>
        <w:t xml:space="preserve"> </w:t>
      </w:r>
      <w:r>
        <w:rPr>
          <w:b/>
          <w:bCs/>
        </w:rPr>
        <w:t xml:space="preserve">you for your efforts on behalf of the war effort."</w:t>
      </w:r>
      <w:r>
        <w:br/>
      </w:r>
      <w:r>
        <w:t xml:space="preserve">    (a) copy</w:t>
      </w:r>
      <w:r>
        <w:br/>
      </w:r>
      <w:r>
        <w:t xml:space="preserve">    (b) encourage</w:t>
      </w:r>
      <w:r>
        <w:br/>
      </w:r>
      <w:r>
        <w:t xml:space="preserve">    (c)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the boys learn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leniency</w:t>
      </w:r>
      <w:r>
        <w:rPr>
          <w:b/>
          <w:bCs/>
        </w:rPr>
        <w:t xml:space="preserve"> </w:t>
      </w:r>
      <w:r>
        <w:rPr>
          <w:b/>
          <w:bCs/>
        </w:rPr>
        <w:t xml:space="preserve">comes from their toon leaders, and harshness from their commander.</w:t>
      </w:r>
      <w:r>
        <w:br/>
      </w:r>
      <w:r>
        <w:t xml:space="preserve">    (a) mercilessness</w:t>
      </w:r>
      <w:r>
        <w:br/>
      </w:r>
      <w:r>
        <w:t xml:space="preserve">    (b) lack of strictness</w:t>
      </w:r>
      <w:r>
        <w:br/>
      </w:r>
      <w:r>
        <w:t xml:space="preserve">    (c) severe punishment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have known for eight days that there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conspiracy</w:t>
      </w:r>
      <w:r>
        <w:rPr>
          <w:b/>
          <w:bCs/>
        </w:rPr>
        <w:t xml:space="preserve"> </w:t>
      </w:r>
      <w:r>
        <w:rPr>
          <w:b/>
          <w:bCs/>
        </w:rPr>
        <w:t xml:space="preserve">among some of the more vicious of these 'children' to cause the beating of Ender Wiggin, if they can.</w:t>
      </w:r>
      <w:r>
        <w:br/>
      </w:r>
      <w:r>
        <w:t xml:space="preserve">    (a) public threat</w:t>
      </w:r>
      <w:r>
        <w:br/>
      </w:r>
      <w:r>
        <w:t xml:space="preserve">    (b) whispered lie</w:t>
      </w:r>
      <w:r>
        <w:br/>
      </w:r>
      <w:r>
        <w:t xml:space="preserve">    (c) secret plot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</w:t>
      </w:r>
      <w:r>
        <w:rPr>
          <w:b/>
          <w:bCs/>
        </w:rPr>
        <w:t xml:space="preserve"> </w:t>
      </w:r>
      <w:r>
        <w:rPr>
          <w:b/>
          <w:bCs/>
        </w:rPr>
        <w:t xml:space="preserve">of conversation rose behind him.</w:t>
      </w:r>
      <w:r>
        <w:br/>
      </w:r>
      <w:r>
        <w:t xml:space="preserve">    (a) soft, gentle murmur</w:t>
      </w:r>
      <w:r>
        <w:br/>
      </w:r>
      <w:r>
        <w:t xml:space="preserve">    (b) quiet, steady hum</w:t>
      </w:r>
      <w:r>
        <w:br/>
      </w:r>
      <w:r>
        <w:t xml:space="preserve">    (c) loud, disorderly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Make no report at this time except that we have determined that Locke and Demosthenes have no foreign connections and have no connections with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domestic</w:t>
      </w:r>
      <w:r>
        <w:rPr>
          <w:b/>
          <w:bCs/>
        </w:rPr>
        <w:t xml:space="preserve"> </w:t>
      </w:r>
      <w:r>
        <w:rPr>
          <w:b/>
          <w:bCs/>
        </w:rPr>
        <w:t xml:space="preserve">group, either, except those publicly declared on the nets.</w:t>
      </w:r>
      <w:r>
        <w:br/>
      </w:r>
      <w:r>
        <w:t xml:space="preserve">    (a) foreign</w:t>
      </w:r>
      <w:r>
        <w:br/>
      </w:r>
      <w:r>
        <w:t xml:space="preserve">    (b) large</w:t>
      </w:r>
      <w:r>
        <w:br/>
      </w:r>
      <w:r>
        <w:t xml:space="preserve">    (c) local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getting so many letters now that her newsnet had hired a secretary to answer certain classes of routine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 </w:t>
      </w:r>
      <w:r>
        <w:rPr>
          <w:b/>
          <w:bCs/>
        </w:rPr>
        <w:t xml:space="preserve">for her.</w:t>
      </w:r>
      <w:r>
        <w:br/>
      </w:r>
      <w:r>
        <w:t xml:space="preserve">    (a) appointments</w:t>
      </w:r>
      <w:r>
        <w:br/>
      </w:r>
      <w:r>
        <w:t xml:space="preserve">    (b) notifications</w:t>
      </w:r>
      <w:r>
        <w:br/>
      </w:r>
      <w:r>
        <w:t xml:space="preserve">    (c) letters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crawled onto the boat, not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deftly</w:t>
      </w:r>
      <w:r>
        <w:rPr>
          <w:b/>
          <w:bCs/>
        </w:rPr>
        <w:t xml:space="preserve"> </w:t>
      </w:r>
      <w:r>
        <w:rPr>
          <w:b/>
          <w:bCs/>
        </w:rPr>
        <w:t xml:space="preserve">as Ender.</w:t>
      </w:r>
      <w:r>
        <w:br/>
      </w:r>
      <w:r>
        <w:t xml:space="preserve">    (a) clumsily and awkwardly</w:t>
      </w:r>
      <w:r>
        <w:br/>
      </w:r>
      <w:r>
        <w:t xml:space="preserve">    (b) carefully and slowly</w:t>
      </w:r>
      <w:r>
        <w:br/>
      </w:r>
      <w:r>
        <w:t xml:space="preserve">    (c) quickly and skillfully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...most bugger soldiers are females, but with atrophied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vestigial</w:t>
      </w:r>
      <w:r>
        <w:rPr>
          <w:b/>
          <w:bCs/>
        </w:rPr>
        <w:t xml:space="preserve"> </w:t>
      </w:r>
      <w:r>
        <w:rPr>
          <w:b/>
          <w:bCs/>
        </w:rPr>
        <w:t xml:space="preserve">sexual organs.</w:t>
      </w:r>
      <w:r>
        <w:br/>
      </w:r>
      <w:r>
        <w:t xml:space="preserve">    (a) not feeling or thinking (a plant--not an animal)</w:t>
      </w:r>
      <w:r>
        <w:br/>
      </w:r>
      <w:r>
        <w:t xml:space="preserve">    (b) an unused trace indicative of something once used</w:t>
      </w:r>
      <w:r>
        <w:br/>
      </w:r>
      <w:r>
        <w:t xml:space="preserve">    (c) multifaceted (with many aspects or features)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 man was sitting cross-legged again, but now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was gone.</w:t>
      </w:r>
      <w:r>
        <w:br/>
      </w:r>
      <w:r>
        <w:t xml:space="preserve">    (a) cooperation between competitors</w:t>
      </w:r>
      <w:r>
        <w:br/>
      </w:r>
      <w:r>
        <w:t xml:space="preserve">    (b) overwhelming energy</w:t>
      </w:r>
      <w:r>
        <w:br/>
      </w:r>
      <w:r>
        <w:t xml:space="preserve">    (c) lack of interest and enthusiasm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the enemy formation appeared, and Ender's weariness turned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 The enemy outnumbered him a thousand to one...</w:t>
      </w:r>
      <w:r>
        <w:br/>
      </w:r>
      <w:r>
        <w:t xml:space="preserve">    (a) firmness of purpose</w:t>
      </w:r>
      <w:r>
        <w:br/>
      </w:r>
      <w:r>
        <w:t xml:space="preserve">    (b) anger or annoyance</w:t>
      </w:r>
      <w:r>
        <w:br/>
      </w:r>
      <w:r>
        <w:t xml:space="preserve">    (c) hopelessness or distress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2026-07-31T15:15:15Z</dcterms:created>
  <dcterms:modified xsi:type="dcterms:W3CDTF">2026-07-31T15:15:15Z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