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emma-jane-austen-vocabulary-preview"/>
    <w:p>
      <w:pPr>
        <w:pStyle w:val="Heading1"/>
      </w:pPr>
      <w:r>
        <w:rPr>
          <w:b/>
          <w:bCs/>
        </w:rPr>
        <w:t xml:space="preserve">Emma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years of dedicated service to the church, she retired to a quiet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abbey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countryside.</w:t>
      </w:r>
      <w:r>
        <w:br/>
      </w:r>
      <w:r>
        <w:t xml:space="preserve">    (a) a building where monks or nuns live</w:t>
      </w:r>
      <w:r>
        <w:br/>
      </w:r>
      <w:r>
        <w:t xml:space="preserve">    (b) a small, rural parish church</w:t>
      </w:r>
      <w:r>
        <w:br/>
      </w:r>
      <w:r>
        <w:t xml:space="preserve">    (c) a large cathedral open to the public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familiar</w:t>
      </w:r>
      <w:r>
        <w:br/>
      </w:r>
      <w:r>
        <w:t xml:space="preserve">    (b) make surprised</w:t>
      </w:r>
      <w:r>
        <w:br/>
      </w:r>
      <w:r>
        <w:t xml:space="preserve">    (c) make a list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rare</w:t>
      </w:r>
      <w:r>
        <w:br/>
      </w:r>
      <w:r>
        <w:t xml:space="preserve">    (b) friendly</w:t>
      </w:r>
      <w:r>
        <w:br/>
      </w:r>
      <w:r>
        <w:t xml:space="preserve">    (c) emotional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continues</w:t>
      </w:r>
      <w:r>
        <w:br/>
      </w:r>
      <w:r>
        <w:t xml:space="preserve">    (b) gets nearer</w:t>
      </w:r>
      <w:r>
        <w:br/>
      </w:r>
      <w:r>
        <w:t xml:space="preserve">    (c) is remembered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avoid</w:t>
      </w:r>
      <w:r>
        <w:br/>
      </w:r>
      <w:r>
        <w:t xml:space="preserve">    (b) assign</w:t>
      </w:r>
      <w:r>
        <w:br/>
      </w:r>
      <w:r>
        <w:t xml:space="preserve">    (c) think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sympathy</w:t>
      </w:r>
      <w:r>
        <w:br/>
      </w:r>
      <w:r>
        <w:t xml:space="preserve">    (b) distrust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criticism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harmful</w:t>
      </w:r>
      <w:r>
        <w:br/>
      </w:r>
      <w:r>
        <w:t xml:space="preserve">    (b) important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hurried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tending</w:t>
      </w:r>
      <w:r>
        <w:br/>
      </w:r>
      <w:r>
        <w:t xml:space="preserve">    (b) afraid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price</w:t>
      </w:r>
      <w:r>
        <w:br/>
      </w:r>
      <w:r>
        <w:t xml:space="preserve">    (b) danger</w:t>
      </w:r>
      <w:r>
        <w:br/>
      </w:r>
      <w:r>
        <w:t xml:space="preserve">    (c) slope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statement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friendship</w:t>
      </w:r>
      <w:r>
        <w:br/>
      </w:r>
      <w:r>
        <w:t xml:space="preserve">    (b) divorce</w:t>
      </w:r>
      <w:r>
        <w:br/>
      </w:r>
      <w:r>
        <w:t xml:space="preserve">    (c)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</w:rPr>
        <w:t xml:space="preserve">after tripping onstage during the awards ceremony.</w:t>
      </w:r>
      <w:r>
        <w:br/>
      </w:r>
      <w:r>
        <w:t xml:space="preserve">    (a) great relief</w:t>
      </w:r>
      <w:r>
        <w:br/>
      </w:r>
      <w:r>
        <w:t xml:space="preserve">    (b) exceedingly embarrassed</w:t>
      </w:r>
      <w:r>
        <w:br/>
      </w:r>
      <w:r>
        <w:t xml:space="preserve">    (c) severe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remember</w:t>
      </w:r>
      <w:r>
        <w:br/>
      </w:r>
      <w:r>
        <w:t xml:space="preserve">    (c) pronounce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encouraged</w:t>
      </w:r>
      <w:r>
        <w:br/>
      </w:r>
      <w:r>
        <w:t xml:space="preserve">    (b) was forced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determination</w:t>
      </w:r>
      <w:r>
        <w:br/>
      </w:r>
      <w:r>
        <w:t xml:space="preserve">    (b) optimism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known facts</w:t>
      </w:r>
      <w:r>
        <w:br/>
      </w:r>
      <w:r>
        <w:t xml:space="preserve">    (c) firmness of purpose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2026-07-31T14:45:03Z</dcterms:created>
  <dcterms:modified xsi:type="dcterms:W3CDTF">2026-07-31T14:45:03Z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