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emma-jane-austen-vocabulary-in-context"/>
    <w:p>
      <w:pPr>
        <w:pStyle w:val="Heading1"/>
      </w:pPr>
      <w:r>
        <w:rPr>
          <w:b/>
          <w:bCs/>
        </w:rPr>
        <w:t xml:space="preserve">Emma</w:t>
      </w:r>
      <w:r>
        <w:br/>
      </w:r>
      <w:r>
        <w:rPr>
          <w:i/>
          <w:iCs/>
        </w:rPr>
        <w:t xml:space="preserve">Jane Austen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Knightley had a cheerful manner, which always did him good; and his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 </w:t>
      </w:r>
      <w:r>
        <w:rPr>
          <w:b/>
          <w:bCs/>
        </w:rPr>
        <w:t xml:space="preserve">after "poor Isabella" and her children were answered most satisfactorily.</w:t>
      </w:r>
      <w:r>
        <w:br/>
      </w:r>
      <w:r>
        <w:t xml:space="preserve">    (a) questions or investigations</w:t>
      </w:r>
      <w:r>
        <w:br/>
      </w:r>
      <w:r>
        <w:t xml:space="preserve">    (b) social events or ceremonies</w:t>
      </w:r>
      <w:r>
        <w:br/>
      </w:r>
      <w:r>
        <w:t xml:space="preserve">    (c) reasons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"To be sure," said Harriet,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mortified</w:t>
      </w:r>
      <w:r>
        <w:rPr>
          <w:b/>
          <w:bCs/>
        </w:rPr>
        <w:t xml:space="preserve"> </w:t>
      </w:r>
      <w:r>
        <w:rPr>
          <w:b/>
          <w:bCs/>
        </w:rPr>
        <w:t xml:space="preserve">voice, "he is not so genteel as real gentlemen."</w:t>
      </w:r>
      <w:r>
        <w:br/>
      </w:r>
      <w:r>
        <w:t xml:space="preserve">    (a) extremely embarrassed and ashamed—so humiliated that pride feels wounded.</w:t>
      </w:r>
      <w:r>
        <w:br/>
      </w:r>
      <w:r>
        <w:t xml:space="preserve">    (b) not having been assigned a value, or not having been considered as to worth</w:t>
      </w:r>
      <w:r>
        <w:br/>
      </w:r>
      <w:r>
        <w:t xml:space="preserve">    (c) hid something by making it blend in with its surroundings; or hid the truth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not recommend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matrimony</w:t>
      </w:r>
      <w:r>
        <w:rPr>
          <w:b/>
          <w:bCs/>
        </w:rPr>
        <w:t xml:space="preserve"> </w:t>
      </w:r>
      <w:r>
        <w:rPr>
          <w:b/>
          <w:bCs/>
        </w:rPr>
        <w:t xml:space="preserve">at present to Emma, though I mean no slight to the state, I assure you.</w:t>
      </w:r>
      <w:r>
        <w:br/>
      </w:r>
      <w:r>
        <w:t xml:space="preserve">    (a) disorder</w:t>
      </w:r>
      <w:r>
        <w:br/>
      </w:r>
      <w:r>
        <w:t xml:space="preserve">    (b) reporter</w:t>
      </w:r>
      <w:r>
        <w:br/>
      </w:r>
      <w:r>
        <w:t xml:space="preserve">    (c)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 </w:t>
      </w:r>
      <w:r>
        <w:rPr>
          <w:b/>
          <w:bCs/>
        </w:rPr>
        <w:t xml:space="preserve">with regard to him.</w:t>
      </w:r>
      <w:r>
        <w:br/>
      </w:r>
      <w:r>
        <w:t xml:space="preserve">    (a) speak in a manner that does not clearly express an opinion or decision</w:t>
      </w:r>
      <w:r>
        <w:br/>
      </w:r>
      <w:r>
        <w:t xml:space="preserve">    (b) an ethical or moral principle that discourages certain kinds of action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do not think he is conceited either, in general," said Harriet, her conscience opposing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;</w:t>
      </w:r>
      <w:r>
        <w:br/>
      </w:r>
      <w:r>
        <w:t xml:space="preserve">    (a) being a boundary or limit</w:t>
      </w:r>
      <w:r>
        <w:br/>
      </w:r>
      <w:r>
        <w:t xml:space="preserve">    (b) criticism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walked off in more complete self-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than he left for her.</w:t>
      </w:r>
      <w:r>
        <w:br/>
      </w:r>
      <w:r>
        <w:t xml:space="preserve">    (a) allowing</w:t>
      </w:r>
      <w:r>
        <w:br/>
      </w:r>
      <w:r>
        <w:t xml:space="preserve">    (b) approval</w:t>
      </w:r>
      <w:r>
        <w:br/>
      </w:r>
      <w:r>
        <w:t xml:space="preserve">    (c) not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Kitty, a fair but frozen maid, Kindled a flame I yet deplore, The hood-wink'd boy I called to aid, Though of his near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afraid, So fatal to my suit before.</w:t>
      </w:r>
      <w:r>
        <w:br/>
      </w:r>
      <w:r>
        <w:t xml:space="preserve">    (a) coming</w:t>
      </w:r>
      <w:r>
        <w:br/>
      </w:r>
      <w:r>
        <w:t xml:space="preserve">    (b) create dramatic change</w:t>
      </w:r>
      <w:r>
        <w:br/>
      </w:r>
      <w:r>
        <w:t xml:space="preserve">    (c) mirror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never been there above once since the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was made; but still I have no doubt that James will take you very safely.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route (way to get somewhere)</w:t>
      </w:r>
      <w:r>
        <w:br/>
      </w:r>
      <w:r>
        <w:t xml:space="preserve">    (c) change the direction of something or the purpose for which it is 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he will be here to-morrow, for I have a question or two to ask him about myself of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sticks out</w:t>
      </w:r>
      <w:r>
        <w:br/>
      </w:r>
      <w:r>
        <w:t xml:space="preserve">    (b) importance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end of the sad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 </w:t>
      </w:r>
      <w:r>
        <w:rPr>
          <w:b/>
          <w:bCs/>
        </w:rPr>
        <w:t xml:space="preserve">of your going to South End.</w:t>
      </w:r>
      <w:r>
        <w:br/>
      </w:r>
      <w:r>
        <w:t xml:space="preserve">    (a) battles</w:t>
      </w:r>
      <w:r>
        <w:br/>
      </w:r>
      <w:r>
        <w:t xml:space="preserve">    (b) desires</w:t>
      </w:r>
      <w:r>
        <w:br/>
      </w:r>
      <w:r>
        <w:t xml:space="preserve">    (c) results (things that will happen because)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sweet,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amiable</w:t>
      </w:r>
      <w:r>
        <w:rPr>
          <w:b/>
          <w:bCs/>
        </w:rPr>
        <w:t xml:space="preserve"> </w:t>
      </w:r>
      <w:r>
        <w:rPr>
          <w:b/>
          <w:bCs/>
        </w:rPr>
        <w:t xml:space="preserve">Jane Fairfax!</w:t>
      </w:r>
      <w:r>
        <w:br/>
      </w:r>
      <w:r>
        <w:t xml:space="preserve">    (a) not clear or easily identifiable</w:t>
      </w:r>
      <w:r>
        <w:br/>
      </w:r>
      <w:r>
        <w:t xml:space="preserve">    (b) important, serious, or dangerous</w:t>
      </w:r>
      <w:r>
        <w:br/>
      </w:r>
      <w:r>
        <w:t xml:space="preserve">    (c) friendly, agreeable, and likable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quite concerned and ashamed,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do such things no more.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a state similar to sleep where one is unaware of anything</w:t>
      </w:r>
      <w:r>
        <w:br/>
      </w:r>
      <w:r>
        <w:t xml:space="preserve">    (c) determined (having firm purpose or having firmly decided)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meanwhile,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seeing Harriet.</w:t>
      </w:r>
      <w:r>
        <w:br/>
      </w:r>
      <w:r>
        <w:t xml:space="preserve">    (a) adapted</w:t>
      </w:r>
      <w:r>
        <w:br/>
      </w:r>
      <w:r>
        <w:t xml:space="preserve">    (b) changed</w:t>
      </w:r>
      <w:r>
        <w:br/>
      </w:r>
      <w:r>
        <w:t xml:space="preserve">    (c) definitely decided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there, in the very moderate-sized apartment, which was every thing to them, the visitors were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and even gratefully welcomed;</w:t>
      </w:r>
      <w:r>
        <w:br/>
      </w:r>
      <w:r>
        <w:t xml:space="preserve">    (a) in a friendly way</w:t>
      </w:r>
      <w:r>
        <w:br/>
      </w:r>
      <w:r>
        <w:t xml:space="preserve">    (b) in a pleasing way</w:t>
      </w:r>
      <w:r>
        <w:br/>
      </w:r>
      <w:r>
        <w:t xml:space="preserve">    (c) in a skillful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True, true, you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acquainted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Miss Fairfax; I remember you knew her at Weymouth,</w:t>
      </w:r>
      <w:r>
        <w:br/>
      </w:r>
      <w:r>
        <w:t xml:space="preserve">    (a) familiar (or a friend or associate)</w:t>
      </w:r>
      <w:r>
        <w:br/>
      </w:r>
      <w:r>
        <w:t xml:space="preserve">    (b) compensated for a loss; or paid a reward</w:t>
      </w:r>
      <w:r>
        <w:br/>
      </w:r>
      <w:r>
        <w:t xml:space="preserve">    (c) not having taken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very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think that</w:t>
      </w:r>
      <w:r>
        <w:br/>
      </w:r>
      <w:r>
        <w:t xml:space="preserve">    (a) with a tendency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</w:t>
      </w:r>
      <w:r>
        <w:rPr>
          <w:b/>
          <w:bCs/>
          <w:u w:val="single"/>
        </w:rPr>
        <w:t xml:space="preserve">inclining</w:t>
      </w:r>
      <w:r>
        <w:rPr>
          <w:b/>
          <w:bCs/>
        </w:rPr>
        <w:t xml:space="preserve"> </w:t>
      </w:r>
      <w:r>
        <w:rPr>
          <w:b/>
          <w:bCs/>
        </w:rPr>
        <w:t xml:space="preserve">his head, and whispering seriously)</w:t>
      </w:r>
      <w:r>
        <w:br/>
      </w:r>
      <w:r>
        <w:t xml:space="preserve">    (a) intentionally angering, challenging, or upsetting</w:t>
      </w:r>
      <w:r>
        <w:br/>
      </w:r>
      <w:r>
        <w:t xml:space="preserve">    (b) giving an opinion of what is wrong with something</w:t>
      </w:r>
      <w:r>
        <w:br/>
      </w:r>
      <w:r>
        <w:t xml:space="preserve">    (c) bending (or tilting)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—To have her haunting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, and thanking him all day long for his great kindness in marrying Jane?</w:t>
      </w:r>
      <w:r>
        <w:br/>
      </w:r>
      <w:r>
        <w:t xml:space="preserve">    (a) a large cathedral open to the public</w:t>
      </w:r>
      <w:r>
        <w:br/>
      </w:r>
      <w:r>
        <w:t xml:space="preserve">    (b) a building where monks or nuns live or lived; or a church associated with such a building</w:t>
      </w:r>
      <w:r>
        <w:br/>
      </w:r>
      <w:r>
        <w:t xml:space="preserve">    (c) a small, rural parish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sensibilities, I suspect, are strong--and her temper excellent in its power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, patience, self-control; but it wants openness.</w:t>
      </w:r>
      <w:r>
        <w:br/>
      </w:r>
      <w:r>
        <w:t xml:space="preserve">    (a) something suggested indirectly; or something that can be concluded; or a result</w:t>
      </w:r>
      <w:r>
        <w:br/>
      </w:r>
      <w:r>
        <w:t xml:space="preserve">    (b) a right that is naturally due because of human nature and the natural condition</w:t>
      </w:r>
      <w:r>
        <w:br/>
      </w:r>
      <w:r>
        <w:t xml:space="preserve">    (c) patience, tolerance, or self-control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when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all the uneasiness I occasioned her, and how little I deserve to be forgiven, I am mad with anger.</w:t>
      </w:r>
      <w:r>
        <w:br/>
      </w:r>
      <w:r>
        <w:t xml:space="preserve">    (a) remember</w:t>
      </w:r>
      <w:r>
        <w:br/>
      </w:r>
      <w:r>
        <w:t xml:space="preserve">    (b) disagree</w:t>
      </w:r>
      <w:r>
        <w:br/>
      </w:r>
      <w:r>
        <w:t xml:space="preserve">    (c) subtract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2026-05-20T01:18:38Z</dcterms:created>
  <dcterms:modified xsi:type="dcterms:W3CDTF">2026-05-20T01:18:38Z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