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0a2ae4fc743ed18002210f470c4e545d3825c1"/>
    <w:p>
      <w:pPr>
        <w:pStyle w:val="Heading1"/>
      </w:pPr>
      <w:r>
        <w:rPr>
          <w:b/>
          <w:bCs/>
        </w:rPr>
        <w:t xml:space="preserve">Emma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real evils, indeed, of Emma's situation were the power of having rather too much her own way, and a disposition to think a little too well of herself; these were the disadvantages which threatened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alloy</w:t>
      </w:r>
      <w:r>
        <w:rPr>
          <w:b/>
          <w:bCs/>
        </w:rPr>
        <w:t xml:space="preserve"> </w:t>
      </w:r>
      <w:r>
        <w:rPr>
          <w:b/>
          <w:bCs/>
        </w:rPr>
        <w:t xml:space="preserve">to her many enjoyments.</w:t>
      </w:r>
      <w:r>
        <w:br/>
      </w:r>
      <w:r>
        <w:t xml:space="preserve">    (a) something that is necessary for something else</w:t>
      </w:r>
      <w:r>
        <w:br/>
      </w:r>
      <w:r>
        <w:t xml:space="preserve">    (b) a slight amount; or to contain a slight amount</w:t>
      </w:r>
      <w:r>
        <w:br/>
      </w:r>
      <w:r>
        <w:t xml:space="preserve">    (c) a metal that consists of more than one element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sure you must have been struck by his awkward look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</w:t>
      </w:r>
      <w:r>
        <w:rPr>
          <w:b/>
          <w:bCs/>
        </w:rPr>
        <w:t xml:space="preserve"> </w:t>
      </w:r>
      <w:r>
        <w:rPr>
          <w:b/>
          <w:bCs/>
        </w:rPr>
        <w:t xml:space="preserve">manner, and the uncouthness of a voice which I heard to be wholly unmodulated as I stood here.</w:t>
      </w:r>
      <w:r>
        <w:br/>
      </w:r>
      <w:r>
        <w:t xml:space="preserve">    (a) to say or handle things in a way that makes others feel good about them</w:t>
      </w:r>
      <w:r>
        <w:br/>
      </w:r>
      <w:r>
        <w:t xml:space="preserve">    (b) rude or unfriendly</w:t>
      </w:r>
      <w:r>
        <w:br/>
      </w:r>
      <w:r>
        <w:t xml:space="preserve">    (c) relating to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first doth affliction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Which my second is destin'd to feel</w:t>
      </w:r>
      <w:r>
        <w:br/>
      </w:r>
      <w:r>
        <w:rPr>
          <w:b/>
          <w:bCs/>
        </w:rPr>
        <w:t xml:space="preserve">And my whole is the best antidote</w:t>
      </w:r>
      <w:r>
        <w:br/>
      </w:r>
      <w:r>
        <w:rPr>
          <w:b/>
          <w:bCs/>
        </w:rPr>
        <w:t xml:space="preserve">That affliction to soften and heal.</w:t>
      </w:r>
      <w:r>
        <w:br/>
      </w:r>
      <w:r>
        <w:t xml:space="preserve">    (a) select (on a computer screen)</w:t>
      </w:r>
      <w:r>
        <w:br/>
      </w:r>
      <w:r>
        <w:t xml:space="preserve">    (b) consume or destroy completely</w:t>
      </w:r>
      <w:r>
        <w:br/>
      </w:r>
      <w:r>
        <w:t xml:space="preserve">    (c) stand for or symbolize literally; or be a sign or indicator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Emma was rather in dismay when only half a minute afterwards he began to speak of other things, and in a voice of the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 </w:t>
      </w:r>
      <w:r>
        <w:rPr>
          <w:b/>
          <w:bCs/>
        </w:rPr>
        <w:t xml:space="preserve">and enjoyment.</w:t>
      </w:r>
      <w:r>
        <w:br/>
      </w:r>
      <w:r>
        <w:t xml:space="preserve">    (a) quickness; and/or cheerful eagerness</w:t>
      </w:r>
      <w:r>
        <w:br/>
      </w:r>
      <w:r>
        <w:t xml:space="preserve">    (b) the quality of exactness or accuracy</w:t>
      </w:r>
      <w:r>
        <w:br/>
      </w:r>
      <w:r>
        <w:t xml:space="preserve">    (c) the gain of advantage from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Emma, in good spirits too, from the amusement afforded her mind by the expectation of Mr. Frank Churchill, was willing to forget his late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improprieties</w:t>
      </w:r>
      <w:r>
        <w:rPr>
          <w:b/>
          <w:bCs/>
        </w:rPr>
        <w:t xml:space="preserve">, and be as well satisfied with him as before, and on his making Harriet his very first subject, was ready to listen with most friendly smiles.</w:t>
      </w:r>
      <w:r>
        <w:br/>
      </w:r>
      <w:r>
        <w:t xml:space="preserve">    (a) millions of very small unit of electrical energy (millions of joules)</w:t>
      </w:r>
      <w:r>
        <w:br/>
      </w:r>
      <w:r>
        <w:t xml:space="preserve">    (b) behavior thought not to be proper -- such as immoral or rude behavior</w:t>
      </w:r>
      <w:r>
        <w:br/>
      </w:r>
      <w:r>
        <w:t xml:space="preserve">    (c) an organization's 12-month accounting periods used for annual reports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scruple—without apology—without much apparent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diffidence</w:t>
      </w:r>
      <w:r>
        <w:rPr>
          <w:b/>
          <w:bCs/>
        </w:rPr>
        <w:t xml:space="preserve">, Mr. Elton, the lover of Harriet, was professing himself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</w:rPr>
        <w:t xml:space="preserve">lover.</w:t>
      </w:r>
      <w:r>
        <w:br/>
      </w:r>
      <w:r>
        <w:t xml:space="preserve">    (a) hesitancy and unassertiveness due to a lack of self-confidence</w:t>
      </w:r>
      <w:r>
        <w:br/>
      </w:r>
      <w:r>
        <w:t xml:space="preserve">    (b) the act of being in a working position; or the act of starting</w:t>
      </w:r>
      <w:r>
        <w:br/>
      </w:r>
      <w:r>
        <w:t xml:space="preserve">    (c) an expert who shares professional opinions in a specific field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Mr. John Knightley was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indebted</w:t>
      </w:r>
      <w:r>
        <w:rPr>
          <w:b/>
          <w:bCs/>
        </w:rPr>
        <w:t xml:space="preserve"> </w:t>
      </w:r>
      <w:r>
        <w:rPr>
          <w:b/>
          <w:bCs/>
        </w:rPr>
        <w:t xml:space="preserve">for her first idea on the subject, for the first start of its possibility.</w:t>
      </w:r>
      <w:r>
        <w:br/>
      </w:r>
      <w:r>
        <w:t xml:space="preserve">    (a) to be grateful for a favor; or to owe money; or to be in the position of owing a debt of gratitude</w:t>
      </w:r>
      <w:r>
        <w:br/>
      </w:r>
      <w:r>
        <w:t xml:space="preserve">    (b) the state or quality of expressing or displaying sexual activity or violence with detailed clarity</w:t>
      </w:r>
      <w:r>
        <w:br/>
      </w:r>
      <w:r>
        <w:t xml:space="preserve">    (c) influenced by personal belief, feelings, or preferences (rather than being based purely upon fact)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youth and cheerfulness of morning are in happy analogy, and of powerful operation; and if the distress be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enough to keep the eyes unclosed, they will be sure to open to sensations of softened pain and brighter hope.</w:t>
      </w:r>
      <w:r>
        <w:br/>
      </w:r>
      <w:r>
        <w:t xml:space="preserve">    (a) able to be found</w:t>
      </w:r>
      <w:r>
        <w:br/>
      </w:r>
      <w:r>
        <w:t xml:space="preserve">    (b) likely to change</w:t>
      </w:r>
      <w:r>
        <w:br/>
      </w:r>
      <w:r>
        <w:t xml:space="preserve">    (c) sharp or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three-and-twenty to be the king of his company—the great man—the practised politician, who is to read every body's character, and make every body's talents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display of his own superiority; to be dispensing his flatteries around, that he may make all appear like fools compared with himself!</w:t>
      </w:r>
      <w:r>
        <w:br/>
      </w:r>
      <w:r>
        <w:t xml:space="preserve">    (a) include consideration of</w:t>
      </w:r>
      <w:r>
        <w:br/>
      </w:r>
      <w:r>
        <w:t xml:space="preserve">    (b) contribute (to a result)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Absolute neglect of the mother and sisters, when invited to come,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.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lack of gratefulness -- typically inappropriately so</w:t>
      </w:r>
      <w:r>
        <w:br/>
      </w:r>
      <w:r>
        <w:t xml:space="preserve">    (c) the ability to take or adopt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Here, she must be leading a life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penance; there it would have been all enjoyment.</w:t>
      </w:r>
      <w:r>
        <w:br/>
      </w:r>
      <w:r>
        <w:t xml:space="preserve">    (a) the state of not being in danger of suffering from something</w:t>
      </w:r>
      <w:r>
        <w:br/>
      </w:r>
      <w:r>
        <w:t xml:space="preserve">    (b) tile designed to affect noise -- typically to decrease noise</w:t>
      </w:r>
      <w:r>
        <w:br/>
      </w:r>
      <w:r>
        <w:t xml:space="preserve">    (c) lack of basic things needed to live in a satisfactory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never seen so lovely a face, and was delighted with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naivete</w:t>
      </w:r>
      <w:r>
        <w:rPr>
          <w:b/>
          <w:bCs/>
        </w:rPr>
        <w:t xml:space="preserve">.</w:t>
      </w:r>
      <w:r>
        <w:br/>
      </w:r>
      <w:r>
        <w:t xml:space="preserve">    (a) lacking experience or sophistication</w:t>
      </w:r>
      <w:r>
        <w:br/>
      </w:r>
      <w:r>
        <w:t xml:space="preserve">    (b) a Muslim religious teacher or leader</w:t>
      </w:r>
      <w:r>
        <w:br/>
      </w:r>
      <w:r>
        <w:t xml:space="preserve">    (c) a basic type of ecological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Excepting inequality of fortune, and perhaps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of age, I can see nothing unsuitable.</w:t>
      </w:r>
      <w:r>
        <w:br/>
      </w:r>
      <w:r>
        <w:t xml:space="preserve">    (a) the highest-ranking manager</w:t>
      </w:r>
      <w:r>
        <w:br/>
      </w:r>
      <w:r>
        <w:t xml:space="preserve">    (b) a difference between things</w:t>
      </w:r>
      <w:r>
        <w:br/>
      </w:r>
      <w:r>
        <w:t xml:space="preserve">    (c) result or predictable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some days before she saw Jane Fairfax, to judge of her honest regret in this woeful change; but when they did meet, her composure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.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extremely unpleasant, disgusting, dislikable, or worthy of hate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could not give me a greater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reproof</w:t>
      </w:r>
      <w:r>
        <w:rPr>
          <w:b/>
          <w:bCs/>
        </w:rPr>
        <w:t xml:space="preserve"> </w:t>
      </w:r>
      <w:r>
        <w:rPr>
          <w:b/>
          <w:bCs/>
        </w:rPr>
        <w:t xml:space="preserve">for the mistake I fell into.</w:t>
      </w:r>
      <w:r>
        <w:br/>
      </w:r>
      <w:r>
        <w:t xml:space="preserve">    (a) hard work</w:t>
      </w:r>
      <w:r>
        <w:br/>
      </w:r>
      <w:r>
        <w:t xml:space="preserve">    (b) criticism</w:t>
      </w:r>
      <w:r>
        <w:br/>
      </w:r>
      <w:r>
        <w:t xml:space="preserve">    (c) main road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to wait upon a bride is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remiss</w:t>
      </w:r>
      <w:r>
        <w:rPr>
          <w:b/>
          <w:bCs/>
        </w:rPr>
        <w:t xml:space="preserve">.</w:t>
      </w:r>
      <w:r>
        <w:br/>
      </w:r>
      <w:r>
        <w:t xml:space="preserve">    (a) careless -- especially with regard to a duty</w:t>
      </w:r>
      <w:r>
        <w:br/>
      </w:r>
      <w:r>
        <w:t xml:space="preserve">    (b) the state or degree of agreeing or approving</w:t>
      </w:r>
      <w:r>
        <w:br/>
      </w:r>
      <w:r>
        <w:t xml:space="preserve">    (c) exceedingly important, serious, 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thing is determined, that is (laughing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affectedly</w:t>
      </w:r>
      <w:r>
        <w:rPr>
          <w:b/>
          <w:bCs/>
        </w:rPr>
        <w:t xml:space="preserve">) as far as I can presume to determine any thing without the concurrence of my lord and master.</w:t>
      </w:r>
      <w:r>
        <w:br/>
      </w:r>
      <w:r>
        <w:t xml:space="preserve">    (a) in an artificial manner to make an impression</w:t>
      </w:r>
      <w:r>
        <w:br/>
      </w:r>
      <w:r>
        <w:t xml:space="preserve">    (b) to almost be so, but not so strictly speaking</w:t>
      </w:r>
      <w:r>
        <w:br/>
      </w:r>
      <w:r>
        <w:t xml:space="preserve">    (c) in a manner that is engaging and enthusiastic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 was so dull, it was no wonder that Harriet should be dull likewise; and they were both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insufferable</w:t>
      </w:r>
      <w:r>
        <w:rPr>
          <w:b/>
          <w:bCs/>
        </w:rPr>
        <w:t xml:space="preserve">.</w:t>
      </w:r>
      <w:r>
        <w:br/>
      </w:r>
      <w:r>
        <w:t xml:space="preserve">    (a) extremely unpleasant</w:t>
      </w:r>
      <w:r>
        <w:br/>
      </w:r>
      <w:r>
        <w:t xml:space="preserve">    (b) excessively enjoying</w:t>
      </w:r>
      <w:r>
        <w:br/>
      </w:r>
      <w:r>
        <w:t xml:space="preserve">    (c) dies or is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say nothing of which I am ashamed," replied he, with lively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.</w:t>
      </w:r>
      <w:r>
        <w:br/>
      </w:r>
      <w:r>
        <w:t xml:space="preserve">    (a) soccer player who typically play in the middle third of the field and who assists with both defense and offense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an artists performance of another artist's work that expresses the performer's feelings or ideas about the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cannot see you acting wrong, without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remonstrance</w:t>
      </w:r>
      <w:r>
        <w:rPr>
          <w:b/>
          <w:bCs/>
        </w:rPr>
        <w:t xml:space="preserve">.</w:t>
      </w:r>
      <w:r>
        <w:br/>
      </w:r>
      <w:r>
        <w:t xml:space="preserve">    (a) argument in protest or opposition</w:t>
      </w:r>
      <w:r>
        <w:br/>
      </w:r>
      <w:r>
        <w:t xml:space="preserve">    (b) someone who expresses disapproval</w:t>
      </w:r>
      <w:r>
        <w:br/>
      </w:r>
      <w:r>
        <w:t xml:space="preserve">    (c) the act of recognizing difference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2026-07-31T14:45:03Z</dcterms:created>
  <dcterms:modified xsi:type="dcterms:W3CDTF">2026-07-31T14:45:03Z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