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d70d6db4ab4933497ed3ea6c7045fbf4f3736f"/>
    <w:p>
      <w:pPr>
        <w:pStyle w:val="Heading1"/>
      </w:pPr>
      <w:r>
        <w:rPr>
          <w:b/>
          <w:bCs/>
        </w:rPr>
        <w:t xml:space="preserve">Elegy Written in a Country Churchyard</w:t>
      </w:r>
      <w:r>
        <w:br/>
      </w:r>
      <w:r>
        <w:rPr>
          <w:i/>
          <w:iCs/>
        </w:rPr>
        <w:t xml:space="preserve">Thomas Gray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curfew tolls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knell</w:t>
      </w:r>
      <w:r>
        <w:rPr>
          <w:b/>
          <w:bCs/>
        </w:rPr>
        <w:t xml:space="preserve"> </w:t>
      </w:r>
      <w:r>
        <w:rPr>
          <w:b/>
          <w:bCs/>
        </w:rPr>
        <w:t xml:space="preserve">of parting day,</w:t>
      </w:r>
      <w:r>
        <w:br/>
      </w:r>
      <w:r>
        <w:rPr>
          <w:b/>
          <w:bCs/>
        </w:rPr>
        <w:t xml:space="preserve">The lowing herd wind slowly o'er the lea,</w:t>
      </w:r>
      <w:r>
        <w:br/>
      </w:r>
      <w:r>
        <w:rPr>
          <w:b/>
          <w:bCs/>
        </w:rPr>
        <w:t xml:space="preserve">The plowman homeward plods his weary way,</w:t>
      </w:r>
      <w:r>
        <w:br/>
      </w:r>
      <w:r>
        <w:rPr>
          <w:b/>
          <w:bCs/>
        </w:rPr>
        <w:t xml:space="preserve">And leaves the world to darkness and to me.</w:t>
      </w:r>
      <w:r>
        <w:br/>
      </w:r>
      <w:r>
        <w:t xml:space="preserve">    (a) a regular payment to a person that is intended to allow them to have an income without working</w:t>
      </w:r>
      <w:r>
        <w:br/>
      </w:r>
      <w:r>
        <w:t xml:space="preserve">    (b) a slow, solemn bell sound -- especially announcing death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a sign that something is ending</w:t>
      </w:r>
      <w:r>
        <w:br/>
      </w:r>
      <w:r>
        <w:t xml:space="preserve">    (c) (noun) a strip of hair made lighter in color  OR  (verb) making strips of hair lighter in color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Now fades the glimm'ring landscape on the sight,</w:t>
      </w:r>
      <w:r>
        <w:br/>
      </w:r>
      <w:r>
        <w:rPr>
          <w:b/>
          <w:bCs/>
        </w:rPr>
        <w:t xml:space="preserve">And all the air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solemn</w:t>
      </w:r>
      <w:r>
        <w:rPr>
          <w:b/>
          <w:bCs/>
        </w:rPr>
        <w:t xml:space="preserve"> </w:t>
      </w:r>
      <w:r>
        <w:rPr>
          <w:b/>
          <w:bCs/>
        </w:rPr>
        <w:t xml:space="preserve">stillness holds,</w:t>
      </w:r>
      <w:r>
        <w:br/>
      </w:r>
      <w:r>
        <w:rPr>
          <w:b/>
          <w:bCs/>
        </w:rPr>
        <w:t xml:space="preserve">Save where the beetle wheels his droning flight,</w:t>
      </w:r>
      <w:r>
        <w:br/>
      </w:r>
      <w:r>
        <w:rPr>
          <w:b/>
          <w:bCs/>
        </w:rPr>
        <w:t xml:space="preserve">And drowsy tinklings lull the distant folds;</w:t>
      </w:r>
      <w:r>
        <w:br/>
      </w:r>
      <w:r>
        <w:rPr>
          <w:b/>
          <w:bCs/>
        </w:rPr>
        <w:t xml:space="preserve">Save that from yonder ivy-mantled tow'r</w:t>
      </w:r>
      <w:r>
        <w:br/>
      </w:r>
      <w:r>
        <w:rPr>
          <w:b/>
          <w:bCs/>
        </w:rPr>
        <w:t xml:space="preserve">The moping owl does to the moon complain</w:t>
      </w:r>
      <w:r>
        <w:br/>
      </w:r>
      <w:r>
        <w:rPr>
          <w:b/>
          <w:bCs/>
        </w:rPr>
        <w:t xml:space="preserve">Of such, as wand'ring near her secret bow'r,</w:t>
      </w:r>
      <w:r>
        <w:br/>
      </w:r>
      <w:r>
        <w:rPr>
          <w:b/>
          <w:bCs/>
        </w:rPr>
        <w:t xml:space="preserve">Molest her ancient solitary reign.</w:t>
      </w:r>
      <w:r>
        <w:br/>
      </w:r>
      <w:r>
        <w:t xml:space="preserve">    (a) indicating approval or agreement</w:t>
      </w:r>
      <w:r>
        <w:br/>
      </w:r>
      <w:r>
        <w:t xml:space="preserve">    (b) able to be taken on as one's own</w:t>
      </w:r>
      <w:r>
        <w:br/>
      </w:r>
      <w:r>
        <w:t xml:space="preserve">    (c) very serious--possibly dignified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breezy call of incense-breathing Morn,</w:t>
      </w:r>
      <w:r>
        <w:br/>
      </w:r>
      <w:r>
        <w:rPr>
          <w:b/>
          <w:bCs/>
        </w:rPr>
        <w:t xml:space="preserve">The swallow twitt'ring from the straw-built shed,</w:t>
      </w:r>
      <w:r>
        <w:br/>
      </w:r>
      <w:r>
        <w:rPr>
          <w:b/>
          <w:bCs/>
        </w:rPr>
        <w:t xml:space="preserve">The cock's shrill clarion, or the echoing horn,</w:t>
      </w:r>
      <w:r>
        <w:br/>
      </w:r>
      <w:r>
        <w:rPr>
          <w:b/>
          <w:bCs/>
        </w:rPr>
        <w:t xml:space="preserve">No more shall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rouse</w:t>
      </w:r>
      <w:r>
        <w:rPr>
          <w:b/>
          <w:bCs/>
        </w:rPr>
        <w:t xml:space="preserve"> </w:t>
      </w:r>
      <w:r>
        <w:rPr>
          <w:b/>
          <w:bCs/>
        </w:rPr>
        <w:t xml:space="preserve">them from their lowly bed.</w:t>
      </w:r>
      <w:r>
        <w:br/>
      </w:r>
      <w:r>
        <w:t xml:space="preserve">    (a) beyond the permitted boundary or limit</w:t>
      </w:r>
      <w:r>
        <w:br/>
      </w:r>
      <w:r>
        <w:t xml:space="preserve">    (b) to awaken, make more active, or excite</w:t>
      </w:r>
      <w:r>
        <w:br/>
      </w:r>
      <w:r>
        <w:t xml:space="preserve">    (c) explains something in a particular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Let not Ambition mock their useful toil,</w:t>
      </w:r>
      <w:r>
        <w:br/>
      </w:r>
      <w:r>
        <w:rPr>
          <w:b/>
          <w:bCs/>
        </w:rPr>
        <w:t xml:space="preserve">Their homely joys, and destiny obscure;</w:t>
      </w:r>
      <w:r>
        <w:br/>
      </w:r>
      <w:r>
        <w:rPr>
          <w:b/>
          <w:bCs/>
        </w:rPr>
        <w:t xml:space="preserve">Nor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Grandeur</w:t>
      </w:r>
      <w:r>
        <w:rPr>
          <w:b/>
          <w:bCs/>
        </w:rPr>
        <w:t xml:space="preserve"> </w:t>
      </w:r>
      <w:r>
        <w:rPr>
          <w:b/>
          <w:bCs/>
        </w:rPr>
        <w:t xml:space="preserve">hear with a disdainful smile</w:t>
      </w:r>
      <w:r>
        <w:br/>
      </w:r>
      <w:r>
        <w:rPr>
          <w:b/>
          <w:bCs/>
        </w:rPr>
        <w:t xml:space="preserve">The short and simple annals of the poor.</w:t>
      </w:r>
      <w:r>
        <w:br/>
      </w:r>
      <w:r>
        <w:t xml:space="preserve">    (a) interaction or interest</w:t>
      </w:r>
      <w:r>
        <w:br/>
      </w:r>
      <w:r>
        <w:t xml:space="preserve">    (b) a drawing or photograph</w:t>
      </w:r>
      <w:r>
        <w:br/>
      </w:r>
      <w:r>
        <w:t xml:space="preserve">    (c) impressive magnificence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Let not Ambition mock their useful toil,</w:t>
      </w:r>
      <w:r>
        <w:br/>
      </w:r>
      <w:r>
        <w:rPr>
          <w:b/>
          <w:bCs/>
        </w:rPr>
        <w:t xml:space="preserve">Their homely joys, and destiny obscure;</w:t>
      </w:r>
      <w:r>
        <w:br/>
      </w:r>
      <w:r>
        <w:rPr>
          <w:b/>
          <w:bCs/>
        </w:rPr>
        <w:t xml:space="preserve">Nor Grandeur hear with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disdainful</w:t>
      </w:r>
      <w:r>
        <w:rPr>
          <w:b/>
          <w:bCs/>
        </w:rPr>
        <w:t xml:space="preserve"> </w:t>
      </w:r>
      <w:r>
        <w:rPr>
          <w:b/>
          <w:bCs/>
        </w:rPr>
        <w:t xml:space="preserve">smile</w:t>
      </w:r>
      <w:r>
        <w:br/>
      </w:r>
      <w:r>
        <w:rPr>
          <w:b/>
          <w:bCs/>
        </w:rPr>
        <w:t xml:space="preserve">The short and simple annals of the poor.</w:t>
      </w:r>
      <w:r>
        <w:br/>
      </w:r>
      <w:r>
        <w:t xml:space="preserve">    (a) impossible to find</w:t>
      </w:r>
      <w:r>
        <w:br/>
      </w:r>
      <w:r>
        <w:t xml:space="preserve">    (b) full of disrespect</w:t>
      </w:r>
      <w:r>
        <w:br/>
      </w:r>
      <w:r>
        <w:t xml:space="preserve">    (c) good or beneficial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boast of heraldry, the pomp of pow'r,</w:t>
      </w:r>
      <w:r>
        <w:br/>
      </w:r>
      <w:r>
        <w:rPr>
          <w:b/>
          <w:bCs/>
        </w:rPr>
        <w:t xml:space="preserve">And all that beauty, all that wealth e'er gave,</w:t>
      </w:r>
      <w:r>
        <w:br/>
      </w:r>
      <w:r>
        <w:rPr>
          <w:b/>
          <w:bCs/>
        </w:rPr>
        <w:t xml:space="preserve">Awaits alike th'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inevitable</w:t>
      </w:r>
      <w:r>
        <w:rPr>
          <w:b/>
          <w:bCs/>
        </w:rPr>
        <w:t xml:space="preserve"> </w:t>
      </w:r>
      <w:r>
        <w:rPr>
          <w:b/>
          <w:bCs/>
        </w:rPr>
        <w:t xml:space="preserve">hour.</w:t>
      </w:r>
      <w:r>
        <w:br/>
      </w:r>
      <w:r>
        <w:t xml:space="preserve">    (a) size or dimension</w:t>
      </w:r>
      <w:r>
        <w:br/>
      </w:r>
      <w:r>
        <w:t xml:space="preserve">    (b) circular movement</w:t>
      </w:r>
      <w:r>
        <w:br/>
      </w:r>
      <w:r>
        <w:t xml:space="preserve">    (c) certain to happen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Can storied urn or animated bust</w:t>
      </w:r>
      <w:r>
        <w:br/>
      </w:r>
      <w:r>
        <w:rPr>
          <w:b/>
          <w:bCs/>
        </w:rPr>
        <w:t xml:space="preserve">Back to its mansion call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fleeting</w:t>
      </w:r>
      <w:r>
        <w:rPr>
          <w:b/>
          <w:bCs/>
        </w:rPr>
        <w:t xml:space="preserve"> </w:t>
      </w:r>
      <w:r>
        <w:rPr>
          <w:b/>
          <w:bCs/>
        </w:rPr>
        <w:t xml:space="preserve">breath?</w:t>
      </w:r>
      <w:r>
        <w:br/>
      </w:r>
      <w:r>
        <w:t xml:space="preserve">    (a) sensible and careful</w:t>
      </w:r>
      <w:r>
        <w:br/>
      </w:r>
      <w:r>
        <w:t xml:space="preserve">    (b) not demonstrative of</w:t>
      </w:r>
      <w:r>
        <w:br/>
      </w:r>
      <w:r>
        <w:t xml:space="preserve">    (c) lasting a short 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Can Honour's voice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provoke</w:t>
      </w:r>
      <w:r>
        <w:rPr>
          <w:b/>
          <w:bCs/>
        </w:rPr>
        <w:t xml:space="preserve"> </w:t>
      </w:r>
      <w:r>
        <w:rPr>
          <w:b/>
          <w:bCs/>
        </w:rPr>
        <w:t xml:space="preserve">the silent dust,</w:t>
      </w:r>
      <w:r>
        <w:br/>
      </w:r>
      <w:r>
        <w:rPr>
          <w:b/>
          <w:bCs/>
        </w:rPr>
        <w:t xml:space="preserve">Or Flatt'ry soothe the dull cold ear of Death?</w:t>
      </w:r>
      <w:r>
        <w:br/>
      </w:r>
      <w:r>
        <w:t xml:space="preserve">    (a) cause (a reaction)</w:t>
      </w:r>
      <w:r>
        <w:br/>
      </w:r>
      <w:r>
        <w:t xml:space="preserve">    (b) notable difference</w:t>
      </w:r>
      <w:r>
        <w:br/>
      </w:r>
      <w:r>
        <w:t xml:space="preserve">    (c) come to terms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Knowledge to their eyes her ample page</w:t>
      </w:r>
      <w:r>
        <w:br/>
      </w:r>
      <w:r>
        <w:rPr>
          <w:b/>
          <w:bCs/>
        </w:rPr>
        <w:t xml:space="preserve">Rich with the spoils of time did ne'er unroll;</w:t>
      </w:r>
      <w:r>
        <w:br/>
      </w:r>
      <w:r>
        <w:rPr>
          <w:b/>
          <w:bCs/>
        </w:rPr>
        <w:t xml:space="preserve">Chill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Penury</w:t>
      </w:r>
      <w:r>
        <w:rPr>
          <w:b/>
          <w:bCs/>
        </w:rPr>
        <w:t xml:space="preserve"> </w:t>
      </w:r>
      <w:r>
        <w:rPr>
          <w:b/>
          <w:bCs/>
        </w:rPr>
        <w:t xml:space="preserve">repress'd their noble rage,</w:t>
      </w:r>
      <w:r>
        <w:br/>
      </w:r>
      <w:r>
        <w:rPr>
          <w:b/>
          <w:bCs/>
        </w:rPr>
        <w:t xml:space="preserve">And froze the genial current of the soul.</w:t>
      </w:r>
      <w:r>
        <w:br/>
      </w:r>
      <w:r>
        <w:t xml:space="preserve">    (a) unable or difficult to meet and talk with</w:t>
      </w:r>
      <w:r>
        <w:br/>
      </w:r>
      <w:r>
        <w:t xml:space="preserve">    (b) a state of extreme poverty or destitution</w:t>
      </w:r>
      <w:r>
        <w:br/>
      </w:r>
      <w:r>
        <w:t xml:space="preserve">    (c) without purpose, job, or natural activity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Full many a gem of purest ray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serene</w:t>
      </w:r>
      <w:r>
        <w:rPr>
          <w:b/>
          <w:bCs/>
        </w:rPr>
        <w:t xml:space="preserve">,</w:t>
      </w:r>
      <w:r>
        <w:br/>
      </w:r>
      <w:r>
        <w:rPr>
          <w:b/>
          <w:bCs/>
        </w:rPr>
        <w:t xml:space="preserve">The dark unfathom'd caves of ocean bear:</w:t>
      </w:r>
      <w:r>
        <w:br/>
      </w:r>
      <w:r>
        <w:rPr>
          <w:b/>
          <w:bCs/>
        </w:rPr>
        <w:t xml:space="preserve">Full many a flow'r is born to blush unseen,</w:t>
      </w:r>
      <w:r>
        <w:br/>
      </w:r>
      <w:r>
        <w:rPr>
          <w:b/>
          <w:bCs/>
        </w:rPr>
        <w:t xml:space="preserve">And waste its sweetness on the desert air.</w:t>
      </w:r>
      <w:r>
        <w:br/>
      </w:r>
      <w:r>
        <w:t xml:space="preserve">    (a) not straightforward</w:t>
      </w:r>
      <w:r>
        <w:br/>
      </w:r>
      <w:r>
        <w:t xml:space="preserve">    (b) calm and untroubled</w:t>
      </w:r>
      <w:r>
        <w:br/>
      </w:r>
      <w:r>
        <w:t xml:space="preserve">    (c) not done on purpose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Some village-Hampden, that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dauntless</w:t>
      </w:r>
      <w:r>
        <w:rPr>
          <w:b/>
          <w:bCs/>
        </w:rPr>
        <w:t xml:space="preserve"> </w:t>
      </w:r>
      <w:r>
        <w:rPr>
          <w:b/>
          <w:bCs/>
        </w:rPr>
        <w:t xml:space="preserve">breast</w:t>
      </w:r>
      <w:r>
        <w:br/>
      </w:r>
      <w:r>
        <w:rPr>
          <w:b/>
          <w:bCs/>
        </w:rPr>
        <w:t xml:space="preserve">The little tyrant of his fields withstood;</w:t>
      </w:r>
      <w:r>
        <w:br/>
      </w:r>
      <w:r>
        <w:rPr>
          <w:b/>
          <w:bCs/>
        </w:rPr>
        <w:t xml:space="preserve">Some mute inglorious Milton here may rest,</w:t>
      </w:r>
      <w:r>
        <w:br/>
      </w:r>
      <w:r>
        <w:rPr>
          <w:b/>
          <w:bCs/>
        </w:rPr>
        <w:t xml:space="preserve">Some Cromwell guiltless of his country's blood.</w:t>
      </w:r>
      <w:r>
        <w:br/>
      </w:r>
      <w:r>
        <w:t xml:space="preserve">    (a) never discouraged or intimidated</w:t>
      </w:r>
      <w:r>
        <w:br/>
      </w:r>
      <w:r>
        <w:t xml:space="preserve">    (b) able to be taken on as one's own</w:t>
      </w:r>
      <w:r>
        <w:br/>
      </w:r>
      <w:r>
        <w:t xml:space="preserve">    (c) indicating approval or 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Th' applause of list'ning senates to command,</w:t>
      </w:r>
      <w:r>
        <w:br/>
      </w:r>
      <w:r>
        <w:rPr>
          <w:b/>
          <w:bCs/>
        </w:rPr>
        <w:t xml:space="preserve">The threats of pain and ruin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despise</w:t>
      </w:r>
      <w:r>
        <w:rPr>
          <w:b/>
          <w:bCs/>
        </w:rPr>
        <w:t xml:space="preserve">,</w:t>
      </w:r>
      <w:r>
        <w:br/>
      </w:r>
      <w:r>
        <w:rPr>
          <w:b/>
          <w:bCs/>
        </w:rPr>
        <w:t xml:space="preserve">To scatter plenty o'er a smiling land,</w:t>
      </w:r>
      <w:r>
        <w:br/>
      </w:r>
      <w:r>
        <w:rPr>
          <w:b/>
          <w:bCs/>
        </w:rPr>
        <w:t xml:space="preserve">And read their hist'ry in a nation's eyes,</w:t>
      </w:r>
      <w:r>
        <w:br/>
      </w:r>
      <w:r>
        <w:rPr>
          <w:b/>
          <w:bCs/>
        </w:rPr>
        <w:t xml:space="preserve">Their lot forbade: nor circumscrib'd alone</w:t>
      </w:r>
      <w:r>
        <w:br/>
      </w:r>
      <w:r>
        <w:rPr>
          <w:b/>
          <w:bCs/>
        </w:rPr>
        <w:t xml:space="preserve">Their growing virtues, but their crimes confin'd;</w:t>
      </w:r>
      <w:r>
        <w:br/>
      </w:r>
      <w:r>
        <w:rPr>
          <w:b/>
          <w:bCs/>
        </w:rPr>
        <w:t xml:space="preserve">Forbade to wade through slaughter to a throne,</w:t>
      </w:r>
      <w:r>
        <w:br/>
      </w:r>
      <w:r>
        <w:rPr>
          <w:b/>
          <w:bCs/>
        </w:rPr>
        <w:t xml:space="preserve">And shut the gates of mercy on mankind,</w:t>
      </w:r>
      <w:r>
        <w:br/>
      </w:r>
      <w:r>
        <w:rPr>
          <w:b/>
          <w:bCs/>
        </w:rPr>
        <w:t xml:space="preserve">The struggling pangs of conscious truth to hide,</w:t>
      </w:r>
      <w:r>
        <w:br/>
      </w:r>
      <w:r>
        <w:rPr>
          <w:b/>
          <w:bCs/>
        </w:rPr>
        <w:t xml:space="preserve">To quench the blushes of ingenuous shame,</w:t>
      </w:r>
      <w:r>
        <w:br/>
      </w:r>
      <w:r>
        <w:rPr>
          <w:b/>
          <w:bCs/>
        </w:rPr>
        <w:t xml:space="preserve">Or heap the shrine of Luxury and Pride</w:t>
      </w:r>
      <w:r>
        <w:br/>
      </w:r>
      <w:r>
        <w:rPr>
          <w:b/>
          <w:bCs/>
        </w:rPr>
        <w:t xml:space="preserve">With incense kindled at the Muse's flame.</w:t>
      </w:r>
      <w:r>
        <w:br/>
      </w:r>
      <w:r>
        <w:t xml:space="preserve">    (a) technical:  center or concentration</w:t>
      </w:r>
      <w:r>
        <w:br/>
      </w:r>
      <w:r>
        <w:t xml:space="preserve">    (b) to be overly unhappy and unsociable</w:t>
      </w:r>
      <w:r>
        <w:br/>
      </w:r>
      <w:r>
        <w:t xml:space="preserve">    (c) dislike strongly and look down upon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Far from the madding crowd's ignoble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strife</w:t>
      </w:r>
      <w:r>
        <w:rPr>
          <w:b/>
          <w:bCs/>
        </w:rPr>
        <w:t xml:space="preserve">,</w:t>
      </w:r>
      <w:r>
        <w:br/>
      </w:r>
      <w:r>
        <w:rPr>
          <w:b/>
          <w:bCs/>
        </w:rPr>
        <w:t xml:space="preserve">Their sober wishes never learn'd to stray;</w:t>
      </w:r>
      <w:r>
        <w:br/>
      </w:r>
      <w:r>
        <w:rPr>
          <w:b/>
          <w:bCs/>
        </w:rPr>
        <w:t xml:space="preserve">Along the cool sequester'd vale of life</w:t>
      </w:r>
      <w:r>
        <w:br/>
      </w:r>
      <w:r>
        <w:rPr>
          <w:b/>
          <w:bCs/>
        </w:rPr>
        <w:t xml:space="preserve">They kept the noiseless tenor of their way.</w:t>
      </w:r>
      <w:r>
        <w:br/>
      </w:r>
      <w:r>
        <w:t xml:space="preserve">    (a) job, reservation, booking, or activity</w:t>
      </w:r>
      <w:r>
        <w:br/>
      </w:r>
      <w:r>
        <w:t xml:space="preserve">    (b) thing that affects a result or outcome</w:t>
      </w:r>
      <w:r>
        <w:br/>
      </w:r>
      <w:r>
        <w:t xml:space="preserve">    (c) violent conflict or angry disagreement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Yet ev'n these bones from insult to protect,</w:t>
      </w:r>
      <w:r>
        <w:br/>
      </w:r>
      <w:r>
        <w:rPr>
          <w:b/>
          <w:bCs/>
        </w:rPr>
        <w:t xml:space="preserve">Some frail memorial still erected nigh,</w:t>
      </w:r>
      <w:r>
        <w:br/>
      </w:r>
      <w:r>
        <w:rPr>
          <w:b/>
          <w:bCs/>
        </w:rPr>
        <w:t xml:space="preserve">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uncouth</w:t>
      </w:r>
      <w:r>
        <w:rPr>
          <w:b/>
          <w:bCs/>
        </w:rPr>
        <w:t xml:space="preserve"> </w:t>
      </w:r>
      <w:r>
        <w:rPr>
          <w:b/>
          <w:bCs/>
        </w:rPr>
        <w:t xml:space="preserve">rhymes and shapeless sculpture deck'd,</w:t>
      </w:r>
      <w:r>
        <w:br/>
      </w:r>
      <w:r>
        <w:rPr>
          <w:b/>
          <w:bCs/>
        </w:rPr>
        <w:t xml:space="preserve">Implores the passing tribute of a sigh.</w:t>
      </w:r>
      <w:r>
        <w:br/>
      </w:r>
      <w:r>
        <w:t xml:space="preserve">    (a) rude or unpleasant due to a lack of manners, refinement, or taste</w:t>
      </w:r>
      <w:r>
        <w:br/>
      </w:r>
      <w:r>
        <w:t xml:space="preserve">    (b) relating to a surface rather than to anything deep or penetrating</w:t>
      </w:r>
      <w:r>
        <w:br/>
      </w:r>
      <w:r>
        <w:t xml:space="preserve">    (c) related to the spreading of a disease to another part of the body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name, their years, spelt by th' unletter'd muse,</w:t>
      </w:r>
      <w:r>
        <w:br/>
      </w:r>
      <w:r>
        <w:rPr>
          <w:b/>
          <w:bCs/>
        </w:rPr>
        <w:t xml:space="preserve">The place of fame and elegy supply:</w:t>
      </w:r>
      <w:r>
        <w:br/>
      </w:r>
      <w:r>
        <w:rPr>
          <w:b/>
          <w:bCs/>
        </w:rPr>
        <w:t xml:space="preserve">And many a holy text around she strews,</w:t>
      </w:r>
      <w:r>
        <w:br/>
      </w:r>
      <w:r>
        <w:rPr>
          <w:b/>
          <w:bCs/>
        </w:rPr>
        <w:t xml:space="preserve">That teach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rustic</w:t>
      </w:r>
      <w:r>
        <w:rPr>
          <w:b/>
          <w:bCs/>
        </w:rPr>
        <w:t xml:space="preserve"> </w:t>
      </w:r>
      <w:r>
        <w:rPr>
          <w:b/>
          <w:bCs/>
        </w:rPr>
        <w:t xml:space="preserve">moralist to die.</w:t>
      </w:r>
      <w:r>
        <w:br/>
      </w:r>
      <w:r>
        <w:t xml:space="preserve">    (a) the state of not being in danger of suffering from something</w:t>
      </w:r>
      <w:r>
        <w:br/>
      </w:r>
      <w:r>
        <w:t xml:space="preserve">    (b) characteristic of rural life; simple without refined touches</w:t>
      </w:r>
      <w:r>
        <w:br/>
      </w:r>
      <w:r>
        <w:t xml:space="preserve">    (c) tile designed to affect noise -- typically to decrease noise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EPITAPH</w:t>
      </w:r>
      <w:r>
        <w:br/>
      </w:r>
      <w:r>
        <w:rPr>
          <w:b/>
          <w:bCs/>
        </w:rPr>
        <w:t xml:space="preserve">Here rests his head upon the lap of Earth</w:t>
      </w:r>
      <w:r>
        <w:br/>
      </w:r>
      <w:r>
        <w:rPr>
          <w:b/>
          <w:bCs/>
        </w:rPr>
        <w:t xml:space="preserve">A youth to Fortune and to Fame unknown.</w:t>
      </w:r>
      <w:r>
        <w:br/>
      </w:r>
      <w:r>
        <w:t xml:space="preserve">    (a) worry or concern about what will happen</w:t>
      </w:r>
      <w:r>
        <w:br/>
      </w:r>
      <w:r>
        <w:t xml:space="preserve">    (b) something that causes ongoing suffering</w:t>
      </w:r>
      <w:r>
        <w:br/>
      </w:r>
      <w:r>
        <w:t xml:space="preserve">    (c) a short text in memory of a dead person -- usually written on their tombstone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Fair Science frown'd not on his humble birth,</w:t>
      </w:r>
      <w:r>
        <w:br/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Melancholy</w:t>
      </w:r>
      <w:r>
        <w:rPr>
          <w:b/>
          <w:bCs/>
        </w:rPr>
        <w:t xml:space="preserve"> </w:t>
      </w:r>
      <w:r>
        <w:rPr>
          <w:b/>
          <w:bCs/>
        </w:rPr>
        <w:t xml:space="preserve">mark'd him for her own.</w:t>
      </w:r>
      <w:r>
        <w:br/>
      </w:r>
      <w:r>
        <w:t xml:space="preserve">    (a) relating to the outside</w:t>
      </w:r>
      <w:r>
        <w:br/>
      </w:r>
      <w:r>
        <w:t xml:space="preserve">    (b) about (but not exactly)</w:t>
      </w:r>
      <w:r>
        <w:br/>
      </w:r>
      <w:r>
        <w:t xml:space="preserve">    (c) a sad feeling or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Large was his bounty, and his soul sincere,</w:t>
      </w:r>
      <w:r>
        <w:br/>
      </w:r>
      <w:r>
        <w:rPr>
          <w:b/>
          <w:bCs/>
        </w:rPr>
        <w:t xml:space="preserve">Heav'n did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recompense</w:t>
      </w:r>
      <w:r>
        <w:rPr>
          <w:b/>
          <w:bCs/>
        </w:rPr>
        <w:t xml:space="preserve"> </w:t>
      </w:r>
      <w:r>
        <w:rPr>
          <w:b/>
          <w:bCs/>
        </w:rPr>
        <w:t xml:space="preserve">as largely send:</w:t>
      </w:r>
      <w:r>
        <w:br/>
      </w:r>
      <w:r>
        <w:rPr>
          <w:b/>
          <w:bCs/>
        </w:rPr>
        <w:t xml:space="preserve">He gave to Mis'ry all he had, a tear,</w:t>
      </w:r>
      <w:r>
        <w:br/>
      </w:r>
      <w:r>
        <w:rPr>
          <w:b/>
          <w:bCs/>
        </w:rPr>
        <w:t xml:space="preserve">He gain'd from Heav'n ('twas all he wish'd) a friend.</w:t>
      </w:r>
      <w:r>
        <w:br/>
      </w:r>
      <w:r>
        <w:t xml:space="preserve">    (a) appropriate in size, amount, or degree</w:t>
      </w:r>
      <w:r>
        <w:br/>
      </w:r>
      <w:r>
        <w:t xml:space="preserve">    (b) examine in detail to better understand</w:t>
      </w:r>
      <w:r>
        <w:br/>
      </w:r>
      <w:r>
        <w:t xml:space="preserve">    (c) compensate for a loss; or pay a reward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2026-07-31T18:56:20Z</dcterms:created>
  <dcterms:modified xsi:type="dcterms:W3CDTF">2026-07-31T18:56:20Z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