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2fd09298930c9a842fca9974e381e21e4984941"/>
    <w:p>
      <w:pPr>
        <w:pStyle w:val="Heading1"/>
      </w:pPr>
      <w:r>
        <w:rPr>
          <w:b/>
          <w:bCs/>
        </w:rPr>
        <w:t xml:space="preserve">Eleanor &amp; Park</w:t>
      </w:r>
      <w:r>
        <w:br/>
      </w:r>
      <w:r>
        <w:rPr>
          <w:i/>
          <w:iCs/>
        </w:rPr>
        <w:t xml:space="preserve">Rainbow Rowell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stationery</w:t>
      </w:r>
      <w:r>
        <w:rPr>
          <w:b/>
          <w:bCs/>
        </w:rPr>
        <w:t xml:space="preserve">, her colored pencils, and her Prismacolor markers (another Christmas present from her uncle).</w:t>
      </w:r>
      <w:r>
        <w:br/>
      </w:r>
      <w:r>
        <w:t xml:space="preserve">    (a) paper and envelopes for writing letters</w:t>
      </w:r>
      <w:r>
        <w:br/>
      </w:r>
      <w:r>
        <w:t xml:space="preserve">    (b) expressed strong hatred or loathing for</w:t>
      </w:r>
      <w:r>
        <w:br/>
      </w:r>
      <w:r>
        <w:t xml:space="preserve">    (c) expresses strong hatred or loathing for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tin-batteried, too, but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, there.</w:t>
      </w:r>
      <w:r>
        <w:br/>
      </w:r>
      <w:r>
        <w:t xml:space="preserve">    (a) in keeping with or in agreement with what was just stated</w:t>
      </w:r>
      <w:r>
        <w:br/>
      </w:r>
      <w:r>
        <w:t xml:space="preserve">    (b) despite that (used to connect contrasting ideas)</w:t>
      </w:r>
      <w:r>
        <w:br/>
      </w:r>
      <w:r>
        <w:t xml:space="preserve">    (c) therefore (for that reason)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poignant</w:t>
      </w:r>
      <w:r>
        <w:rPr>
          <w:b/>
          <w:bCs/>
        </w:rPr>
        <w:t xml:space="preserve"> </w:t>
      </w:r>
      <w:r>
        <w:rPr>
          <w:b/>
          <w:bCs/>
        </w:rPr>
        <w:t xml:space="preserve">and it's truth.</w:t>
      </w:r>
      <w:r>
        <w:br/>
      </w:r>
      <w:r>
        <w:t xml:space="preserve">    (a) likely to change</w:t>
      </w:r>
      <w:r>
        <w:br/>
      </w:r>
      <w:r>
        <w:t xml:space="preserve">    (b) able to be found</w:t>
      </w:r>
      <w:r>
        <w:br/>
      </w:r>
      <w:r>
        <w:t xml:space="preserve">    (c) sharp or intense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couldn't help but sound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disdainful</w:t>
      </w:r>
      <w:r>
        <w:rPr>
          <w:b/>
          <w:bCs/>
        </w:rPr>
        <w:t xml:space="preserve">.</w:t>
      </w:r>
      <w:r>
        <w:br/>
      </w:r>
      <w:r>
        <w:t xml:space="preserve">    (a) good or beneficial</w:t>
      </w:r>
      <w:r>
        <w:br/>
      </w:r>
      <w:r>
        <w:t xml:space="preserve">    (b) impossible to find</w:t>
      </w:r>
      <w:r>
        <w:br/>
      </w:r>
      <w:r>
        <w:t xml:space="preserve">    (c) full of disrespect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They're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metaphor</w:t>
      </w:r>
      <w:r>
        <w:rPr>
          <w:b/>
          <w:bCs/>
        </w:rPr>
        <w:t xml:space="preserve"> </w:t>
      </w:r>
      <w:r>
        <w:rPr>
          <w:b/>
          <w:bCs/>
        </w:rPr>
        <w:t xml:space="preserve">for acceptance; they've sworn to protect a world that hates and fears them.</w:t>
      </w:r>
      <w:r>
        <w:br/>
      </w:r>
      <w:r>
        <w:t xml:space="preserve">    (a) a melody that, after a short interval, is exactly repeated by a different instrument or voice to create competing melodic lines (a strict counterpoint)</w:t>
      </w:r>
      <w:r>
        <w:br/>
      </w:r>
      <w:r>
        <w:t xml:space="preserve">    (b) a figure of speech in which a similarity between two things is highlighted by using a word to refer to something that it does not</w:t>
      </w:r>
      <w:r>
        <w:t xml:space="preserve"> </w:t>
      </w:r>
      <w:r>
        <w:rPr>
          <w:i/>
          <w:iCs/>
        </w:rPr>
        <w:t xml:space="preserve">literally</w:t>
      </w:r>
      <w:r>
        <w:t xml:space="preserve"> </w:t>
      </w:r>
      <w:r>
        <w:t xml:space="preserve">mean</w:t>
      </w:r>
      <w:r>
        <w:br/>
      </w:r>
      <w:r>
        <w:t xml:space="preserve">    (c) law:  an alternative to pleading guilty or not guilty, which says that even if the facts listed in charges are correct, they do not constitute a crime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"She becomes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intangible</w:t>
      </w:r>
      <w:r>
        <w:rPr>
          <w:b/>
          <w:bCs/>
        </w:rPr>
        <w:t xml:space="preserve">," Park said.</w:t>
      </w:r>
      <w:r>
        <w:br/>
      </w:r>
      <w:r>
        <w:t xml:space="preserve">    (a) someone who abandoned their religion or separated from others with whom they used to share firmly held beliefs</w:t>
      </w:r>
      <w:r>
        <w:br/>
      </w:r>
      <w:r>
        <w:t xml:space="preserve">    (b) unable to be physically touched (existing but not material or concrete); or something that is hard to identify</w:t>
      </w:r>
      <w:r>
        <w:br/>
      </w:r>
      <w:r>
        <w:t xml:space="preserve">    (c) an artists performance of another artist's work that expresses the performer's feelings or ideas about the work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</w:t>
      </w:r>
      <w:r>
        <w:rPr>
          <w:b/>
          <w:bCs/>
          <w:u w:val="single"/>
        </w:rPr>
        <w:t xml:space="preserve">Irrelevant</w:t>
      </w:r>
      <w:r>
        <w:rPr>
          <w:b/>
          <w:bCs/>
        </w:rPr>
        <w:t xml:space="preserve">," Eleanor answered.</w:t>
      </w:r>
      <w:r>
        <w:br/>
      </w:r>
      <w:r>
        <w:t xml:space="preserve">    (a) the character or degree of bouncing back light (or more rarely: heat, sound, electromagnetic waves...)</w:t>
      </w:r>
      <w:r>
        <w:br/>
      </w:r>
      <w:r>
        <w:t xml:space="preserve">    (b) a person who works from within to destroy an established order; or relating to such destructive efforts</w:t>
      </w:r>
      <w:r>
        <w:br/>
      </w:r>
      <w:r>
        <w:t xml:space="preserve">    (c) not relevant (not related to the subject being considered, or not important enough to want to consider)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Eleanor was this close to asking for a toothbrush, but she thought that would lead to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marathon</w:t>
      </w:r>
      <w:r>
        <w:rPr>
          <w:b/>
          <w:bCs/>
        </w:rPr>
        <w:t xml:space="preserve"> </w:t>
      </w:r>
      <w:r>
        <w:rPr>
          <w:b/>
          <w:bCs/>
        </w:rPr>
        <w:t xml:space="preserve">of hugging and knee-rubbing.</w:t>
      </w:r>
      <w:r>
        <w:br/>
      </w:r>
      <w:r>
        <w:t xml:space="preserve">    (a) reason (for doing something)</w:t>
      </w:r>
      <w:r>
        <w:br/>
      </w:r>
      <w:r>
        <w:t xml:space="preserve">    (b) small quantity or indication</w:t>
      </w:r>
      <w:r>
        <w:br/>
      </w:r>
      <w:r>
        <w:t xml:space="preserve">    (c) a footrace of about 26 miles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"Because I'm thinking about you," he said,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exasperated</w:t>
      </w:r>
      <w:r>
        <w:rPr>
          <w:b/>
          <w:bCs/>
        </w:rPr>
        <w:t xml:space="preserve">.</w:t>
      </w:r>
      <w:r>
        <w:br/>
      </w:r>
      <w:r>
        <w:t xml:space="preserve">    (a) said indirectly</w:t>
      </w:r>
      <w:r>
        <w:br/>
      </w:r>
      <w:r>
        <w:t xml:space="preserve">    (b) came or arrived</w:t>
      </w:r>
      <w:r>
        <w:br/>
      </w:r>
      <w:r>
        <w:t xml:space="preserve">    (c) greatly annoyed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you look like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protagonist</w:t>
      </w:r>
      <w:r>
        <w:rPr>
          <w:b/>
          <w:bCs/>
        </w:rPr>
        <w:t xml:space="preserve">.</w:t>
      </w:r>
      <w:r>
        <w:br/>
      </w:r>
      <w:r>
        <w:t xml:space="preserve">    (a) a member of the 1960's counterculture associated with long hair, illegal drugs, casual sex, and opposition to violence.</w:t>
      </w:r>
      <w:r>
        <w:br/>
      </w:r>
      <w:r>
        <w:t xml:space="preserve">    (b) the main character in a work of fiction</w:t>
      </w:r>
      <w:r>
        <w:br/>
      </w:r>
      <w:r>
        <w:br/>
      </w:r>
      <w:r>
        <w:t xml:space="preserve">or more rarely:</w:t>
      </w:r>
      <w:r>
        <w:br/>
      </w:r>
      <w:r>
        <w:br/>
      </w:r>
      <w:r>
        <w:t xml:space="preserve">an important supporter or main figure of someone or something</w:t>
      </w:r>
      <w:r>
        <w:br/>
      </w:r>
      <w:r>
        <w:t xml:space="preserve">    (c) someone or something that changes to fit a different situation, or that changes something to fit a different situation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Maybe the Korean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genes</w:t>
      </w:r>
      <w:r>
        <w:rPr>
          <w:b/>
          <w:bCs/>
        </w:rPr>
        <w:t xml:space="preserve"> </w:t>
      </w:r>
      <w:r>
        <w:rPr>
          <w:b/>
          <w:bCs/>
        </w:rPr>
        <w:t xml:space="preserve">scrambled everything.</w:t>
      </w:r>
      <w:r>
        <w:br/>
      </w:r>
      <w:r>
        <w:t xml:space="preserve">    (a) measures of east/west (relative to the Prime Meridian) on the earth</w:t>
      </w:r>
      <w:r>
        <w:br/>
      </w:r>
      <w:r>
        <w:t xml:space="preserve">    (b) DNA sequences or units of heredity that influence biological traits</w:t>
      </w:r>
      <w:r>
        <w:br/>
      </w:r>
      <w:r>
        <w:t xml:space="preserve">    (c) bases with a pH of greater than 7 (so they will dissolve in water)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Gil took forever to answer the door, and when he did, Eleanor realized she'd used up all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adrenaline</w:t>
      </w:r>
      <w:r>
        <w:rPr>
          <w:b/>
          <w:bCs/>
        </w:rPr>
        <w:t xml:space="preserve"> </w:t>
      </w:r>
      <w:r>
        <w:rPr>
          <w:b/>
          <w:bCs/>
        </w:rPr>
        <w:t xml:space="preserve">knocking.</w:t>
      </w:r>
      <w:r>
        <w:br/>
      </w:r>
      <w:r>
        <w:t xml:space="preserve">    (a) the branch of geology that studies rocks</w:t>
      </w:r>
      <w:r>
        <w:br/>
      </w:r>
      <w:r>
        <w:t xml:space="preserve">    (b) declaration of invalidity; or cancelation</w:t>
      </w:r>
      <w:r>
        <w:br/>
      </w:r>
      <w:r>
        <w:t xml:space="preserve">    (c) “fight or flight” stimulating hormone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Relentlessly</w:t>
      </w:r>
      <w:r>
        <w:rPr>
          <w:b/>
          <w:bCs/>
        </w:rPr>
        <w:t xml:space="preserve"> </w:t>
      </w:r>
      <w:r>
        <w:rPr>
          <w:b/>
          <w:bCs/>
        </w:rPr>
        <w:t xml:space="preserve">submissive.</w:t>
      </w:r>
      <w:r>
        <w:br/>
      </w:r>
      <w:r>
        <w:t xml:space="preserve">    (a) enthusiastically or with great interest</w:t>
      </w:r>
      <w:r>
        <w:br/>
      </w:r>
      <w:r>
        <w:t xml:space="preserve">    (b) in a pessimistic or disagreeable manner</w:t>
      </w:r>
      <w:r>
        <w:br/>
      </w:r>
      <w:r>
        <w:t xml:space="preserve">    (c) in an extreme manner that does not stop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Mrs. Dunne loved the opportunity to be good in a crisis, so all Park had to do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imply</w:t>
      </w:r>
      <w:r>
        <w:rPr>
          <w:b/>
          <w:bCs/>
        </w:rPr>
        <w:t xml:space="preserve"> </w:t>
      </w:r>
      <w:r>
        <w:rPr>
          <w:b/>
          <w:bCs/>
        </w:rPr>
        <w:t xml:space="preserve">that it was a emergency.</w:t>
      </w:r>
      <w:r>
        <w:br/>
      </w:r>
      <w:r>
        <w:t xml:space="preserve">    (a) include consideration of</w:t>
      </w:r>
      <w:r>
        <w:br/>
      </w:r>
      <w:r>
        <w:t xml:space="preserve">    (b) suggest (say indirectly)</w:t>
      </w:r>
      <w:r>
        <w:br/>
      </w:r>
      <w:r>
        <w:t xml:space="preserve">    (c) struggle or disagreement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"I'm beginning to think you shouldn't have started reading comics with a book that completely deconstructs the last fifty years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genre</w:t>
      </w:r>
      <w:r>
        <w:rPr>
          <w:b/>
          <w:bCs/>
        </w:rPr>
        <w:t xml:space="preserve">," he said.</w:t>
      </w:r>
      <w:r>
        <w:br/>
      </w:r>
      <w:r>
        <w:t xml:space="preserve">    (a) style or kind</w:t>
      </w:r>
      <w:r>
        <w:br/>
      </w:r>
      <w:r>
        <w:t xml:space="preserve">    (b) determination</w:t>
      </w:r>
      <w:r>
        <w:br/>
      </w:r>
      <w:r>
        <w:t xml:space="preserve">    (c) use of reason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Is this the kind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scintillating</w:t>
      </w:r>
      <w:r>
        <w:rPr>
          <w:b/>
          <w:bCs/>
        </w:rPr>
        <w:t xml:space="preserve"> </w:t>
      </w:r>
      <w:r>
        <w:rPr>
          <w:b/>
          <w:bCs/>
        </w:rPr>
        <w:t xml:space="preserve">conversation we're going to have now that we don't have any secrets?</w:t>
      </w:r>
      <w:r>
        <w:br/>
      </w:r>
      <w:r>
        <w:t xml:space="preserve">    (a) interacting, interesting, or attracting</w:t>
      </w:r>
      <w:r>
        <w:br/>
      </w:r>
      <w:r>
        <w:t xml:space="preserve">    (b) making different; or showing difference</w:t>
      </w:r>
      <w:r>
        <w:br/>
      </w:r>
      <w:r>
        <w:t xml:space="preserve">    (c) brilliantly lively, clever, or exciting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should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diffusing</w:t>
      </w:r>
      <w:r>
        <w:rPr>
          <w:b/>
          <w:bCs/>
        </w:rPr>
        <w:t xml:space="preserve"> </w:t>
      </w:r>
      <w:r>
        <w:rPr>
          <w:b/>
          <w:bCs/>
        </w:rPr>
        <w:t xml:space="preserve">and scrunching and, if possible, sleeping on a satin pillowcase.</w:t>
      </w:r>
      <w:r>
        <w:br/>
      </w:r>
      <w:r>
        <w:t xml:space="preserve">    (a) to spread; or to soften or calm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to be spread out (not concentrated) -- sometimes implying a lack of organization</w:t>
      </w:r>
      <w:r>
        <w:br/>
      </w:r>
      <w:r>
        <w:t xml:space="preserve">    (b) (of an injury) getting inflammation and creating pus  OR  (generally) getting worse -- especially through inattention</w:t>
      </w:r>
      <w:r>
        <w:br/>
      </w:r>
      <w:r>
        <w:t xml:space="preserve">    (c) hiding something by making it blend in with its surroundings; or materials used to hide something; or hiding the truth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Eleanor looked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dubious</w:t>
      </w:r>
      <w:r>
        <w:rPr>
          <w:b/>
          <w:bCs/>
        </w:rPr>
        <w:t xml:space="preserve">.</w:t>
      </w:r>
      <w:r>
        <w:br/>
      </w:r>
      <w:r>
        <w:t xml:space="preserve">    (a) related to a mental illness most commonly associated with undeveloped social abilities, language, and other communication skills</w:t>
      </w:r>
      <w:r>
        <w:br/>
      </w:r>
      <w:r>
        <w:t xml:space="preserve">    (b) doubtful; or suspicious; or full of uncertainty -- sometimes to indicate that</w:t>
      </w:r>
      <w:r>
        <w:t xml:space="preserve"> </w:t>
      </w:r>
      <w:r>
        <w:rPr>
          <w:i/>
          <w:iCs/>
        </w:rPr>
        <w:t xml:space="preserve">something described as good</w:t>
      </w:r>
      <w:r>
        <w:t xml:space="preserve"> </w:t>
      </w:r>
      <w:r>
        <w:t xml:space="preserve">is actually bad</w:t>
      </w:r>
      <w:r>
        <w:br/>
      </w:r>
      <w:r>
        <w:t xml:space="preserve">    (c) relating to realities beyond scientific understanding  OR  inspiring a sense of wonder or mystery; or beyond human comprehension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Is this where you tell me that I'm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scoundrel</w:t>
      </w:r>
      <w:r>
        <w:rPr>
          <w:b/>
          <w:bCs/>
        </w:rPr>
        <w:t xml:space="preserve">, and I say that I think you like me because I'm a scoundrel?</w:t>
      </w:r>
      <w:r>
        <w:br/>
      </w:r>
      <w:r>
        <w:t xml:space="preserve">    (a) important, serious, or dangerous</w:t>
      </w:r>
      <w:r>
        <w:br/>
      </w:r>
      <w:r>
        <w:t xml:space="preserve">    (b) the condition of being different</w:t>
      </w:r>
      <w:r>
        <w:br/>
      </w:r>
      <w:r>
        <w:t xml:space="preserve">    (c) someone without moral principles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he got 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interstate</w:t>
      </w:r>
      <w:r>
        <w:rPr>
          <w:b/>
          <w:bCs/>
        </w:rPr>
        <w:t xml:space="preserve"> </w:t>
      </w:r>
      <w:r>
        <w:rPr>
          <w:b/>
          <w:bCs/>
        </w:rPr>
        <w:t xml:space="preserve">heading west instead of east, and it took twenty minutes to turn around again.</w:t>
      </w:r>
      <w:r>
        <w:br/>
      </w:r>
      <w:r>
        <w:t xml:space="preserve">    (a) freeway, or highway that runs between states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relating to the mutual relations between states -- especially of the United States</w:t>
      </w:r>
      <w:r>
        <w:br/>
      </w:r>
      <w:r>
        <w:t xml:space="preserve">    (b)</w:t>
      </w:r>
      <w:r>
        <w:t xml:space="preserve"> </w:t>
      </w:r>
      <w:r>
        <w:rPr>
          <w:u w:val="single"/>
        </w:rPr>
        <w:t xml:space="preserve">n</w:t>
      </w:r>
      <w:r>
        <w:t xml:space="preserve">on-</w:t>
      </w:r>
      <w:r>
        <w:rPr>
          <w:u w:val="single"/>
        </w:rPr>
        <w:t xml:space="preserve">g</w:t>
      </w:r>
      <w:r>
        <w:t xml:space="preserve">overnmental</w:t>
      </w:r>
      <w:r>
        <w:t xml:space="preserve"> </w:t>
      </w:r>
      <w:r>
        <w:rPr>
          <w:u w:val="single"/>
        </w:rPr>
        <w:t xml:space="preserve">o</w:t>
      </w:r>
      <w:r>
        <w:t xml:space="preserve">rganization (private, non-profit organization working for member goals at the international level)</w:t>
      </w:r>
      <w:r>
        <w:br/>
      </w:r>
      <w:r>
        <w:t xml:space="preserve">    (c) the result of numerical division (if 8 divided by 4 = 2, then 8 can be described as the dividend, 4 as the divisor, and 2 as the quotient)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2026-07-31T19:48:19Z</dcterms:created>
  <dcterms:modified xsi:type="dcterms:W3CDTF">2026-07-31T19:48:19Z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