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b506a420211edd77c272be18c901a25ac3f038"/>
    <w:p>
      <w:pPr>
        <w:pStyle w:val="Heading1"/>
      </w:pPr>
      <w:r>
        <w:rPr>
          <w:b/>
          <w:bCs/>
        </w:rPr>
        <w:t xml:space="preserve">Eldest</w:t>
      </w:r>
      <w:r>
        <w:br/>
      </w:r>
      <w:r>
        <w:rPr>
          <w:i/>
          <w:iCs/>
        </w:rPr>
        <w:t xml:space="preserve">Christopher Paolini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Son of one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Forsworn</w:t>
      </w:r>
      <w:r>
        <w:rPr>
          <w:b/>
          <w:bCs/>
        </w:rPr>
        <w:t xml:space="preserve">-the thirteen Riders who had helped Galbatorix destroy their order and anoint himself king of Alagaesia-and Eragon's friend.</w:t>
      </w:r>
      <w:r>
        <w:br/>
      </w:r>
      <w:r>
        <w:t xml:space="preserve">    (a) to decide to stop doing something; or to renounce or disavow something</w:t>
      </w:r>
      <w:r>
        <w:br/>
      </w:r>
      <w:r>
        <w:t xml:space="preserve">    (b) constraining in some way -- such as tying up, requiring, or obligating</w:t>
      </w:r>
      <w:r>
        <w:br/>
      </w:r>
      <w:r>
        <w:t xml:space="preserve">    (c) the profession of assisting women in childbirth without being a doctor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Elves can't lie in the ancient language, but they have no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inhibition</w:t>
      </w:r>
      <w:r>
        <w:rPr>
          <w:b/>
          <w:bCs/>
        </w:rPr>
        <w:t xml:space="preserve"> </w:t>
      </w:r>
      <w:r>
        <w:rPr>
          <w:b/>
          <w:bCs/>
        </w:rPr>
        <w:t xml:space="preserve">in ours-she could deny that Ajihad ever uttered those words if it served her purposes.</w:t>
      </w:r>
      <w:r>
        <w:br/>
      </w:r>
      <w:r>
        <w:t xml:space="preserve">    (a) an official charge (of having broken the law)</w:t>
      </w:r>
      <w:r>
        <w:br/>
      </w:r>
      <w:r>
        <w:t xml:space="preserve">    (b) restraint</w:t>
      </w:r>
      <w:r>
        <w:br/>
      </w:r>
      <w:r>
        <w:t xml:space="preserve">    (c) male, female, or any of many trans categories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he instinctively wanted to rebel, to elude the shackles they were trying to place on him.</w:t>
      </w:r>
      <w:r>
        <w:br/>
      </w:r>
      <w:r>
        <w:t xml:space="preserve">    (a) therefore (for that reason)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Holding nothing in reserve, Eragon drove Vanir to the center of the field, jabbing and slashing like a madman-determined to hurt the elf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he could.</w:t>
      </w:r>
      <w:r>
        <w:br/>
      </w:r>
      <w:r>
        <w:t xml:space="preserve">    (a) in whatever way</w:t>
      </w:r>
      <w:r>
        <w:br/>
      </w:r>
      <w:r>
        <w:t xml:space="preserve">    (b) starts fighting</w:t>
      </w:r>
      <w:r>
        <w:br/>
      </w:r>
      <w:r>
        <w:t xml:space="preserve">    (c) starts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I'll give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many men you need.</w:t>
      </w:r>
      <w:r>
        <w:br/>
      </w:r>
      <w:r>
        <w:t xml:space="preserve">    (a) whatever amount of</w:t>
      </w:r>
      <w:r>
        <w:br/>
      </w:r>
      <w:r>
        <w:t xml:space="preserve">    (b) people who are good at or spend much time studying, thinking, and reasoning</w:t>
      </w:r>
      <w:r>
        <w:br/>
      </w:r>
      <w:r>
        <w:t xml:space="preserve">    (c) aka analysis -- psychiatric treatment; or a theory of psychiatric treatment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seemed more agitated than he had ever seen her, though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manifested</w:t>
      </w:r>
      <w:r>
        <w:rPr>
          <w:b/>
          <w:bCs/>
        </w:rPr>
        <w:t xml:space="preserve"> </w:t>
      </w:r>
      <w:r>
        <w:rPr>
          <w:b/>
          <w:bCs/>
        </w:rPr>
        <w:t xml:space="preserve">itself only in the tension of her movements.</w:t>
      </w:r>
      <w:r>
        <w:br/>
      </w:r>
      <w:r>
        <w:t xml:space="preserve">    (a) showed</w:t>
      </w:r>
      <w:r>
        <w:br/>
      </w:r>
      <w:r>
        <w:t xml:space="preserve">    (b) unrecognized difference</w:t>
      </w:r>
      <w:r>
        <w:br/>
      </w:r>
      <w:r>
        <w:t xml:space="preserve">    (c) did in a particular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Roran said nothing more until Jeod mentioned that the reason Brom and Eragon had visited Teirm was to see if they could use the city's shipping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manifests</w:t>
      </w:r>
      <w:r>
        <w:rPr>
          <w:b/>
          <w:bCs/>
        </w:rPr>
        <w:t xml:space="preserve"> </w:t>
      </w:r>
      <w:r>
        <w:rPr>
          <w:b/>
          <w:bCs/>
        </w:rPr>
        <w:t xml:space="preserve">to locate the Ra'zac's lair.</w:t>
      </w:r>
      <w:r>
        <w:br/>
      </w:r>
      <w:r>
        <w:t xml:space="preserve">    (a) members of Nazi organization for children aged 10 to 18</w:t>
      </w:r>
      <w:r>
        <w:br/>
      </w:r>
      <w:r>
        <w:t xml:space="preserve">    (b) harmful software that spreads from computer to computer</w:t>
      </w:r>
      <w:r>
        <w:br/>
      </w:r>
      <w:r>
        <w:t xml:space="preserve">    (c) official document listing contents being transported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accept, as you accept all the responsibilities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accompanying</w:t>
      </w:r>
      <w:r>
        <w:rPr>
          <w:b/>
          <w:bCs/>
        </w:rPr>
        <w:t xml:space="preserve"> </w:t>
      </w:r>
      <w:r>
        <w:rPr>
          <w:b/>
          <w:bCs/>
        </w:rPr>
        <w:t xml:space="preserve">the station.</w:t>
      </w:r>
      <w:r>
        <w:br/>
      </w:r>
      <w:r>
        <w:t xml:space="preserve">    (a) that go with</w:t>
      </w:r>
      <w:r>
        <w:br/>
      </w:r>
      <w:r>
        <w:t xml:space="preserve">    (b) regarding with feelings of respect and reverence</w:t>
      </w:r>
      <w:r>
        <w:br/>
      </w:r>
      <w:r>
        <w:t xml:space="preserve">    (c) rising and falling pitch; or cheerful and lively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Roran knew that he risked being recognized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accompanying</w:t>
      </w:r>
      <w:r>
        <w:rPr>
          <w:b/>
          <w:bCs/>
        </w:rPr>
        <w:t xml:space="preserve"> </w:t>
      </w:r>
      <w:r>
        <w:rPr>
          <w:b/>
          <w:bCs/>
        </w:rPr>
        <w:t xml:space="preserve">them, but their mission was too important for him to neglect.</w:t>
      </w:r>
      <w:r>
        <w:br/>
      </w:r>
      <w:r>
        <w:t xml:space="preserve">    (a) traveling with</w:t>
      </w:r>
      <w:r>
        <w:br/>
      </w:r>
      <w:r>
        <w:t xml:space="preserve">    (b) working or operating</w:t>
      </w:r>
      <w:r>
        <w:br/>
      </w:r>
      <w:r>
        <w:t xml:space="preserve">    (c) happening repeatedly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Revolted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desecration</w:t>
      </w:r>
      <w:r>
        <w:rPr>
          <w:b/>
          <w:bCs/>
        </w:rPr>
        <w:t xml:space="preserve">, he asked, "What,who, ate him then?"</w:t>
      </w:r>
      <w:r>
        <w:br/>
      </w:r>
      <w:r>
        <w:t xml:space="preserve">    (a) collection of star systems held together by gravity</w:t>
      </w:r>
      <w:r>
        <w:br/>
      </w:r>
      <w:r>
        <w:t xml:space="preserve">    (b) a particular way of seeing or thinking about things</w:t>
      </w:r>
      <w:r>
        <w:br/>
      </w:r>
      <w:r>
        <w:t xml:space="preserve">    (c) the act of violating the sacred nature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man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 </w:t>
      </w:r>
      <w:r>
        <w:rPr>
          <w:b/>
          <w:bCs/>
        </w:rPr>
        <w:t xml:space="preserve">only so much abuse before he must strike back.</w:t>
      </w:r>
      <w:r>
        <w:br/>
      </w:r>
      <w:r>
        <w:t xml:space="preserve">    (a) suffer through (or put up with something difficult or unpleasant)</w:t>
      </w:r>
      <w:r>
        <w:br/>
      </w:r>
      <w:r>
        <w:t xml:space="preserve">    (b) communication through gestures and body movements (without words)</w:t>
      </w:r>
      <w:r>
        <w:br/>
      </w:r>
      <w:r>
        <w:t xml:space="preserve">    (c) call -- typically to come nearer by using a hand gesture or a nod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friendship shall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, Eragon.</w:t>
      </w:r>
      <w:r>
        <w:br/>
      </w:r>
      <w:r>
        <w:t xml:space="preserve">    (a) differ; or change</w:t>
      </w:r>
      <w:r>
        <w:br/>
      </w:r>
      <w:r>
        <w:t xml:space="preserve">    (b) continue to exist</w:t>
      </w:r>
      <w:r>
        <w:br/>
      </w:r>
      <w:r>
        <w:t xml:space="preserve">    (c) influence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two dragon-beasts squawked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dismay</w:t>
      </w:r>
      <w:r>
        <w:rPr>
          <w:b/>
          <w:bCs/>
        </w:rPr>
        <w:t xml:space="preserve"> </w:t>
      </w:r>
      <w:r>
        <w:rPr>
          <w:b/>
          <w:bCs/>
        </w:rPr>
        <w:t xml:space="preserve">and veered to either side.</w:t>
      </w:r>
      <w:r>
        <w:br/>
      </w:r>
      <w:r>
        <w:t xml:space="preserve">    (a) sadness, disappointment, or worry</w:t>
      </w:r>
      <w:r>
        <w:br/>
      </w:r>
      <w:r>
        <w:t xml:space="preserve">    (b) walk in an awkward, shuffling way</w:t>
      </w:r>
      <w:r>
        <w:br/>
      </w:r>
      <w:r>
        <w:t xml:space="preserve">    (c) make someone want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at the head of the assembly stood a white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pavilion</w:t>
      </w:r>
      <w:r>
        <w:rPr>
          <w:b/>
          <w:bCs/>
        </w:rPr>
        <w:t xml:space="preserve"> </w:t>
      </w:r>
      <w:r>
        <w:rPr>
          <w:b/>
          <w:bCs/>
        </w:rPr>
        <w:t xml:space="preserve">that sheltered a throne of knotted roots.</w:t>
      </w:r>
      <w:r>
        <w:br/>
      </w:r>
      <w:r>
        <w:t xml:space="preserve">    (a) a large structure separate from a main structure or temporary</w:t>
      </w:r>
      <w:r>
        <w:br/>
      </w:r>
      <w:r>
        <w:t xml:space="preserve">    (b) a small group of people who plot in secret and exercise power</w:t>
      </w:r>
      <w:r>
        <w:br/>
      </w:r>
      <w:r>
        <w:t xml:space="preserve">    (c) make something more attractive or interesting by adding to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"No," said Oromis, "even if Saphira had been raised on Vroengard using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methods, she would still be an extraordinary flier."</w:t>
      </w:r>
      <w:r>
        <w:br/>
      </w:r>
      <w:r>
        <w:t xml:space="preserve">    (a) generally accepted</w:t>
      </w:r>
      <w:r>
        <w:br/>
      </w:r>
      <w:r>
        <w:t xml:space="preserve">    (b) not having a relationship whereby a change in one thing helps predict a change in another</w:t>
      </w:r>
      <w:r>
        <w:br/>
      </w:r>
      <w:r>
        <w:t xml:space="preserve">    (c) persuaded someone to want something (often sex or love) by tempting with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time Eragon treated the question as he would a riddle, counting the number of words, whispering them out loud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whether they rhymed, and otherwise examining them for hidden meaning.</w:t>
      </w:r>
      <w:r>
        <w:br/>
      </w:r>
      <w:r>
        <w:t xml:space="preserve">    (a) accept as true (without proof)</w:t>
      </w:r>
      <w:r>
        <w:br/>
      </w:r>
      <w:r>
        <w:t xml:space="preserve">    (b) take (power or responsibility)</w:t>
      </w:r>
      <w:r>
        <w:br/>
      </w:r>
      <w:r>
        <w:t xml:space="preserve">    (c) show, determine, or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time Nasuada answered, "My heart is pure and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 </w:t>
      </w:r>
      <w:r>
        <w:rPr>
          <w:b/>
          <w:bCs/>
        </w:rPr>
        <w:t xml:space="preserve">is as iron."</w:t>
      </w:r>
      <w:r>
        <w:br/>
      </w:r>
      <w:r>
        <w:t xml:space="preserve">    (a) firmness of purpose</w:t>
      </w:r>
      <w:r>
        <w:br/>
      </w:r>
      <w:r>
        <w:t xml:space="preserve">    (b) wrongly translating</w:t>
      </w:r>
      <w:r>
        <w:br/>
      </w:r>
      <w:r>
        <w:t xml:space="preserve">    (c) difficult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 </w:t>
      </w:r>
      <w:r>
        <w:rPr>
          <w:b/>
          <w:bCs/>
        </w:rPr>
        <w:t xml:space="preserve">this debate, and quickly too", said Saphira.</w:t>
      </w:r>
      <w:r>
        <w:br/>
      </w:r>
      <w:r>
        <w:t xml:space="preserve">    (a) settle</w:t>
      </w:r>
      <w:r>
        <w:br/>
      </w:r>
      <w:r>
        <w:t xml:space="preserve">    (b) work or operate</w:t>
      </w:r>
      <w:r>
        <w:br/>
      </w:r>
      <w:r>
        <w:t xml:space="preserve">    (c) strongly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Eragon frowned; a note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had entered the minds he was monitoring.</w:t>
      </w:r>
      <w:r>
        <w:br/>
      </w:r>
      <w:r>
        <w:t xml:space="preserve">    (a) design based on alphabetic letters; or adding such a design to something</w:t>
      </w:r>
      <w:r>
        <w:br/>
      </w:r>
      <w:r>
        <w:t xml:space="preserve">    (b) conflict</w:t>
      </w:r>
      <w:r>
        <w:br/>
      </w:r>
      <w:r>
        <w:t xml:space="preserve">    (c) characterized by narrower parallel folds when closed and wider when open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that the only sound was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discordant</w:t>
      </w:r>
      <w:r>
        <w:rPr>
          <w:b/>
          <w:bCs/>
        </w:rPr>
        <w:t xml:space="preserve"> </w:t>
      </w:r>
      <w:r>
        <w:rPr>
          <w:b/>
          <w:bCs/>
        </w:rPr>
        <w:t xml:space="preserve">music of the dwarves honing their blades.</w:t>
      </w:r>
      <w:r>
        <w:br/>
      </w:r>
      <w:r>
        <w:t xml:space="preserve">    (a) likely to change</w:t>
      </w:r>
      <w:r>
        <w:br/>
      </w:r>
      <w:r>
        <w:t xml:space="preserve">    (b) unpleasant sounding</w:t>
      </w:r>
      <w:r>
        <w:br/>
      </w:r>
      <w:r>
        <w:t xml:space="preserve">    (c) able to be found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2026-07-31T16:35:57Z</dcterms:created>
  <dcterms:modified xsi:type="dcterms:W3CDTF">2026-07-31T16:35:57Z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