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d2fcd584134159e5298e89124b1adbaf3a0730b"/>
    <w:p>
      <w:pPr>
        <w:pStyle w:val="Heading1"/>
      </w:pPr>
      <w:r>
        <w:rPr>
          <w:b/>
          <w:bCs/>
        </w:rPr>
        <w:t xml:space="preserve">Education of Little Tree</w:t>
      </w:r>
      <w:r>
        <w:br/>
      </w:r>
      <w:r>
        <w:rPr>
          <w:i/>
          <w:iCs/>
        </w:rPr>
        <w:t xml:space="preserve">Forest Carter</w:t>
      </w:r>
      <w:r>
        <w:br/>
      </w:r>
      <w:r>
        <w:rPr>
          <w:b/>
          <w:bCs/>
        </w:rPr>
        <w:t xml:space="preserve">Vocabulary in Context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...shadows that jumped and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contracted</w:t>
      </w:r>
      <w:r>
        <w:rPr>
          <w:b/>
          <w:bCs/>
        </w:rPr>
        <w:t xml:space="preserve">, only to leap up again, making the walls come alive with fantastic etchings appearing and disappearing, growing and receding.</w:t>
      </w:r>
      <w:r>
        <w:br/>
      </w:r>
      <w:r>
        <w:t xml:space="preserve">    (a) not roughly calculated</w:t>
      </w:r>
      <w:r>
        <w:br/>
      </w:r>
      <w:r>
        <w:t xml:space="preserve">    (b) influenced or effected</w:t>
      </w:r>
      <w:r>
        <w:br/>
      </w:r>
      <w:r>
        <w:t xml:space="preserve">    (c) shrank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Granpa said that when things had got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monotonous</w:t>
      </w:r>
      <w:r>
        <w:rPr>
          <w:b/>
          <w:bCs/>
        </w:rPr>
        <w:t xml:space="preserve"> </w:t>
      </w:r>
      <w:r>
        <w:rPr>
          <w:b/>
          <w:bCs/>
        </w:rPr>
        <w:t xml:space="preserve">for ol' Slick he had gone so far as to come and set in the edge of the cabin clearing, trying to get Granpa and the hounds to trail him.</w:t>
      </w:r>
      <w:r>
        <w:br/>
      </w:r>
      <w:r>
        <w:t xml:space="preserve">    (a) increasingly more frightening and/or dangerous</w:t>
      </w:r>
      <w:r>
        <w:br/>
      </w:r>
      <w:r>
        <w:t xml:space="preserve">    (b) interesting and/or stimulating</w:t>
      </w:r>
      <w:r>
        <w:br/>
      </w:r>
      <w:r>
        <w:t xml:space="preserve">    (c) boring (due to a lack of variety)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Granma said the understanding run deeper as the years went by, and she reckined it would get beyond anything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mortal</w:t>
      </w:r>
      <w:r>
        <w:rPr>
          <w:b/>
          <w:bCs/>
        </w:rPr>
        <w:t xml:space="preserve"> </w:t>
      </w:r>
      <w:r>
        <w:rPr>
          <w:b/>
          <w:bCs/>
        </w:rPr>
        <w:t xml:space="preserve">folks could think upon or explain.</w:t>
      </w:r>
      <w:r>
        <w:br/>
      </w:r>
      <w:r>
        <w:t xml:space="preserve">    (a) someone who combines components into a complex whole</w:t>
      </w:r>
      <w:r>
        <w:br/>
      </w:r>
      <w:r>
        <w:t xml:space="preserve">    (b) merely human</w:t>
      </w:r>
      <w:r>
        <w:br/>
      </w:r>
      <w:r>
        <w:t xml:space="preserve">    (c) someone who provides start-up money to new companies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...when folks would stand up, as they felt the Lord called on them, and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testify</w:t>
      </w:r>
      <w:r>
        <w:rPr>
          <w:b/>
          <w:bCs/>
        </w:rPr>
        <w:t xml:space="preserve"> </w:t>
      </w:r>
      <w:r>
        <w:rPr>
          <w:b/>
          <w:bCs/>
        </w:rPr>
        <w:t xml:space="preserve">as to their sins and...</w:t>
      </w:r>
      <w:r>
        <w:br/>
      </w:r>
      <w:r>
        <w:t xml:space="preserve">    (a) to encourage growth or excitement, or to cause something to happen</w:t>
      </w:r>
      <w:r>
        <w:br/>
      </w:r>
      <w:r>
        <w:t xml:space="preserve">    (b) to show something -- such as to demonstrate, express, or represent</w:t>
      </w:r>
      <w:r>
        <w:br/>
      </w:r>
      <w:r>
        <w:t xml:space="preserve">    (c) make a statement as evidence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Coon Jack set down, total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mollified</w:t>
      </w:r>
      <w:r>
        <w:rPr>
          <w:b/>
          <w:bCs/>
        </w:rPr>
        <w:t xml:space="preserve"> </w:t>
      </w:r>
      <w:r>
        <w:rPr>
          <w:b/>
          <w:bCs/>
        </w:rPr>
        <w:t xml:space="preserve">and contented, as was everybody else.</w:t>
      </w:r>
      <w:r>
        <w:br/>
      </w:r>
      <w:r>
        <w:t xml:space="preserve">    (a) traded</w:t>
      </w:r>
      <w:r>
        <w:br/>
      </w:r>
      <w:r>
        <w:t xml:space="preserve">    (b) calmed</w:t>
      </w:r>
      <w:r>
        <w:br/>
      </w:r>
      <w:r>
        <w:t xml:space="preserve">    (c) copied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It was big and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cumbersome</w:t>
      </w:r>
      <w:r>
        <w:rPr>
          <w:b/>
          <w:bCs/>
        </w:rPr>
        <w:t xml:space="preserve"> </w:t>
      </w:r>
      <w:r>
        <w:rPr>
          <w:b/>
          <w:bCs/>
        </w:rPr>
        <w:t xml:space="preserve">where the minnie ball had chewed it in passing.</w:t>
      </w:r>
      <w:r>
        <w:br/>
      </w:r>
      <w:r>
        <w:t xml:space="preserve">    (a) difficult to handle and not graceful</w:t>
      </w:r>
      <w:r>
        <w:br/>
      </w:r>
      <w:r>
        <w:t xml:space="preserve">    (b) a sensible view of a situation</w:t>
      </w:r>
      <w:r>
        <w:br/>
      </w:r>
      <w:r>
        <w:t xml:space="preserve">    (c) made by taking on as one's own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There was no fear, only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exultation</w:t>
      </w:r>
      <w:r>
        <w:rPr>
          <w:b/>
          <w:bCs/>
        </w:rPr>
        <w:t xml:space="preserve">, as the horse moved fast and light over the ground, as the wind whipped a storm in his face.</w:t>
      </w:r>
      <w:r>
        <w:br/>
      </w:r>
      <w:r>
        <w:t xml:space="preserve">    (a) reason (for doing something)</w:t>
      </w:r>
      <w:r>
        <w:br/>
      </w:r>
      <w:r>
        <w:t xml:space="preserve">    (b) small quantity or indication</w:t>
      </w:r>
      <w:r>
        <w:br/>
      </w:r>
      <w:r>
        <w:t xml:space="preserve">    (c) extreme happiness or delight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We never worked so long or hard that it got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tedious</w:t>
      </w:r>
      <w:r>
        <w:rPr>
          <w:b/>
          <w:bCs/>
        </w:rPr>
        <w:t xml:space="preserve">.</w:t>
      </w:r>
      <w:r>
        <w:br/>
      </w:r>
      <w:r>
        <w:t xml:space="preserve">    (a) boring</w:t>
      </w:r>
      <w:r>
        <w:br/>
      </w:r>
      <w:r>
        <w:t xml:space="preserve">    (b) not demonstrative of</w:t>
      </w:r>
      <w:r>
        <w:br/>
      </w:r>
      <w:r>
        <w:t xml:space="preserve">    (c) sensible and careful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said she reckined most everybody had a secret place, but she couldn't be certain, as she had never made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inquiries</w:t>
      </w:r>
      <w:r>
        <w:rPr>
          <w:b/>
          <w:bCs/>
        </w:rPr>
        <w:t xml:space="preserve"> </w:t>
      </w:r>
      <w:r>
        <w:rPr>
          <w:b/>
          <w:bCs/>
        </w:rPr>
        <w:t xml:space="preserve">of it.</w:t>
      </w:r>
      <w:r>
        <w:br/>
      </w:r>
      <w:r>
        <w:t xml:space="preserve">    (a) social events or ceremonies</w:t>
      </w:r>
      <w:r>
        <w:br/>
      </w:r>
      <w:r>
        <w:t xml:space="preserve">    (b) reasons for doing something</w:t>
      </w:r>
      <w:r>
        <w:br/>
      </w:r>
      <w:r>
        <w:t xml:space="preserve">    (c) investigations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Some folks called it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nostalgia</w:t>
      </w:r>
      <w:r>
        <w:rPr>
          <w:b/>
          <w:bCs/>
        </w:rPr>
        <w:t xml:space="preserve"> </w:t>
      </w:r>
      <w:r>
        <w:rPr>
          <w:b/>
          <w:bCs/>
        </w:rPr>
        <w:t xml:space="preserve">and sadness.</w:t>
      </w:r>
      <w:r>
        <w:br/>
      </w:r>
      <w:r>
        <w:t xml:space="preserve">    (a) the best or most important</w:t>
      </w:r>
      <w:r>
        <w:br/>
      </w:r>
      <w:r>
        <w:t xml:space="preserve">    (b) a secret agreement or plot</w:t>
      </w:r>
      <w:r>
        <w:br/>
      </w:r>
      <w:r>
        <w:t xml:space="preserve">    (c) longing for something past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It was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continuous</w:t>
      </w:r>
      <w:r>
        <w:rPr>
          <w:b/>
          <w:bCs/>
        </w:rPr>
        <w:t xml:space="preserve"> </w:t>
      </w:r>
      <w:r>
        <w:rPr>
          <w:b/>
          <w:bCs/>
        </w:rPr>
        <w:t xml:space="preserve">squalling, cussing and yelling all the way; like a big ball of sound that rolled down the trail until I couldn't hear it anymore.</w:t>
      </w:r>
      <w:r>
        <w:br/>
      </w:r>
      <w:r>
        <w:t xml:space="preserve">    (a) continuing in time or space without interruption or irregularity</w:t>
      </w:r>
      <w:r>
        <w:br/>
      </w:r>
      <w:r>
        <w:t xml:space="preserve">    (b) pertaining to the working together of different religious groups</w:t>
      </w:r>
      <w:r>
        <w:br/>
      </w:r>
      <w:r>
        <w:t xml:space="preserve">    (c) the state of being capable of thought, self-reflection, and will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abhor</w:t>
      </w:r>
      <w:r>
        <w:rPr>
          <w:b/>
          <w:bCs/>
        </w:rPr>
        <w:t xml:space="preserve"> </w:t>
      </w:r>
      <w:r>
        <w:rPr>
          <w:b/>
          <w:bCs/>
        </w:rPr>
        <w:t xml:space="preserve">briers, yeller jackets and such.</w:t>
      </w:r>
      <w:r>
        <w:br/>
      </w:r>
      <w:r>
        <w:t xml:space="preserve">    (a) tell (a story)</w:t>
      </w:r>
      <w:r>
        <w:br/>
      </w:r>
      <w:r>
        <w:t xml:space="preserve">    (b) lie or mislead</w:t>
      </w:r>
      <w:r>
        <w:br/>
      </w:r>
      <w:r>
        <w:t xml:space="preserve">    (c) hate or detest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said she got the Holy Ghost once at a bush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arbor</w:t>
      </w:r>
      <w:r>
        <w:rPr>
          <w:b/>
          <w:bCs/>
        </w:rPr>
        <w:t xml:space="preserve"> </w:t>
      </w:r>
      <w:r>
        <w:rPr>
          <w:b/>
          <w:bCs/>
        </w:rPr>
        <w:t xml:space="preserve">meetin' and got saved.</w:t>
      </w:r>
      <w:r>
        <w:br/>
      </w:r>
      <w:r>
        <w:t xml:space="preserve">    (a) soccer player who typically play in the middle third of the field and who assists with both defense and offense</w:t>
      </w:r>
      <w:r>
        <w:br/>
      </w:r>
      <w:r>
        <w:t xml:space="preserve">    (b) an artists performance of another artist's work that expresses the performer's feelings or ideas about the work</w:t>
      </w:r>
      <w:r>
        <w:br/>
      </w:r>
      <w:r>
        <w:t xml:space="preserve">    (c) a shady rest area in a garden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  <w:u w:val="single"/>
        </w:rPr>
        <w:t xml:space="preserve">Nettles</w:t>
      </w:r>
      <w:r>
        <w:rPr>
          <w:b/>
          <w:bCs/>
        </w:rPr>
        <w:t xml:space="preserve"> </w:t>
      </w:r>
      <w:r>
        <w:rPr>
          <w:b/>
          <w:bCs/>
        </w:rPr>
        <w:t xml:space="preserve">make the best greens, but have little tiny hairs on them that sting you all over when you're picking.</w:t>
      </w:r>
      <w:r>
        <w:br/>
      </w:r>
      <w:r>
        <w:t xml:space="preserve">    (a) logical conclusions reached by reasoning</w:t>
      </w:r>
      <w:r>
        <w:br/>
      </w:r>
      <w:r>
        <w:t xml:space="preserve">    (b) a type of plant that often has fine irritating hairs</w:t>
      </w:r>
      <w:r>
        <w:br/>
      </w:r>
      <w:r>
        <w:t xml:space="preserve">    (c) acts of taking something on as one's own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We pulled the wild onions from the ground and just a handful would carry more flavor than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bushel</w:t>
      </w:r>
      <w:r>
        <w:rPr>
          <w:b/>
          <w:bCs/>
        </w:rPr>
        <w:t xml:space="preserve"> </w:t>
      </w:r>
      <w:r>
        <w:rPr>
          <w:b/>
          <w:bCs/>
        </w:rPr>
        <w:t xml:space="preserve">of tame onions.</w:t>
      </w:r>
      <w:r>
        <w:br/>
      </w:r>
      <w:r>
        <w:t xml:space="preserve">    (a) a hollow muscular organ in the pelvic cavity of females which can hold a developing fetus</w:t>
      </w:r>
      <w:r>
        <w:br/>
      </w:r>
      <w:r>
        <w:t xml:space="preserve">    (b) one who believes that knowledge is acquired primarily by reason rather than by experience</w:t>
      </w:r>
      <w:r>
        <w:br/>
      </w:r>
      <w:r>
        <w:t xml:space="preserve">    (c) a large amount (filling an 8 gallon container)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Later people would tell me that this is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naive</w:t>
      </w:r>
      <w:r>
        <w:rPr>
          <w:b/>
          <w:bCs/>
        </w:rPr>
        <w:t xml:space="preserve">—but I knew—and I remembered what Granpa said about "words."</w:t>
      </w:r>
      <w:r>
        <w:br/>
      </w:r>
      <w:r>
        <w:t xml:space="preserve">    (a) lacking experience or sophistication, and the understanding that comes from them -- often too trusting or optimistic</w:t>
      </w:r>
      <w:r>
        <w:br/>
      </w:r>
      <w:r>
        <w:t xml:space="preserve">    (b) the degree of being influenced by personal belief, feelings, or preferences (rather than being based purely upon fact)</w:t>
      </w:r>
      <w:r>
        <w:br/>
      </w:r>
      <w:r>
        <w:t xml:space="preserve">    (c) the quality of being characterized by fantastic imagery, or combinations of things and events that don't go together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told him I didn't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recollect</w:t>
      </w:r>
      <w:r>
        <w:rPr>
          <w:b/>
          <w:bCs/>
        </w:rPr>
        <w:t xml:space="preserve"> </w:t>
      </w:r>
      <w:r>
        <w:rPr>
          <w:b/>
          <w:bCs/>
        </w:rPr>
        <w:t xml:space="preserve">my Pa; that I lived here with Granpa and Granma.</w:t>
      </w:r>
      <w:r>
        <w:br/>
      </w:r>
      <w:r>
        <w:t xml:space="preserve">    (a) subtract</w:t>
      </w:r>
      <w:r>
        <w:br/>
      </w:r>
      <w:r>
        <w:t xml:space="preserve">    (b) disagree</w:t>
      </w:r>
      <w:r>
        <w:br/>
      </w:r>
      <w:r>
        <w:t xml:space="preserve">    (c) remember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There was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commotion</w:t>
      </w:r>
      <w:r>
        <w:rPr>
          <w:b/>
          <w:bCs/>
        </w:rPr>
        <w:t xml:space="preserve"> </w:t>
      </w:r>
      <w:r>
        <w:rPr>
          <w:b/>
          <w:bCs/>
        </w:rPr>
        <w:t xml:space="preserve">while Mr. Smith disassociated hisself from the bench he was on and come walking down the aisle.</w:t>
      </w:r>
      <w:r>
        <w:br/>
      </w:r>
      <w:r>
        <w:t xml:space="preserve">    (a) size or dimension</w:t>
      </w:r>
      <w:r>
        <w:br/>
      </w:r>
      <w:r>
        <w:t xml:space="preserve">    (b) noisy disturbance</w:t>
      </w:r>
      <w:r>
        <w:br/>
      </w:r>
      <w:r>
        <w:t xml:space="preserve">    (c) circular movement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Paid his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obligations</w:t>
      </w:r>
      <w:r>
        <w:rPr>
          <w:b/>
          <w:bCs/>
        </w:rPr>
        <w:t xml:space="preserve">, didn't he?</w:t>
      </w:r>
      <w:r>
        <w:br/>
      </w:r>
      <w:r>
        <w:t xml:space="preserve">    (a) snakes</w:t>
      </w:r>
      <w:r>
        <w:br/>
      </w:r>
      <w:r>
        <w:t xml:space="preserve">    (b) copies</w:t>
      </w:r>
      <w:r>
        <w:br/>
      </w:r>
      <w:r>
        <w:t xml:space="preserve">    (c) bills (that he had a duty to pay)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You can't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repent</w:t>
      </w:r>
      <w:r>
        <w:rPr>
          <w:b/>
          <w:bCs/>
        </w:rPr>
        <w:t xml:space="preserve">… but you shall cry out!</w:t>
      </w:r>
      <w:r>
        <w:br/>
      </w:r>
      <w:r>
        <w:t xml:space="preserve">    (a) give an opinion of what is wrong with something</w:t>
      </w:r>
      <w:r>
        <w:br/>
      </w:r>
      <w:r>
        <w:t xml:space="preserve">    (b) mark important text; or the text that is marked</w:t>
      </w:r>
      <w:r>
        <w:br/>
      </w:r>
      <w:r>
        <w:t xml:space="preserve">    (c) feel regret for having done something wrong and resolve to be a better person in the future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2026-07-31T16:53:35Z</dcterms:created>
  <dcterms:modified xsi:type="dcterms:W3CDTF">2026-07-31T16:53:35Z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