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b557bcf4ad3eae33ef6efdca8ac886fc1753db"/>
    <w:p>
      <w:pPr>
        <w:pStyle w:val="Heading1"/>
      </w:pPr>
      <w:r>
        <w:rPr>
          <w:b/>
          <w:bCs/>
        </w:rPr>
        <w:t xml:space="preserve">Educated</w:t>
      </w:r>
      <w:r>
        <w:br/>
      </w:r>
      <w:r>
        <w:rPr>
          <w:i/>
          <w:iCs/>
        </w:rPr>
        <w:t xml:space="preserve">Tara Westover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asked my brothers, aunts, uncles and cousins, but I have not been able to definitively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timeline, and have therefore relied on my own memories.</w:t>
      </w:r>
      <w:r>
        <w:br/>
      </w:r>
      <w:r>
        <w:t xml:space="preserve">    (a) figure out</w:t>
      </w:r>
      <w:r>
        <w:br/>
      </w:r>
      <w:r>
        <w:t xml:space="preserve">    (b) disprove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"Tell me," he would say, "why have you placed this comma here? What relationship between these phrases are you hoping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?"</w:t>
      </w:r>
      <w:r>
        <w:br/>
      </w:r>
      <w:r>
        <w:t xml:space="preserve">    (a) create</w:t>
      </w:r>
      <w:r>
        <w:br/>
      </w:r>
      <w:r>
        <w:t xml:space="preserve">    (b) figure out</w:t>
      </w:r>
      <w:r>
        <w:br/>
      </w:r>
      <w:r>
        <w:t xml:space="preserve">    (c) eliminate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"Sometimes God calls them home, and there's nothing anyone can do. But if it happens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midwife</w:t>
      </w:r>
      <w:r>
        <w:rPr>
          <w:b/>
          <w:bCs/>
        </w:rPr>
        <w:t xml:space="preserve">—" She turned, speaking directly to me. "All it takes is one mistake, and you'll be visiting me in prison."</w:t>
      </w:r>
      <w:r>
        <w:br/>
      </w:r>
      <w:r>
        <w:t xml:space="preserve">    (a) someone who charges a fee and is careless</w:t>
      </w:r>
      <w:r>
        <w:br/>
      </w:r>
      <w:r>
        <w:t xml:space="preserve">    (b) a fetus that at is at least 6 months old</w:t>
      </w:r>
      <w:r>
        <w:br/>
      </w:r>
      <w:r>
        <w:t xml:space="preserve">    (c) non-doctor who assists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 sense of sovereignty that comes from life on a mountain, a perception of privacy and isolation, even of dominion. ... It's a tranquillity born of sheer immensity; it calms with its very magnitude, which renders the merely human of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.</w:t>
      </w:r>
      <w:r>
        <w:br/>
      </w:r>
      <w:r>
        <w:t xml:space="preserve">    (a) foolishness</w:t>
      </w:r>
      <w:r>
        <w:br/>
      </w:r>
      <w:r>
        <w:t xml:space="preserve">    (b) suffering</w:t>
      </w:r>
      <w:r>
        <w:br/>
      </w:r>
      <w:r>
        <w:t xml:space="preserve">    (c) importance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 was able to tell myself, without lying, that it didn't affect me, that he didn't affect me, because nothing affected me. I didn't understand how morbidly right I was. ... For all my obsessing over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 </w:t>
      </w:r>
      <w:r>
        <w:rPr>
          <w:b/>
          <w:bCs/>
        </w:rPr>
        <w:t xml:space="preserve">of that night, I had misunderstood the vital truth: that it's not affecting me, that was its effect.</w:t>
      </w:r>
      <w:r>
        <w:br/>
      </w:r>
      <w:r>
        <w:t xml:space="preserve">    (a) effects</w:t>
      </w:r>
      <w:r>
        <w:br/>
      </w:r>
      <w:r>
        <w:t xml:space="preserve">    (b) memories</w:t>
      </w:r>
      <w:r>
        <w:br/>
      </w:r>
      <w:r>
        <w:t xml:space="preserve">    (c)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difficult for me to believe that the untroubled young man in that photograph is my father. Fearful and anxious, he comes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for me as a weary middle-aged man stockpiling food and ammunition.</w:t>
      </w:r>
      <w:r>
        <w:br/>
      </w:r>
      <w:r>
        <w:t xml:space="preserve">    (a) blurry view</w:t>
      </w:r>
      <w:r>
        <w:br/>
      </w:r>
      <w:r>
        <w:t xml:space="preserve">    (b) clear view</w:t>
      </w:r>
      <w:r>
        <w:br/>
      </w:r>
      <w:r>
        <w:t xml:space="preserve">    (c) long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irony was that if Dad was bipolar—or had any of a dozen disorders that might explain his behavior—the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paranoia</w:t>
      </w:r>
      <w:r>
        <w:rPr>
          <w:b/>
          <w:bCs/>
        </w:rPr>
        <w:t xml:space="preserve"> </w:t>
      </w:r>
      <w:r>
        <w:rPr>
          <w:b/>
          <w:bCs/>
        </w:rPr>
        <w:t xml:space="preserve">that was a symptom of the illness would prevent its ever being diagnosed and treated.</w:t>
      </w:r>
      <w:r>
        <w:br/>
      </w:r>
      <w:r>
        <w:t xml:space="preserve">    (a) anti-social disorder</w:t>
      </w:r>
      <w:r>
        <w:br/>
      </w:r>
      <w:r>
        <w:t xml:space="preserve">    (b) excessive fear of others</w:t>
      </w:r>
      <w:r>
        <w:br/>
      </w:r>
      <w:r>
        <w:t xml:space="preserve">    (c) low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Later the doctors would speculate that when Dad, Luke and Benjamin had wrestled Shawn to the ground—and he'd sustained a concussion—he was already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condition.</w:t>
      </w:r>
      <w:r>
        <w:br/>
      </w:r>
      <w:r>
        <w:t xml:space="preserve">    (a) a fault-finding</w:t>
      </w:r>
      <w:r>
        <w:br/>
      </w:r>
      <w:r>
        <w:t xml:space="preserve">    (b) an argumentative</w:t>
      </w:r>
      <w:r>
        <w:br/>
      </w:r>
      <w:r>
        <w:t xml:space="preserve">    (c) serious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four sections: math, English, science and reading.</w:t>
      </w:r>
      <w:r>
        <w:br/>
      </w:r>
      <w:r>
        <w:t xml:space="preserve">    (a) on top</w:t>
      </w:r>
      <w:r>
        <w:br/>
      </w:r>
      <w:r>
        <w:t xml:space="preserve">    (b) calmed</w:t>
      </w:r>
      <w:r>
        <w:br/>
      </w:r>
      <w:r>
        <w:t xml:space="preserve">    (c) made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copy her essays, and I lacked the factual and stylistic know-how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my own.</w:t>
      </w:r>
      <w:r>
        <w:br/>
      </w:r>
      <w:r>
        <w:t xml:space="preserve">    (a) calm</w:t>
      </w:r>
      <w:r>
        <w:br/>
      </w:r>
      <w:r>
        <w:t xml:space="preserve">    (b) paint</w:t>
      </w:r>
      <w:r>
        <w:br/>
      </w:r>
      <w:r>
        <w:t xml:space="preserve">    (c)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I needed to understand how the great gatekeepers of history had come to terms with their own ignorance and partiality: I thought if I could accept that what they had written was not absolute but was the result of a biased process of conversation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revision</w:t>
      </w:r>
      <w:r>
        <w:rPr>
          <w:b/>
          <w:bCs/>
        </w:rPr>
        <w:t xml:space="preserve">, maybe I could reconcile myself with the fact that the history most people agreed upon was not the history I had been taught.</w:t>
      </w:r>
      <w:r>
        <w:br/>
      </w:r>
      <w:r>
        <w:t xml:space="preserve">    (a) changes</w:t>
      </w:r>
      <w:r>
        <w:br/>
      </w:r>
      <w:r>
        <w:t xml:space="preserve">    (b) agreement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left the hall the moment dessert was served. It was a relief to escape all that refinement and beauty—to be allowed to be unlovely and not a point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.</w:t>
      </w:r>
      <w:r>
        <w:br/>
      </w:r>
      <w:r>
        <w:t xml:space="preserve">    (a) attention</w:t>
      </w:r>
      <w:r>
        <w:br/>
      </w:r>
      <w:r>
        <w:t xml:space="preserve">    (b) argument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wanted my life to make sense, and nothing in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made sense to me.</w:t>
      </w:r>
      <w:r>
        <w:br/>
      </w:r>
      <w:r>
        <w:t xml:space="preserve">    (a) situation</w:t>
      </w:r>
      <w:r>
        <w:br/>
      </w:r>
      <w:r>
        <w:t xml:space="preserve">    (b) joke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italics used on this page indicate that the language from the referenced email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paraphrased</w:t>
      </w:r>
      <w:r>
        <w:rPr>
          <w:b/>
          <w:bCs/>
        </w:rPr>
        <w:t xml:space="preserve">, not directly quoted.</w:t>
      </w:r>
      <w:r>
        <w:br/>
      </w:r>
      <w:r>
        <w:t xml:space="preserve">    (a) imagined</w:t>
      </w:r>
      <w:r>
        <w:br/>
      </w:r>
      <w:r>
        <w:t xml:space="preserve">    (b) re-worded</w:t>
      </w:r>
      <w:r>
        <w:br/>
      </w:r>
      <w:r>
        <w:t xml:space="preserve">    (c) invented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know why I asked her to wait, what benefit I thought time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.</w:t>
      </w:r>
      <w:r>
        <w:br/>
      </w:r>
      <w:r>
        <w:t xml:space="preserve">    (a) produce</w:t>
      </w:r>
      <w:r>
        <w:br/>
      </w:r>
      <w:r>
        <w:t xml:space="preserve">    (b) remove</w:t>
      </w:r>
      <w:r>
        <w:br/>
      </w:r>
      <w:r>
        <w:t xml:space="preserve">    (c) a rate of return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now, I would lose more than an argument. I would lose custody of my own mind.</w:t>
      </w:r>
      <w:r>
        <w:br/>
      </w:r>
      <w:r>
        <w:t xml:space="preserve">    (a) produce excuses</w:t>
      </w:r>
      <w:r>
        <w:br/>
      </w:r>
      <w:r>
        <w:t xml:space="preserve">    (b) avoid conflict</w:t>
      </w:r>
      <w:r>
        <w:br/>
      </w:r>
      <w:r>
        <w:t xml:space="preserve">    (c) give in (surrender)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when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on my mother's words, remembering the way they appeared as if by magic on the screen, one detail stands above the rest: that Mother described my father as bipolar.</w:t>
      </w:r>
      <w:r>
        <w:br/>
      </w:r>
      <w:r>
        <w:t xml:space="preserve">    (a) shine back</w:t>
      </w:r>
      <w:r>
        <w:br/>
      </w:r>
      <w:r>
        <w:t xml:space="preserve">    (b) add more</w:t>
      </w:r>
      <w:r>
        <w:br/>
      </w:r>
      <w:r>
        <w:t xml:space="preserve">    (c) think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Mother described my father as bipolar. It was the exact disorder that I myself suspected. It was my word, not hers. Then I wonder if perhaps my mother, who had always reflected so perfectly the will of my father, had that night merely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reflecting</w:t>
      </w:r>
      <w:r>
        <w:rPr>
          <w:b/>
          <w:bCs/>
        </w:rPr>
        <w:t xml:space="preserve"> </w:t>
      </w:r>
      <w:r>
        <w:rPr>
          <w:b/>
          <w:bCs/>
        </w:rPr>
        <w:t xml:space="preserve">mine.</w:t>
      </w:r>
      <w:r>
        <w:br/>
      </w:r>
      <w:r>
        <w:t xml:space="preserve">    (a) combining</w:t>
      </w:r>
      <w:r>
        <w:br/>
      </w:r>
      <w:r>
        <w:t xml:space="preserve">    (b) complaining about</w:t>
      </w:r>
      <w:r>
        <w:br/>
      </w:r>
      <w:r>
        <w:t xml:space="preserve">    (c) shining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When life itself seems lunatic, who knows where madness lies?</w:t>
      </w:r>
      <w:r>
        <w:rPr>
          <w:b/>
          <w:bCs/>
        </w:rPr>
        <w:t xml:space="preserve"> </w:t>
      </w:r>
      <w:r>
        <w:rPr>
          <w:b/>
          <w:bCs/>
        </w:rPr>
        <w:t xml:space="preserve">In the days that followed, I wrote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 </w:t>
      </w:r>
      <w:r>
        <w:rPr>
          <w:b/>
          <w:bCs/>
        </w:rPr>
        <w:t xml:space="preserve">everywhere—unconsciously, compulsively.  I find it now in books I was reading, in my lecture notes, in the margins of my journal.</w:t>
      </w:r>
      <w:r>
        <w:br/>
      </w:r>
      <w:r>
        <w:t xml:space="preserve">    (a) short part of a longer written work</w:t>
      </w:r>
      <w:r>
        <w:br/>
      </w:r>
      <w:r>
        <w:t xml:space="preserve">    (b) particular period of a life</w:t>
      </w:r>
      <w:r>
        <w:br/>
      </w:r>
      <w:r>
        <w:t xml:space="preserve">    (c) pathway of a difficult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my twenty-seventh birthday, the birthday I had chosen, I submitted my PhD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dissertation</w:t>
      </w:r>
      <w:r>
        <w:rPr>
          <w:b/>
          <w:bCs/>
        </w:rPr>
        <w:t xml:space="preserve">.</w:t>
      </w:r>
      <w:r>
        <w:br/>
      </w:r>
      <w:r>
        <w:t xml:space="preserve">    (a) application form</w:t>
      </w:r>
      <w:r>
        <w:br/>
      </w:r>
      <w:r>
        <w:t xml:space="preserve">    (b) speech</w:t>
      </w:r>
      <w:r>
        <w:br/>
      </w:r>
      <w:r>
        <w:t xml:space="preserve">    (c) scholarly paper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2026-07-31T20:22:58Z</dcterms:created>
  <dcterms:modified xsi:type="dcterms:W3CDTF">2026-07-31T20:22:58Z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