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aed081af066859fbb62fdfe3b96e953b1a59e1"/>
    <w:p>
      <w:pPr>
        <w:pStyle w:val="Heading1"/>
      </w:pPr>
      <w:r>
        <w:rPr>
          <w:b/>
          <w:bCs/>
        </w:rPr>
        <w:t xml:space="preserve">Eclipse</w:t>
      </w:r>
      <w:r>
        <w:br/>
      </w:r>
      <w:r>
        <w:rPr>
          <w:i/>
          <w:iCs/>
        </w:rPr>
        <w:t xml:space="preserve">Stephenie Meyer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Try not to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abrupt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people you manage. It may seem quicker, but we're losing talented people because they don't like working with you.</w:t>
      </w:r>
      <w:r>
        <w:br/>
      </w:r>
      <w:r>
        <w:t xml:space="preserve">    (a) rude or unfriendly because of using too few words or moving too quickly</w:t>
      </w:r>
      <w:r>
        <w:br/>
      </w:r>
      <w:r>
        <w:t xml:space="preserve">    (b) unbelieving; or having difficulty accepting something so unexpected</w:t>
      </w:r>
      <w:r>
        <w:br/>
      </w:r>
      <w:r>
        <w:t xml:space="preserve">    (c) relating to classical music plays in which most of the dialogue is sung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FDA discovered the problem while reviewing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adverse</w:t>
      </w:r>
      <w:r>
        <w:rPr>
          <w:b/>
          <w:bCs/>
        </w:rPr>
        <w:t xml:space="preserve"> </w:t>
      </w:r>
      <w:r>
        <w:rPr>
          <w:b/>
          <w:bCs/>
        </w:rPr>
        <w:t xml:space="preserve">events reported in the database.</w:t>
      </w:r>
      <w:r>
        <w:br/>
      </w:r>
      <w:r>
        <w:t xml:space="preserve">    (a) minor</w:t>
      </w:r>
      <w:r>
        <w:br/>
      </w:r>
      <w:r>
        <w:t xml:space="preserve">    (b) routine</w:t>
      </w:r>
      <w:r>
        <w:br/>
      </w:r>
      <w:r>
        <w:t xml:space="preserve">    (c) harmful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ambivalent</w:t>
      </w:r>
      <w:r>
        <w:rPr>
          <w:b/>
          <w:bCs/>
        </w:rPr>
        <w:t xml:space="preserve"> </w:t>
      </w:r>
      <w:r>
        <w:rPr>
          <w:b/>
          <w:bCs/>
        </w:rPr>
        <w:t xml:space="preserve">about attending college.</w:t>
      </w:r>
      <w:r>
        <w:br/>
      </w:r>
      <w:r>
        <w:t xml:space="preserve">    (a) especially worried</w:t>
      </w:r>
      <w:r>
        <w:br/>
      </w:r>
      <w:r>
        <w:t xml:space="preserve">    (b) especially happy</w:t>
      </w:r>
      <w:r>
        <w:br/>
      </w:r>
      <w:r>
        <w:t xml:space="preserve">    (c) with mixed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Black holes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annihilate</w:t>
      </w:r>
      <w:r>
        <w:rPr>
          <w:b/>
          <w:bCs/>
        </w:rPr>
        <w:t xml:space="preserve"> </w:t>
      </w:r>
      <w:r>
        <w:rPr>
          <w:b/>
          <w:bCs/>
        </w:rPr>
        <w:t xml:space="preserve">all traces of what falls into them.</w:t>
      </w:r>
      <w:r>
        <w:br/>
      </w:r>
      <w:r>
        <w:t xml:space="preserve">    (a) carefully preserve</w:t>
      </w:r>
      <w:r>
        <w:br/>
      </w:r>
      <w:r>
        <w:t xml:space="preserve">    (b) slowly examine</w:t>
      </w:r>
      <w:r>
        <w:br/>
      </w:r>
      <w:r>
        <w:t xml:space="preserve">    (c) completely destroy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book,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Harry Potter</w:t>
      </w:r>
      <w:r>
        <w:rPr>
          <w:b/>
          <w:bCs/>
        </w:rPr>
        <w:t xml:space="preserve">, Voldemort is Harry's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antagonist</w:t>
      </w:r>
      <w:r>
        <w:rPr>
          <w:b/>
          <w:bCs/>
        </w:rPr>
        <w:t xml:space="preserve">.</w:t>
      </w:r>
      <w:r>
        <w:br/>
      </w:r>
      <w:r>
        <w:t xml:space="preserve">    (a) friend</w:t>
      </w:r>
      <w:r>
        <w:br/>
      </w:r>
      <w:r>
        <w:t xml:space="preserve">    (b) partner</w:t>
      </w:r>
      <w:r>
        <w:br/>
      </w:r>
      <w:r>
        <w:t xml:space="preserve">    (c) enemy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distraction</w:t>
      </w:r>
      <w:r>
        <w:br/>
      </w:r>
      <w:r>
        <w:t xml:space="preserve">    (b) lack of interest</w:t>
      </w:r>
      <w:r>
        <w:br/>
      </w:r>
      <w:r>
        <w:t xml:space="preserve">    (c) lack of 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likes to make people lose their cool by starting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belligerent</w:t>
      </w:r>
      <w:r>
        <w:rPr>
          <w:b/>
          <w:bCs/>
        </w:rPr>
        <w:t xml:space="preserve"> </w:t>
      </w:r>
      <w:r>
        <w:rPr>
          <w:b/>
          <w:bCs/>
        </w:rPr>
        <w:t xml:space="preserve">political arguments.</w:t>
      </w:r>
      <w:r>
        <w:br/>
      </w:r>
      <w:r>
        <w:t xml:space="preserve">    (a) ridiculous or absurd</w:t>
      </w:r>
      <w:r>
        <w:br/>
      </w:r>
      <w:r>
        <w:t xml:space="preserve">    (b) clever or intelligent</w:t>
      </w:r>
      <w:r>
        <w:br/>
      </w:r>
      <w:r>
        <w:t xml:space="preserve">    (c) hostile or combative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Unlike electric cars, gasoline-powered cars have an internal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combustion</w:t>
      </w:r>
      <w:r>
        <w:rPr>
          <w:b/>
          <w:bCs/>
        </w:rPr>
        <w:t xml:space="preserve"> </w:t>
      </w:r>
      <w:r>
        <w:rPr>
          <w:b/>
          <w:bCs/>
        </w:rPr>
        <w:t xml:space="preserve">engine that burns gasoline.</w:t>
      </w:r>
      <w:r>
        <w:br/>
      </w:r>
      <w:r>
        <w:t xml:space="preserve">    (a) fuel burning</w:t>
      </w:r>
      <w:r>
        <w:br/>
      </w:r>
      <w:r>
        <w:t xml:space="preserve">    (b) low-tech</w:t>
      </w:r>
      <w:r>
        <w:br/>
      </w:r>
      <w:r>
        <w:t xml:space="preserve">    (c) high-tech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book provides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comprehensive</w:t>
      </w:r>
      <w:r>
        <w:rPr>
          <w:b/>
          <w:bCs/>
        </w:rPr>
        <w:t xml:space="preserve"> </w:t>
      </w:r>
      <w:r>
        <w:rPr>
          <w:b/>
          <w:bCs/>
        </w:rPr>
        <w:t xml:space="preserve">history of the revolution.</w:t>
      </w:r>
      <w:r>
        <w:br/>
      </w:r>
      <w:r>
        <w:t xml:space="preserve">    (a) modern</w:t>
      </w:r>
      <w:r>
        <w:br/>
      </w:r>
      <w:r>
        <w:t xml:space="preserve">    (b) complete</w:t>
      </w:r>
      <w:r>
        <w:br/>
      </w:r>
      <w:r>
        <w:t xml:space="preserve">    (c) early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is too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 </w:t>
      </w:r>
      <w:r>
        <w:rPr>
          <w:b/>
          <w:bCs/>
        </w:rPr>
        <w:t xml:space="preserve">in their home.</w:t>
      </w:r>
      <w:r>
        <w:br/>
      </w:r>
      <w:r>
        <w:t xml:space="preserve">    (a) loud noise</w:t>
      </w:r>
      <w:r>
        <w:br/>
      </w:r>
      <w:r>
        <w:t xml:space="preserve">    (b) conflict</w:t>
      </w:r>
      <w:r>
        <w:br/>
      </w:r>
      <w:r>
        <w:t xml:space="preserve">    (c) uncritical 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Supreme Court was unanimous except for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dissenting</w:t>
      </w:r>
      <w:r>
        <w:rPr>
          <w:b/>
          <w:bCs/>
        </w:rPr>
        <w:t xml:space="preserve"> </w:t>
      </w:r>
      <w:r>
        <w:rPr>
          <w:b/>
          <w:bCs/>
        </w:rPr>
        <w:t xml:space="preserve">opinion.</w:t>
      </w:r>
      <w:r>
        <w:br/>
      </w:r>
      <w:r>
        <w:t xml:space="preserve">    (a) withheld</w:t>
      </w:r>
      <w:r>
        <w:br/>
      </w:r>
      <w:r>
        <w:t xml:space="preserve">    (b) disagreeing</w:t>
      </w:r>
      <w:r>
        <w:br/>
      </w:r>
      <w:r>
        <w:t xml:space="preserve">    (c) supporting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Coaches worry that his behavior problems in college 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foreshadow</w:t>
      </w:r>
      <w:r>
        <w:rPr>
          <w:b/>
          <w:bCs/>
        </w:rPr>
        <w:t xml:space="preserve"> </w:t>
      </w:r>
      <w:r>
        <w:rPr>
          <w:b/>
          <w:bCs/>
        </w:rPr>
        <w:t xml:space="preserve">trouble in the NFL.</w:t>
      </w:r>
      <w:r>
        <w:br/>
      </w:r>
      <w:r>
        <w:t xml:space="preserve">    (a) be a sign of</w:t>
      </w:r>
      <w:r>
        <w:br/>
      </w:r>
      <w:r>
        <w:t xml:space="preserve">    (b) create a shadow</w:t>
      </w:r>
      <w:r>
        <w:br/>
      </w:r>
      <w:r>
        <w:t xml:space="preserve">    (c) be minor compared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infinitesimal</w:t>
      </w:r>
      <w:r>
        <w:rPr>
          <w:b/>
          <w:bCs/>
        </w:rPr>
        <w:t xml:space="preserve"> </w:t>
      </w:r>
      <w:r>
        <w:rPr>
          <w:b/>
          <w:bCs/>
        </w:rPr>
        <w:t xml:space="preserve">amount of impurity can drastically affect the results of a sensitive chemical experiment.</w:t>
      </w:r>
      <w:r>
        <w:br/>
      </w:r>
      <w:r>
        <w:t xml:space="preserve">    (a) unintentional</w:t>
      </w:r>
      <w:r>
        <w:br/>
      </w:r>
      <w:r>
        <w:t xml:space="preserve">    (b) partial</w:t>
      </w:r>
      <w:r>
        <w:br/>
      </w:r>
      <w:r>
        <w:t xml:space="preserve">    (c) tiny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Malignant</w:t>
      </w:r>
      <w:r>
        <w:rPr>
          <w:b/>
          <w:bCs/>
        </w:rPr>
        <w:t xml:space="preserve"> </w:t>
      </w:r>
      <w:r>
        <w:rPr>
          <w:b/>
          <w:bCs/>
        </w:rPr>
        <w:t xml:space="preserve">rumors spread through social media damaged her reputation.</w:t>
      </w:r>
      <w:r>
        <w:br/>
      </w:r>
      <w:r>
        <w:t xml:space="preserve">    (a) insignificant or unimportant</w:t>
      </w:r>
      <w:r>
        <w:br/>
      </w:r>
      <w:r>
        <w:t xml:space="preserve">    (b) beneficial or helpful</w:t>
      </w:r>
      <w:r>
        <w:br/>
      </w:r>
      <w:r>
        <w:t xml:space="preserve">    (c) harmful or evil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thrives at sifting through that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detail.</w:t>
      </w:r>
      <w:r>
        <w:br/>
      </w:r>
      <w:r>
        <w:t xml:space="preserve">    (a) quickly eliminated</w:t>
      </w:r>
      <w:r>
        <w:br/>
      </w:r>
      <w:r>
        <w:t xml:space="preserve">    (b) including even small considerations</w:t>
      </w:r>
      <w:r>
        <w:br/>
      </w:r>
      <w:r>
        <w:t xml:space="preserve">    (c) available from prior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lived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nomadic</w:t>
      </w:r>
      <w:r>
        <w:rPr>
          <w:b/>
          <w:bCs/>
        </w:rPr>
        <w:t xml:space="preserve"> </w:t>
      </w:r>
      <w:r>
        <w:rPr>
          <w:b/>
          <w:bCs/>
        </w:rPr>
        <w:t xml:space="preserve">lifestyle, never staying in one place for too long and always seeking new adventures.</w:t>
      </w:r>
      <w:r>
        <w:br/>
      </w:r>
      <w:r>
        <w:t xml:space="preserve">    (a) always staying near family</w:t>
      </w:r>
      <w:r>
        <w:br/>
      </w:r>
      <w:r>
        <w:t xml:space="preserve">    (b) moving form place to place</w:t>
      </w:r>
      <w:r>
        <w:br/>
      </w:r>
      <w:r>
        <w:t xml:space="preserve">    (c) seeking thrills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apology did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pacify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make sense to</w:t>
      </w:r>
      <w:r>
        <w:br/>
      </w:r>
      <w:r>
        <w:t xml:space="preserve">    (b) interest</w:t>
      </w:r>
      <w:r>
        <w:br/>
      </w:r>
      <w:r>
        <w:t xml:space="preserve">    (c) calm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Howard Hughes became an eccentric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recluse</w:t>
      </w:r>
      <w:r>
        <w:rPr>
          <w:b/>
          <w:bCs/>
        </w:rPr>
        <w:t xml:space="preserve">.</w:t>
      </w:r>
      <w:r>
        <w:br/>
      </w:r>
      <w:r>
        <w:t xml:space="preserve">    (a) loaner</w:t>
      </w:r>
      <w:r>
        <w:br/>
      </w:r>
      <w:r>
        <w:t xml:space="preserve">    (b) collector</w:t>
      </w:r>
      <w:r>
        <w:br/>
      </w:r>
      <w:r>
        <w:t xml:space="preserve">    (c) millionaire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Russia presented Ukraine with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ultimatum</w:t>
      </w:r>
      <w:r>
        <w:rPr>
          <w:b/>
          <w:bCs/>
        </w:rPr>
        <w:t xml:space="preserve"> </w:t>
      </w:r>
      <w:r>
        <w:rPr>
          <w:b/>
          <w:bCs/>
        </w:rPr>
        <w:t xml:space="preserve">that could not be ignored.</w:t>
      </w:r>
      <w:r>
        <w:br/>
      </w:r>
      <w:r>
        <w:t xml:space="preserve">    (a) final demand that carried a threat if it is rejected</w:t>
      </w:r>
      <w:r>
        <w:br/>
      </w:r>
      <w:r>
        <w:t xml:space="preserve">    (b) an act that violates a rule, promise, or social norm</w:t>
      </w:r>
      <w:r>
        <w:br/>
      </w:r>
      <w:r>
        <w:t xml:space="preserve">    (c) something added to increase attractiveness or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president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veto</w:t>
      </w:r>
      <w:r>
        <w:rPr>
          <w:b/>
          <w:bCs/>
        </w:rPr>
        <w:t xml:space="preserve"> </w:t>
      </w:r>
      <w:r>
        <w:rPr>
          <w:b/>
          <w:bCs/>
        </w:rPr>
        <w:t xml:space="preserve">the bill passed by Congress.</w:t>
      </w:r>
      <w:r>
        <w:br/>
      </w:r>
      <w:r>
        <w:t xml:space="preserve">    (a) officially reject</w:t>
      </w:r>
      <w:r>
        <w:br/>
      </w:r>
      <w:r>
        <w:t xml:space="preserve">    (b) publicly debate</w:t>
      </w:r>
      <w:r>
        <w:br/>
      </w:r>
      <w:r>
        <w:t xml:space="preserve">    (c) openly support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2026-07-31T16:34:49Z</dcterms:created>
  <dcterms:modified xsi:type="dcterms:W3CDTF">2026-07-31T16:34:49Z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