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60eec4c8301bd1681103aa5dfb367b5f50a1a4"/>
    <w:p>
      <w:pPr>
        <w:pStyle w:val="Heading1"/>
      </w:pPr>
      <w:r>
        <w:rPr>
          <w:b/>
          <w:bCs/>
        </w:rPr>
        <w:t xml:space="preserve">Eclipse</w:t>
      </w:r>
      <w:r>
        <w:br/>
      </w:r>
      <w:r>
        <w:rPr>
          <w:i/>
          <w:iCs/>
        </w:rPr>
        <w:t xml:space="preserve">Stephenie Meyer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they discussed things to do in Port Angeles or maybe Hoquiam, I began to feel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disgruntled</w:t>
      </w:r>
      <w:r>
        <w:rPr>
          <w:b/>
          <w:bCs/>
        </w:rPr>
        <w:t xml:space="preserve">.</w:t>
      </w:r>
      <w:r>
        <w:br/>
      </w:r>
      <w:r>
        <w:t xml:space="preserve">    (a) dissatisfied - typically unhappy and annoyed</w:t>
      </w:r>
      <w:r>
        <w:br/>
      </w:r>
      <w:r>
        <w:t xml:space="preserve">    (b) not changed directly from a solid to a vapor</w:t>
      </w:r>
      <w:r>
        <w:br/>
      </w:r>
      <w:r>
        <w:t xml:space="preserve">    (c) not made different; or shown to be different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Edward scrutinized my face while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deliberated</w:t>
      </w:r>
      <w:r>
        <w:rPr>
          <w:b/>
          <w:bCs/>
        </w:rPr>
        <w:t xml:space="preserve">.</w:t>
      </w:r>
      <w:r>
        <w:br/>
      </w:r>
      <w:r>
        <w:t xml:space="preserve">    (a) gradually added or removed</w:t>
      </w:r>
      <w:r>
        <w:br/>
      </w:r>
      <w:r>
        <w:t xml:space="preserve">    (b) limited or with boundaries</w:t>
      </w:r>
      <w:r>
        <w:br/>
      </w:r>
      <w:r>
        <w:t xml:space="preserve">    (c) thought with great care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"Don't worry about me," he insisted, smiling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deliberate</w:t>
      </w:r>
      <w:r>
        <w:rPr>
          <w:b/>
          <w:bCs/>
        </w:rPr>
        <w:t xml:space="preserve"> </w:t>
      </w:r>
      <w:r>
        <w:rPr>
          <w:b/>
          <w:bCs/>
        </w:rPr>
        <w:t xml:space="preserve">cheer, too brightly.</w:t>
      </w:r>
      <w:r>
        <w:br/>
      </w:r>
      <w:r>
        <w:t xml:space="preserve">    (a) intentional</w:t>
      </w:r>
      <w:r>
        <w:br/>
      </w:r>
      <w:r>
        <w:t xml:space="preserve">    (b) serving to help explain or demonstrate something</w:t>
      </w:r>
      <w:r>
        <w:br/>
      </w:r>
      <w:r>
        <w:t xml:space="preserve">    (c) most important; or person that is most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blood rushed into my face, fueled by irritation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chagrin</w:t>
      </w:r>
      <w:r>
        <w:rPr>
          <w:b/>
          <w:bCs/>
        </w:rPr>
        <w:t xml:space="preserve">.</w:t>
      </w:r>
      <w:r>
        <w:br/>
      </w:r>
      <w:r>
        <w:t xml:space="preserve">    (a) bad feeling such as embarrassment, disappointment, or annoyance</w:t>
      </w:r>
      <w:r>
        <w:br/>
      </w:r>
      <w:r>
        <w:t xml:space="preserve">    (b) recognize the value or importance of; and/or to be grateful for</w:t>
      </w:r>
      <w:r>
        <w:br/>
      </w:r>
      <w:r>
        <w:t xml:space="preserve">    (c) degrade ( decrease) the purity, quality, or status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would keep repeating the same pattern —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feint</w:t>
      </w:r>
      <w:r>
        <w:rPr>
          <w:b/>
          <w:bCs/>
        </w:rPr>
        <w:t xml:space="preserve"> </w:t>
      </w:r>
      <w:r>
        <w:rPr>
          <w:b/>
          <w:bCs/>
        </w:rPr>
        <w:t xml:space="preserve">and run, feint and run — until she found a hole through my defenders.</w:t>
      </w:r>
      <w:r>
        <w:br/>
      </w:r>
      <w:r>
        <w:t xml:space="preserve">    (a) any distracting or deceptive maneuver; or the act of making the maneuver</w:t>
      </w:r>
      <w:r>
        <w:br/>
      </w:r>
      <w:r>
        <w:t xml:space="preserve">    (b) characterized by narrower parallel folds when closed and wider when open</w:t>
      </w:r>
      <w:r>
        <w:br/>
      </w:r>
      <w:r>
        <w:t xml:space="preserve">    (c) design based on alphabetic letters; or adding such a design to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grinned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mocking</w:t>
      </w:r>
      <w:r>
        <w:rPr>
          <w:b/>
          <w:bCs/>
        </w:rPr>
        <w:t xml:space="preserve"> </w:t>
      </w:r>
      <w:r>
        <w:rPr>
          <w:b/>
          <w:bCs/>
        </w:rPr>
        <w:t xml:space="preserve">grin.</w:t>
      </w:r>
      <w:r>
        <w:br/>
      </w:r>
      <w:r>
        <w:t xml:space="preserve">    (a) making fun</w:t>
      </w:r>
      <w:r>
        <w:br/>
      </w:r>
      <w:r>
        <w:t xml:space="preserve">    (b) bouncing back</w:t>
      </w:r>
      <w:r>
        <w:br/>
      </w:r>
      <w:r>
        <w:t xml:space="preserve">    (c) concentrating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Because Embry was clearly the thinner gray wolf with the dark spots on his back, who sat so patiently watching, while Quil — deep chocolate brown, lighter over his face — twitched constantly, looking like he was dying to join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mock</w:t>
      </w:r>
      <w:r>
        <w:rPr>
          <w:b/>
          <w:bCs/>
        </w:rPr>
        <w:t xml:space="preserve"> </w:t>
      </w:r>
      <w:r>
        <w:rPr>
          <w:b/>
          <w:bCs/>
        </w:rPr>
        <w:t xml:space="preserve">fight.</w:t>
      </w:r>
      <w:r>
        <w:br/>
      </w:r>
      <w:r>
        <w:t xml:space="preserve">    (a) allowing</w:t>
      </w:r>
      <w:r>
        <w:br/>
      </w:r>
      <w:r>
        <w:t xml:space="preserve">    (b) not real</w:t>
      </w:r>
      <w:r>
        <w:br/>
      </w:r>
      <w:r>
        <w:t xml:space="preserve">    (c) pretend (not real)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Absentmindedly, I twisted my right hand to the side, and watched the sunlight glitter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subtly</w:t>
      </w:r>
      <w:r>
        <w:rPr>
          <w:b/>
          <w:bCs/>
        </w:rPr>
        <w:t xml:space="preserve"> </w:t>
      </w:r>
      <w:r>
        <w:rPr>
          <w:b/>
          <w:bCs/>
        </w:rPr>
        <w:t xml:space="preserve">off the scar James had left there.</w:t>
      </w:r>
      <w:r>
        <w:br/>
      </w:r>
      <w:r>
        <w:t xml:space="preserve">    (a) in a manner like a virus (often used to indicate that something spread quickly from person-to-person in a natural, unplanned manner)</w:t>
      </w:r>
      <w:r>
        <w:br/>
      </w:r>
      <w:r>
        <w:t xml:space="preserve">    (b) in a manner related to a mental illness most commonly associated with undeveloped social abilities, language, and other communication skills</w:t>
      </w:r>
      <w:r>
        <w:br/>
      </w:r>
      <w:r>
        <w:t xml:space="preserve">    (c) in a slightly noticeable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Charlie, in an obvious maneuver that he meant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subtle</w:t>
      </w:r>
      <w:r>
        <w:rPr>
          <w:b/>
          <w:bCs/>
        </w:rPr>
        <w:t xml:space="preserve">, shrugged in between us and put his arm around my shoulders.</w:t>
      </w:r>
      <w:r>
        <w:br/>
      </w:r>
      <w:r>
        <w:t xml:space="preserve">    (a) understated so as not to draw attention</w:t>
      </w:r>
      <w:r>
        <w:br/>
      </w:r>
      <w:r>
        <w:t xml:space="preserve">    (b) mental activity of which one is not self-aware</w:t>
      </w:r>
      <w:r>
        <w:br/>
      </w:r>
      <w:r>
        <w:t xml:space="preserve">    (c) the state or degree of being greater than zero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focused</w:t>
      </w:r>
      <w:r>
        <w:rPr>
          <w:b/>
          <w:bCs/>
        </w:rPr>
        <w:t xml:space="preserve"> </w:t>
      </w:r>
      <w:r>
        <w:rPr>
          <w:b/>
          <w:bCs/>
        </w:rPr>
        <w:t xml:space="preserve">on her pile for a minute.</w:t>
      </w:r>
      <w:r>
        <w:br/>
      </w:r>
      <w:r>
        <w:t xml:space="preserve">    (a) began speaking with someone about something</w:t>
      </w:r>
      <w:r>
        <w:br/>
      </w:r>
      <w:r>
        <w:t xml:space="preserve">    (b) concentrated</w:t>
      </w:r>
      <w:r>
        <w:br/>
      </w:r>
      <w:r>
        <w:t xml:space="preserve">    (c) thought carefully and made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so close to what she wanted —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 </w:t>
      </w:r>
      <w:r>
        <w:rPr>
          <w:b/>
          <w:bCs/>
        </w:rPr>
        <w:t xml:space="preserve">of her whole existence for more than a year now was justso close.</w:t>
      </w:r>
      <w:r>
        <w:br/>
      </w:r>
      <w:r>
        <w:t xml:space="preserve">    (a) the ability to take on or adopt</w:t>
      </w:r>
      <w:r>
        <w:br/>
      </w:r>
      <w:r>
        <w:t xml:space="preserve">    (b) where attention is concentrated</w:t>
      </w:r>
      <w:r>
        <w:br/>
      </w:r>
      <w:r>
        <w:t xml:space="preserve">    (c) calculating or judging too high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voice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petulant</w:t>
      </w:r>
      <w:r>
        <w:rPr>
          <w:b/>
          <w:bCs/>
        </w:rPr>
        <w:t xml:space="preserve">.</w:t>
      </w:r>
      <w:r>
        <w:br/>
      </w:r>
      <w:r>
        <w:t xml:space="preserve">    (a) not trustworthy, or improper, or attracting unwelcome attention</w:t>
      </w:r>
      <w:r>
        <w:br/>
      </w:r>
      <w:r>
        <w:t xml:space="preserve">    (b) unreasonably annoyed or upset</w:t>
      </w:r>
      <w:r>
        <w:br/>
      </w:r>
      <w:r>
        <w:t xml:space="preserve">    (c) the degree to which something is able to change or is different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Alice dropped me off in the morning, in keeping with the slumber party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charade</w:t>
      </w:r>
      <w:r>
        <w:rPr>
          <w:b/>
          <w:bCs/>
        </w:rPr>
        <w:t xml:space="preserve">.</w:t>
      </w:r>
      <w:r>
        <w:br/>
      </w:r>
      <w:r>
        <w:t xml:space="preserve">    (a) the process of thinking carefully and making a judgment about something</w:t>
      </w:r>
      <w:r>
        <w:br/>
      </w:r>
      <w:r>
        <w:t xml:space="preserve">    (b) a situation in which people act as though something is true that is not</w:t>
      </w:r>
      <w:r>
        <w:br/>
      </w:r>
      <w:r>
        <w:t xml:space="preserve">    (c) the act of finding fault and telling others; or a description of faults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shocked to see that 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glowering</w:t>
      </w:r>
      <w:r>
        <w:rPr>
          <w:b/>
          <w:bCs/>
        </w:rPr>
        <w:t xml:space="preserve"> </w:t>
      </w:r>
      <w:r>
        <w:rPr>
          <w:b/>
          <w:bCs/>
        </w:rPr>
        <w:t xml:space="preserve">at Alice, his hands fisted in anger.</w:t>
      </w:r>
      <w:r>
        <w:br/>
      </w:r>
      <w:r>
        <w:t xml:space="preserve">    (a) staring angrily</w:t>
      </w:r>
      <w:r>
        <w:br/>
      </w:r>
      <w:r>
        <w:t xml:space="preserve">    (b) moving downward</w:t>
      </w:r>
      <w:r>
        <w:br/>
      </w:r>
      <w:r>
        <w:t xml:space="preserve">    (c) making possible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Perhaps if we can talk to these young ones, explain the rules, it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peacefully.</w:t>
      </w:r>
      <w:r>
        <w:br/>
      </w:r>
      <w:r>
        <w:t xml:space="preserve">    (a) settled</w:t>
      </w:r>
      <w:r>
        <w:br/>
      </w:r>
      <w:r>
        <w:t xml:space="preserve">    (b) thought carefully</w:t>
      </w:r>
      <w:r>
        <w:br/>
      </w:r>
      <w:r>
        <w:t xml:space="preserve">    (c) helped make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labored to put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</w:t>
      </w:r>
      <w:r>
        <w:rPr>
          <w:b/>
          <w:bCs/>
        </w:rPr>
        <w:t xml:space="preserve"> </w:t>
      </w:r>
      <w:r>
        <w:rPr>
          <w:b/>
          <w:bCs/>
        </w:rPr>
        <w:t xml:space="preserve">into my tone.</w:t>
      </w:r>
      <w:r>
        <w:br/>
      </w:r>
      <w:r>
        <w:t xml:space="preserve">    (a) wrongly translating</w:t>
      </w:r>
      <w:r>
        <w:br/>
      </w:r>
      <w:r>
        <w:t xml:space="preserve">    (b) firmness of purpose</w:t>
      </w:r>
      <w:r>
        <w:br/>
      </w:r>
      <w:r>
        <w:t xml:space="preserve">    (c) difficult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wasn't until I pulled the truck in and got out that I realized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consternation</w:t>
      </w:r>
      <w:r>
        <w:rPr>
          <w:b/>
          <w:bCs/>
        </w:rPr>
        <w:t xml:space="preserve"> </w:t>
      </w:r>
      <w:r>
        <w:rPr>
          <w:b/>
          <w:bCs/>
        </w:rPr>
        <w:t xml:space="preserve">might not be entirely about my safety this time.</w:t>
      </w:r>
      <w:r>
        <w:br/>
      </w:r>
      <w:r>
        <w:t xml:space="preserve">    (a) a type of vocal music that originated in African-American churches in the United States</w:t>
      </w:r>
      <w:r>
        <w:br/>
      </w:r>
      <w:r>
        <w:t xml:space="preserve">    (b) related to the smallest part of any material that cannot be broken up by chemical means</w:t>
      </w:r>
      <w:r>
        <w:br/>
      </w:r>
      <w:r>
        <w:t xml:space="preserve">    (c) dismay (unhappiness, worry, and often confusion) -- typically over something unexpected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another shock, I realized that the circle was made up of Taha Aki's great —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many degrees — grandsons.</w:t>
      </w:r>
      <w:r>
        <w:br/>
      </w:r>
      <w:r>
        <w:t xml:space="preserve">    (a) people who are good at or spend much time studying, thinking, and reasoning</w:t>
      </w:r>
      <w:r>
        <w:br/>
      </w:r>
      <w:r>
        <w:t xml:space="preserve">    (b) aka analysis -- psychiatric treatment; or a theory of psychiatric treatment</w:t>
      </w:r>
      <w:r>
        <w:br/>
      </w:r>
      <w:r>
        <w:t xml:space="preserve">    (c) whatever amount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Alice,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found the question very interesting.</w:t>
      </w:r>
      <w:r>
        <w:br/>
      </w:r>
      <w:r>
        <w:t xml:space="preserve">    (a) a word used to connect contrasting ideas as when using</w:t>
      </w:r>
      <w:r>
        <w:t xml:space="preserve"> </w:t>
      </w:r>
      <w:r>
        <w:rPr>
          <w:i/>
          <w:iCs/>
        </w:rPr>
        <w:t xml:space="preserve">though</w:t>
      </w:r>
      <w:r>
        <w:t xml:space="preserve">,</w:t>
      </w:r>
      <w:r>
        <w:t xml:space="preserve"> </w:t>
      </w:r>
      <w:r>
        <w:rPr>
          <w:i/>
          <w:iCs/>
        </w:rPr>
        <w:t xml:space="preserve">in spite of that</w:t>
      </w:r>
      <w:r>
        <w:t xml:space="preserve">,</w:t>
      </w:r>
      <w:r>
        <w:t xml:space="preserve"> </w:t>
      </w:r>
      <w:r>
        <w:rPr>
          <w:i/>
          <w:iCs/>
        </w:rPr>
        <w:t xml:space="preserve">in contrast</w:t>
      </w:r>
      <w:r>
        <w:t xml:space="preserve">,</w:t>
      </w:r>
      <w:r>
        <w:t xml:space="preserve"> </w:t>
      </w:r>
      <w:r>
        <w:rPr>
          <w:i/>
          <w:iCs/>
        </w:rPr>
        <w:t xml:space="preserve">nevertheless</w:t>
      </w:r>
      <w:r>
        <w:t xml:space="preserve">, etc.</w:t>
      </w:r>
      <w:r>
        <w:br/>
      </w:r>
      <w:r>
        <w:t xml:space="preserve">    (b) therefore (for that reason)</w:t>
      </w:r>
      <w:r>
        <w:br/>
      </w:r>
      <w:r>
        <w:t xml:space="preserve">    (c) in keeping with or in agreement with what was just stated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Seth, howling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agony</w:t>
      </w:r>
      <w:r>
        <w:rPr>
          <w:b/>
          <w:bCs/>
        </w:rPr>
        <w:t xml:space="preserve"> </w:t>
      </w:r>
      <w:r>
        <w:rPr>
          <w:b/>
          <w:bCs/>
        </w:rPr>
        <w:t xml:space="preserve">.</w:t>
      </w:r>
      <w:r>
        <w:br/>
      </w:r>
      <w:r>
        <w:t xml:space="preserve">    (a) circular movement</w:t>
      </w:r>
      <w:r>
        <w:br/>
      </w:r>
      <w:r>
        <w:t xml:space="preserve">    (b) intense feelings of suffering (can be from mental or physical pain)</w:t>
      </w:r>
      <w:r>
        <w:br/>
      </w:r>
      <w:r>
        <w:t xml:space="preserve">    (c) size or dimension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2026-07-31T16:34:49Z</dcterms:created>
  <dcterms:modified xsi:type="dcterms:W3CDTF">2026-07-31T16:34:49Z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