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279258f0c4582906d6c6f61b5f57b3be457323"/>
    <w:p>
      <w:pPr>
        <w:pStyle w:val="Heading1"/>
      </w:pPr>
      <w:r>
        <w:rPr>
          <w:b/>
          <w:bCs/>
        </w:rPr>
        <w:t xml:space="preserve">East of Eden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very bad</w:t>
      </w:r>
      <w:r>
        <w:br/>
      </w:r>
      <w:r>
        <w:t xml:space="preserve">    (b) fantastic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weaknesses</w:t>
      </w:r>
      <w:r>
        <w:br/>
      </w:r>
      <w:r>
        <w:t xml:space="preserve">    (b) strengths</w:t>
      </w:r>
      <w:r>
        <w:br/>
      </w:r>
      <w:r>
        <w:t xml:space="preserve">    (c) characteristics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help for</w:t>
      </w:r>
      <w:r>
        <w:br/>
      </w:r>
      <w:r>
        <w:t xml:space="preserve">    (b) gives credit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complicated issue that I think should be discussed at a separate meeting.</w:t>
      </w:r>
      <w:r>
        <w:br/>
      </w:r>
      <w:r>
        <w:t xml:space="preserve">    (a) complex</w:t>
      </w:r>
      <w:r>
        <w:br/>
      </w:r>
      <w:r>
        <w:t xml:space="preserve">    (b) philosophical</w:t>
      </w:r>
      <w:r>
        <w:br/>
      </w:r>
      <w:r>
        <w:t xml:space="preserve">    (c) controversial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contracted</w:t>
      </w:r>
      <w:r>
        <w:rPr>
          <w:b/>
          <w:bCs/>
        </w:rPr>
        <w:t xml:space="preserve"> </w:t>
      </w:r>
      <w:r>
        <w:rPr>
          <w:b/>
          <w:bCs/>
        </w:rPr>
        <w:t xml:space="preserve">AIDS by sharing needles.</w:t>
      </w:r>
      <w:r>
        <w:br/>
      </w:r>
      <w:r>
        <w:t xml:space="preserve">    (a) spread</w:t>
      </w:r>
      <w:r>
        <w:br/>
      </w:r>
      <w:r>
        <w:t xml:space="preserve">    (b) got</w:t>
      </w:r>
      <w:r>
        <w:br/>
      </w:r>
      <w:r>
        <w:t xml:space="preserve">    (c) risked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cold made the aluminum rod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 </w:t>
      </w:r>
      <w:r>
        <w:rPr>
          <w:b/>
          <w:bCs/>
        </w:rPr>
        <w:t xml:space="preserve">more than the steel rod.</w:t>
      </w:r>
      <w:r>
        <w:br/>
      </w:r>
      <w:r>
        <w:t xml:space="preserve">    (a) stretch</w:t>
      </w:r>
      <w:r>
        <w:br/>
      </w:r>
      <w:r>
        <w:t xml:space="preserve">    (b) shorten</w:t>
      </w:r>
      <w:r>
        <w:br/>
      </w:r>
      <w:r>
        <w:t xml:space="preserve">    (c) stick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when her boyfriend died in a car accident.</w:t>
      </w:r>
      <w:r>
        <w:br/>
      </w:r>
      <w:r>
        <w:t xml:space="preserve">    (a) confused</w:t>
      </w:r>
      <w:r>
        <w:br/>
      </w:r>
      <w:r>
        <w:t xml:space="preserve">    (b) emotional</w:t>
      </w:r>
      <w:r>
        <w:br/>
      </w:r>
      <w:r>
        <w:t xml:space="preserve">    (c) miserable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create</w:t>
      </w:r>
      <w:r>
        <w:br/>
      </w:r>
      <w:r>
        <w:t xml:space="preserve">    (b) save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erase from history</w:t>
      </w:r>
      <w:r>
        <w:br/>
      </w:r>
      <w:r>
        <w:t xml:space="preserve">    (b) criticize</w:t>
      </w:r>
      <w:r>
        <w:br/>
      </w:r>
      <w:r>
        <w:t xml:space="preserve">    (c)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reflected</w:t>
      </w:r>
      <w:r>
        <w:br/>
      </w:r>
      <w:r>
        <w:t xml:space="preserve">    (b) altered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respected and well-known</w:t>
      </w:r>
      <w:r>
        <w:br/>
      </w:r>
      <w:r>
        <w:t xml:space="preserve">    (b) barely noticed</w:t>
      </w:r>
      <w:r>
        <w:br/>
      </w:r>
      <w:r>
        <w:t xml:space="preserve">    (c) newly acquired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 do not know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nutrient performs.</w:t>
      </w:r>
      <w:r>
        <w:br/>
      </w:r>
      <w:r>
        <w:t xml:space="preserve">    (a) transitions in form</w:t>
      </w:r>
      <w:r>
        <w:br/>
      </w:r>
      <w:r>
        <w:t xml:space="preserve">    (b) natural activities</w:t>
      </w:r>
      <w:r>
        <w:br/>
      </w:r>
      <w:r>
        <w:t xml:space="preserve">    (c) mathematical calculations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brain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well when I'm under stress.</w:t>
      </w:r>
      <w:r>
        <w:br/>
      </w:r>
      <w:r>
        <w:t xml:space="preserve">    (a) work</w:t>
      </w:r>
      <w:r>
        <w:br/>
      </w:r>
      <w:r>
        <w:t xml:space="preserve">    (b) have fun</w:t>
      </w:r>
      <w:r>
        <w:br/>
      </w:r>
      <w:r>
        <w:t xml:space="preserve">    (c) feel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timing and technique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immaculate</w:t>
      </w:r>
      <w:r>
        <w:rPr>
          <w:b/>
          <w:bCs/>
        </w:rPr>
        <w:t xml:space="preserve">.</w:t>
      </w:r>
      <w:r>
        <w:br/>
      </w:r>
      <w:r>
        <w:t xml:space="preserve">    (a) adequate</w:t>
      </w:r>
      <w:r>
        <w:br/>
      </w:r>
      <w:r>
        <w:t xml:space="preserve">    (b) perfect</w:t>
      </w:r>
      <w:r>
        <w:br/>
      </w:r>
      <w:r>
        <w:t xml:space="preserve">    (c) terrible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apartment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immaculate</w:t>
      </w:r>
      <w:r>
        <w:rPr>
          <w:b/>
          <w:bCs/>
        </w:rPr>
        <w:t xml:space="preserve">.</w:t>
      </w:r>
      <w:r>
        <w:br/>
      </w:r>
      <w:r>
        <w:t xml:space="preserve">    (a) messy or dirty</w:t>
      </w:r>
      <w:r>
        <w:br/>
      </w:r>
      <w:r>
        <w:t xml:space="preserve">    (b) completely neat and clean</w:t>
      </w:r>
      <w:r>
        <w:br/>
      </w:r>
      <w:r>
        <w:t xml:space="preserve">    (c) immense (very large)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ornery</w:t>
      </w:r>
      <w:r>
        <w:rPr>
          <w:b/>
          <w:bCs/>
        </w:rPr>
        <w:t xml:space="preserve"> </w:t>
      </w:r>
      <w:r>
        <w:rPr>
          <w:b/>
          <w:bCs/>
        </w:rPr>
        <w:t xml:space="preserve">to celebrate his birthday.</w:t>
      </w:r>
      <w:r>
        <w:br/>
      </w:r>
      <w:r>
        <w:t xml:space="preserve">    (a) old</w:t>
      </w:r>
      <w:r>
        <w:br/>
      </w:r>
      <w:r>
        <w:t xml:space="preserve">    (b) ill</w:t>
      </w:r>
      <w:r>
        <w:br/>
      </w:r>
      <w:r>
        <w:t xml:space="preserve">    (c) bad-tempered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make worse</w:t>
      </w:r>
      <w:r>
        <w:br/>
      </w:r>
      <w:r>
        <w:t xml:space="preserve">    (b) investigate</w:t>
      </w:r>
      <w:r>
        <w:br/>
      </w:r>
      <w:r>
        <w:t xml:space="preserve">    (c) make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renew an agreement</w:t>
      </w:r>
      <w:r>
        <w:br/>
      </w:r>
      <w:r>
        <w:t xml:space="preserve">    (b) do better</w:t>
      </w:r>
      <w:r>
        <w:br/>
      </w:r>
      <w:r>
        <w:t xml:space="preserve">    (c) quit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resistant</w:t>
      </w:r>
      <w:r>
        <w:br/>
      </w:r>
      <w:r>
        <w:t xml:space="preserve">    (b) with acceptance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person who used recreational drugs</w:t>
      </w:r>
      <w:r>
        <w:br/>
      </w:r>
      <w:r>
        <w:t xml:space="preserve">    (b) impoverished person without a home or job</w:t>
      </w:r>
      <w:r>
        <w:br/>
      </w:r>
      <w:r>
        <w:t xml:space="preserve">    (c) someone who is visiting from out-of-town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2026-07-31T18:18:01Z</dcterms:created>
  <dcterms:modified xsi:type="dcterms:W3CDTF">2026-07-31T18:18:01Z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