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d1a44ba608397880683b38d378f73643907b8b"/>
    <w:p>
      <w:pPr>
        <w:pStyle w:val="Heading1"/>
      </w:pPr>
      <w:r>
        <w:rPr>
          <w:b/>
          <w:bCs/>
        </w:rPr>
        <w:t xml:space="preserve">East of Eden</w:t>
      </w:r>
      <w:r>
        <w:br/>
      </w:r>
      <w:r>
        <w:rPr>
          <w:i/>
          <w:iCs/>
        </w:rPr>
        <w:t xml:space="preserve">John Steinbeck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as soon as she was aware that a condition existed,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devised</w:t>
      </w:r>
      <w:r>
        <w:rPr>
          <w:b/>
          <w:bCs/>
        </w:rPr>
        <w:t xml:space="preserve"> </w:t>
      </w:r>
      <w:r>
        <w:rPr>
          <w:b/>
          <w:bCs/>
        </w:rPr>
        <w:t xml:space="preserve">a new theology.</w:t>
      </w:r>
      <w:r>
        <w:br/>
      </w:r>
      <w:r>
        <w:t xml:space="preserve">    (a) came up with (invented or created)</w:t>
      </w:r>
      <w:r>
        <w:br/>
      </w:r>
      <w:r>
        <w:t xml:space="preserve">    (b) not provided with investment funds</w:t>
      </w:r>
      <w:r>
        <w:br/>
      </w:r>
      <w:r>
        <w:t xml:space="preserve">    (c) stopped (something from happening)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identity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distortion</w:t>
      </w:r>
      <w:r>
        <w:rPr>
          <w:b/>
          <w:bCs/>
        </w:rPr>
        <w:t xml:space="preserve"> </w:t>
      </w:r>
      <w:r>
        <w:rPr>
          <w:b/>
          <w:bCs/>
        </w:rPr>
        <w:t xml:space="preserve">came to him slowly.</w:t>
      </w:r>
      <w:r>
        <w:br/>
      </w:r>
      <w:r>
        <w:t xml:space="preserve">    (a) the act, process, or instance of telling a story</w:t>
      </w:r>
      <w:r>
        <w:br/>
      </w:r>
      <w:r>
        <w:t xml:space="preserve">    (b) to alter something in an unnatural or untrue way</w:t>
      </w:r>
      <w:r>
        <w:br/>
      </w:r>
      <w:r>
        <w:t xml:space="preserve">    (c) a general feeling of not being as good as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 crime of commission was ever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attributed</w:t>
      </w:r>
      <w:r>
        <w:rPr>
          <w:b/>
          <w:bCs/>
        </w:rPr>
        <w:t xml:space="preserve"> </w:t>
      </w:r>
      <w:r>
        <w:rPr>
          <w:b/>
          <w:bCs/>
        </w:rPr>
        <w:t xml:space="preserve">to him, and his crimes of omission were only misdemeanors.</w:t>
      </w:r>
      <w:r>
        <w:br/>
      </w:r>
      <w:r>
        <w:t xml:space="preserve">    (a) not changed directly from a solid to a vapor</w:t>
      </w:r>
      <w:r>
        <w:br/>
      </w:r>
      <w:r>
        <w:t xml:space="preserve">    (b) not made different; or shown to be different</w:t>
      </w:r>
      <w:r>
        <w:br/>
      </w:r>
      <w:r>
        <w:t xml:space="preserve">    (c) credited (pointed to as the cause of something)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the inhuman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</w:t>
      </w:r>
      <w:r>
        <w:rPr>
          <w:b/>
          <w:bCs/>
        </w:rPr>
        <w:t xml:space="preserve"> </w:t>
      </w:r>
      <w:r>
        <w:rPr>
          <w:b/>
          <w:bCs/>
        </w:rPr>
        <w:t xml:space="preserve">of abandoning what she could not get and of waiting for what she could get.</w:t>
      </w:r>
      <w:r>
        <w:br/>
      </w:r>
      <w:r>
        <w:t xml:space="preserve">    (a) normal mood, personality, or inclination</w:t>
      </w:r>
      <w:r>
        <w:br/>
      </w:r>
      <w:r>
        <w:t xml:space="preserve">    (b) characteristic (of something or someone)</w:t>
      </w:r>
      <w:r>
        <w:br/>
      </w:r>
      <w:r>
        <w:t xml:space="preserve">    (c) dreamlike state of altered consciousness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Although the hill ranch was large 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abysmally</w:t>
      </w:r>
      <w:r>
        <w:rPr>
          <w:b/>
          <w:bCs/>
        </w:rPr>
        <w:t xml:space="preserve"> </w:t>
      </w:r>
      <w:r>
        <w:rPr>
          <w:b/>
          <w:bCs/>
        </w:rPr>
        <w:t xml:space="preserve">poor.</w:t>
      </w:r>
      <w:r>
        <w:br/>
      </w:r>
      <w:r>
        <w:t xml:space="preserve">    (a) enormously</w:t>
      </w:r>
      <w:r>
        <w:br/>
      </w:r>
      <w:r>
        <w:t xml:space="preserve">    (b) very badly</w:t>
      </w:r>
      <w:r>
        <w:br/>
      </w:r>
      <w:r>
        <w:t xml:space="preserve">    (c) habitually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she did it again she found herself in jail, charged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vagrancy</w:t>
      </w:r>
      <w:r>
        <w:rPr>
          <w:b/>
          <w:bCs/>
        </w:rPr>
        <w:t xml:space="preserve"> </w:t>
      </w:r>
      <w:r>
        <w:rPr>
          <w:b/>
          <w:bCs/>
        </w:rPr>
        <w:t xml:space="preserve">and public prostitution.</w:t>
      </w:r>
      <w:r>
        <w:br/>
      </w:r>
      <w:r>
        <w:t xml:space="preserve">    (a) the process of removing from recognition or memory</w:t>
      </w:r>
      <w:r>
        <w:br/>
      </w:r>
      <w:r>
        <w:t xml:space="preserve">    (b) the act of making poor; or the state of being poor</w:t>
      </w:r>
      <w:r>
        <w:br/>
      </w:r>
      <w:r>
        <w:t xml:space="preserve">    (c) someone who is poor and has no regular home or job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Charles had moved into a shed where his nostrils would not be assailed by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immaculate</w:t>
      </w:r>
      <w:r>
        <w:rPr>
          <w:b/>
          <w:bCs/>
        </w:rPr>
        <w:t xml:space="preserve"> </w:t>
      </w:r>
      <w:r>
        <w:rPr>
          <w:b/>
          <w:bCs/>
        </w:rPr>
        <w:t xml:space="preserve">but painful smells of lye and soda and ammonia and yellow soap.</w:t>
      </w:r>
      <w:r>
        <w:br/>
      </w:r>
      <w:r>
        <w:t xml:space="preserve">    (a) able to be disagreed with</w:t>
      </w:r>
      <w:r>
        <w:br/>
      </w:r>
      <w:r>
        <w:t xml:space="preserve">    (b) completely neat and clean</w:t>
      </w:r>
      <w:r>
        <w:br/>
      </w:r>
      <w:r>
        <w:t xml:space="preserve">    (c) not tending to find fault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picture--never really inspected--had been of clean-eyed young men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immaculate</w:t>
      </w:r>
      <w:r>
        <w:rPr>
          <w:b/>
          <w:bCs/>
        </w:rPr>
        <w:t xml:space="preserve"> </w:t>
      </w:r>
      <w:r>
        <w:rPr>
          <w:b/>
          <w:bCs/>
        </w:rPr>
        <w:t xml:space="preserve">girls, all in academic robes and converging on a white temple on the crown of a wooded hill in the evening.</w:t>
      </w:r>
      <w:r>
        <w:br/>
      </w:r>
      <w:r>
        <w:t xml:space="preserve">    (a) certain</w:t>
      </w:r>
      <w:r>
        <w:br/>
      </w:r>
      <w:r>
        <w:t xml:space="preserve">    (b) perfect (without fault or error)</w:t>
      </w:r>
      <w:r>
        <w:br/>
      </w:r>
      <w:r>
        <w:t xml:space="preserve">    (c) outside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noon the coroner was able to throw wet planks down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probe</w:t>
      </w:r>
      <w:r>
        <w:rPr>
          <w:b/>
          <w:bCs/>
        </w:rPr>
        <w:t xml:space="preserve"> </w:t>
      </w:r>
      <w:r>
        <w:rPr>
          <w:b/>
          <w:bCs/>
        </w:rPr>
        <w:t xml:space="preserve">with a crowbar among the sodden heaps of charcoal.</w:t>
      </w:r>
      <w:r>
        <w:br/>
      </w:r>
      <w:r>
        <w:t xml:space="preserve">    (a) to change to multiple areas of control or concentration (rather than just 1)</w:t>
      </w:r>
      <w:r>
        <w:br/>
      </w:r>
      <w:r>
        <w:t xml:space="preserve">    (b) to investigate; or an investigation; or an instrument used for investigation</w:t>
      </w:r>
      <w:r>
        <w:br/>
      </w:r>
      <w:r>
        <w:t xml:space="preserve">    (c) a woman who is casually playful in a way that arouses sexual interest of men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contracted</w:t>
      </w:r>
      <w:r>
        <w:rPr>
          <w:b/>
          <w:bCs/>
        </w:rPr>
        <w:t xml:space="preserve"> </w:t>
      </w:r>
      <w:r>
        <w:rPr>
          <w:b/>
          <w:bCs/>
        </w:rPr>
        <w:t xml:space="preserve">pleural pneumonia, in that day a killing disease.</w:t>
      </w:r>
      <w:r>
        <w:br/>
      </w:r>
      <w:r>
        <w:t xml:space="preserve">    (a) got (became ill with)</w:t>
      </w:r>
      <w:r>
        <w:br/>
      </w:r>
      <w:r>
        <w:t xml:space="preserve">    (b) understood or explained something in a particular way</w:t>
      </w:r>
      <w:r>
        <w:br/>
      </w:r>
      <w:r>
        <w:t xml:space="preserve">    (c) not having accepted beliefs without critical question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stomach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contracted</w:t>
      </w:r>
      <w:r>
        <w:rPr>
          <w:b/>
          <w:bCs/>
        </w:rPr>
        <w:t xml:space="preserve">.</w:t>
      </w:r>
      <w:r>
        <w:br/>
      </w:r>
      <w:r>
        <w:t xml:space="preserve">    (a) not roughly calculated</w:t>
      </w:r>
      <w:r>
        <w:br/>
      </w:r>
      <w:r>
        <w:t xml:space="preserve">    (b) cramped (tightened as the muscles shortened)</w:t>
      </w:r>
      <w:r>
        <w:br/>
      </w:r>
      <w:r>
        <w:t xml:space="preserve">    (c) influenced or effected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vicariously this was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eminence</w:t>
      </w:r>
      <w:r>
        <w:rPr>
          <w:b/>
          <w:bCs/>
        </w:rPr>
        <w:t xml:space="preserve"> </w:t>
      </w:r>
      <w:r>
        <w:rPr>
          <w:b/>
          <w:bCs/>
        </w:rPr>
        <w:t xml:space="preserve">we could hardly stand.</w:t>
      </w:r>
      <w:r>
        <w:br/>
      </w:r>
      <w:r>
        <w:t xml:space="preserve">    (a) famous, respected, or important within a particular field or profession</w:t>
      </w:r>
      <w:r>
        <w:br/>
      </w:r>
      <w:r>
        <w:t xml:space="preserve">    (b) the process of thinking carefully and making a judgment about something</w:t>
      </w:r>
      <w:r>
        <w:br/>
      </w:r>
      <w:r>
        <w:t xml:space="preserve">    (c) the act of finding fault and telling others; or a description of faults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think I'll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</w:t>
      </w:r>
      <w:r>
        <w:rPr>
          <w:b/>
          <w:bCs/>
        </w:rPr>
        <w:t xml:space="preserve"> </w:t>
      </w:r>
      <w:r>
        <w:rPr>
          <w:b/>
          <w:bCs/>
        </w:rPr>
        <w:t xml:space="preserve">before I tell the sheriff, because he's sure as hell going to fire me afterward.</w:t>
      </w:r>
      <w:r>
        <w:br/>
      </w:r>
      <w:r>
        <w:t xml:space="preserve">    (a) rule</w:t>
      </w:r>
      <w:r>
        <w:br/>
      </w:r>
      <w:r>
        <w:t xml:space="preserve">    (b) draw</w:t>
      </w:r>
      <w:r>
        <w:br/>
      </w:r>
      <w:r>
        <w:t xml:space="preserve">    (c) quit (from a job)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has a gift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resigned</w:t>
      </w:r>
      <w:r>
        <w:rPr>
          <w:b/>
          <w:bCs/>
        </w:rPr>
        <w:t xml:space="preserve"> </w:t>
      </w:r>
      <w:r>
        <w:rPr>
          <w:b/>
          <w:bCs/>
        </w:rPr>
        <w:t xml:space="preserve">loyalty without hope of reward.</w:t>
      </w:r>
      <w:r>
        <w:br/>
      </w:r>
      <w:r>
        <w:t xml:space="preserve">    (a) showed something -- such as demonstrated, expressed, or represented</w:t>
      </w:r>
      <w:r>
        <w:br/>
      </w:r>
      <w:r>
        <w:t xml:space="preserve">    (b) accept something undesired as unavoidable</w:t>
      </w:r>
      <w:r>
        <w:br/>
      </w:r>
      <w:r>
        <w:t xml:space="preserve">    (c) to be or to become used to (adapted to and with an expectation 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have to keep the girls well and as happy as possible, and some of them can get pretty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ornery</w:t>
      </w:r>
      <w:r>
        <w:rPr>
          <w:b/>
          <w:bCs/>
        </w:rPr>
        <w:t xml:space="preserve">.</w:t>
      </w:r>
      <w:r>
        <w:br/>
      </w:r>
      <w:r>
        <w:t xml:space="preserve">    (a) easily annoyed and quick to complain and argue</w:t>
      </w:r>
      <w:r>
        <w:br/>
      </w:r>
      <w:r>
        <w:t xml:space="preserve">    (b) a document granting permission to do something</w:t>
      </w:r>
      <w:r>
        <w:br/>
      </w:r>
      <w:r>
        <w:t xml:space="preserve">    (c) the state or character of being bad or harmful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no easy thing for him to abandon Adam to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desolation</w:t>
      </w:r>
      <w:r>
        <w:rPr>
          <w:b/>
          <w:bCs/>
        </w:rPr>
        <w:t xml:space="preserve">.</w:t>
      </w:r>
      <w:r>
        <w:br/>
      </w:r>
      <w:r>
        <w:t xml:space="preserve">    (a) a feeling of extreme sadness or misery--often with loneliness</w:t>
      </w:r>
      <w:r>
        <w:br/>
      </w:r>
      <w:r>
        <w:t xml:space="preserve">    (b) not trustworthy with secrets, and/or conspicuous or obtrusive</w:t>
      </w:r>
      <w:r>
        <w:br/>
      </w:r>
      <w:r>
        <w:t xml:space="preserve">    (c) the state or degree of being able to be taken on as one's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"Samuel," she said, "you're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contentious</w:t>
      </w:r>
      <w:r>
        <w:rPr>
          <w:b/>
          <w:bCs/>
        </w:rPr>
        <w:t xml:space="preserve"> </w:t>
      </w:r>
      <w:r>
        <w:rPr>
          <w:b/>
          <w:bCs/>
        </w:rPr>
        <w:t xml:space="preserve">man this world has ever seen."</w:t>
      </w:r>
      <w:r>
        <w:br/>
      </w:r>
      <w:r>
        <w:t xml:space="preserve">    (a) the state or degree of being absolutely sure of something</w:t>
      </w:r>
      <w:r>
        <w:br/>
      </w:r>
      <w:r>
        <w:t xml:space="preserve">    (b) argumentative</w:t>
      </w:r>
      <w:r>
        <w:br/>
      </w:r>
      <w:r>
        <w:t xml:space="preserve">    (c) the state of not being aware or concerned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"College! What do them fellas know?..." And he spat a brown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disparaging</w:t>
      </w:r>
      <w:r>
        <w:rPr>
          <w:b/>
          <w:bCs/>
        </w:rPr>
        <w:t xml:space="preserve"> </w:t>
      </w:r>
      <w:r>
        <w:rPr>
          <w:b/>
          <w:bCs/>
        </w:rPr>
        <w:t xml:space="preserve">comment on the ground.</w:t>
      </w:r>
      <w:r>
        <w:br/>
      </w:r>
      <w:r>
        <w:t xml:space="preserve">    (a) criticizing or making seem less important</w:t>
      </w:r>
      <w:r>
        <w:br/>
      </w:r>
      <w:r>
        <w:t xml:space="preserve">    (b) moving into position to work; or starting</w:t>
      </w:r>
      <w:r>
        <w:br/>
      </w:r>
      <w:r>
        <w:t xml:space="preserve">    (c) controlling (how something will turn out)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is only natural, just as it is natural for a man whose life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function</w:t>
      </w:r>
      <w:r>
        <w:rPr>
          <w:b/>
          <w:bCs/>
        </w:rPr>
        <w:t xml:space="preserve"> </w:t>
      </w:r>
      <w:r>
        <w:rPr>
          <w:b/>
          <w:bCs/>
        </w:rPr>
        <w:t xml:space="preserve">is the making of money to make money out of a war.</w:t>
      </w:r>
      <w:r>
        <w:br/>
      </w:r>
      <w:r>
        <w:t xml:space="preserve">    (a) purpose</w:t>
      </w:r>
      <w:r>
        <w:br/>
      </w:r>
      <w:r>
        <w:t xml:space="preserve">    (b) the act of recognizing difference</w:t>
      </w:r>
      <w:r>
        <w:br/>
      </w:r>
      <w:r>
        <w:t xml:space="preserve">    (c) someone who expresses disapproval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mind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functioned</w:t>
      </w:r>
      <w:r>
        <w:rPr>
          <w:b/>
          <w:bCs/>
        </w:rPr>
        <w:t xml:space="preserve"> </w:t>
      </w:r>
      <w:r>
        <w:rPr>
          <w:b/>
          <w:bCs/>
        </w:rPr>
        <w:t xml:space="preserve">like a wooden mind, her body moved crookedly like a badly operated marionette, but she went steadily about her business.</w:t>
      </w:r>
      <w:r>
        <w:br/>
      </w:r>
      <w:r>
        <w:t xml:space="preserve">    (a) decided in advance</w:t>
      </w:r>
      <w:r>
        <w:br/>
      </w:r>
      <w:r>
        <w:t xml:space="preserve">    (b) worked or operated</w:t>
      </w:r>
      <w:r>
        <w:br/>
      </w:r>
      <w:r>
        <w:t xml:space="preserve">    (c) not disagreed with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2026-07-31T18:18:01Z</dcterms:created>
  <dcterms:modified xsi:type="dcterms:W3CDTF">2026-07-31T18:18:01Z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