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62395eca6813d53ef572e7954739c8becd1cd9"/>
    <w:p>
      <w:pPr>
        <w:pStyle w:val="Heading1"/>
      </w:pPr>
      <w:r>
        <w:rPr>
          <w:b/>
          <w:bCs/>
        </w:rPr>
        <w:t xml:space="preserve">Earth's Holocaust</w:t>
      </w:r>
      <w:r>
        <w:br/>
      </w:r>
      <w:r>
        <w:rPr>
          <w:i/>
          <w:iCs/>
        </w:rPr>
        <w:t xml:space="preserve">Nathanial Hawthorne</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It was a strange sight to</w:t>
      </w:r>
      <w:r>
        <w:rPr>
          <w:b/>
          <w:bCs/>
        </w:rPr>
        <w:t xml:space="preserve"> </w:t>
      </w:r>
      <w:r>
        <w:rPr>
          <w:b/>
          <w:bCs/>
          <w:u w:val="single"/>
        </w:rPr>
        <w:t xml:space="preserve">discern</w:t>
      </w:r>
      <w:r>
        <w:rPr>
          <w:b/>
          <w:bCs/>
        </w:rPr>
        <w:t xml:space="preserve"> </w:t>
      </w:r>
      <w:r>
        <w:rPr>
          <w:b/>
          <w:bCs/>
        </w:rPr>
        <w:t xml:space="preserve">the crown jewels of England glowing and flashing in the midst of the fire.</w:t>
      </w:r>
      <w:r>
        <w:br/>
      </w:r>
      <w:r>
        <w:t xml:space="preserve">    (a) notice or understand something</w:t>
      </w:r>
      <w:r>
        <w:br/>
      </w:r>
      <w:r>
        <w:t xml:space="preserve">    (b) a sensible view of a situation</w:t>
      </w:r>
      <w:r>
        <w:br/>
      </w:r>
      <w:r>
        <w:t xml:space="preserve">    (c) made by taking on as one's own</w:t>
      </w:r>
    </w:p>
    <w:p>
      <w:pPr>
        <w:pStyle w:val="Compact"/>
        <w:numPr>
          <w:ilvl w:val="0"/>
          <w:numId w:val="1001"/>
        </w:numPr>
      </w:pPr>
      <w:r>
        <w:rPr>
          <w:b/>
          <w:bCs/>
        </w:rPr>
        <w:t xml:space="preserve">This harangue excited great mirth among the bystanders; but, preposterous as was the sentiment, I could not help commiserating the</w:t>
      </w:r>
      <w:r>
        <w:rPr>
          <w:b/>
          <w:bCs/>
        </w:rPr>
        <w:t xml:space="preserve"> </w:t>
      </w:r>
      <w:r>
        <w:rPr>
          <w:b/>
          <w:bCs/>
          <w:u w:val="single"/>
        </w:rPr>
        <w:t xml:space="preserve">forlorn</w:t>
      </w:r>
      <w:r>
        <w:rPr>
          <w:b/>
          <w:bCs/>
        </w:rPr>
        <w:t xml:space="preserve"> </w:t>
      </w:r>
      <w:r>
        <w:rPr>
          <w:b/>
          <w:bCs/>
        </w:rPr>
        <w:t xml:space="preserve">condition of the last toper, whose boon companions had dwindled away from his side, leaving the poor fellow without a soul to countenance him in sipping his liquor, nor indeed any liquor to sip.</w:t>
      </w:r>
      <w:r>
        <w:br/>
      </w:r>
      <w:r>
        <w:t xml:space="preserve">    (a) the state or degree of being very large</w:t>
      </w:r>
      <w:r>
        <w:br/>
      </w:r>
      <w:r>
        <w:t xml:space="preserve">    (b) the quality of relating to intelligence</w:t>
      </w:r>
      <w:r>
        <w:br/>
      </w:r>
      <w:r>
        <w:t xml:space="preserve">    (c) sad, hopeless, pitiful and/or abandoned</w:t>
      </w:r>
    </w:p>
    <w:p>
      <w:pPr>
        <w:pStyle w:val="Compact"/>
        <w:numPr>
          <w:ilvl w:val="0"/>
          <w:numId w:val="1001"/>
        </w:numPr>
      </w:pPr>
      <w:r>
        <w:rPr>
          <w:b/>
          <w:bCs/>
        </w:rPr>
        <w:t xml:space="preserve">The spirituous and fermented liquors being thus disposed of, the</w:t>
      </w:r>
      <w:r>
        <w:rPr>
          <w:b/>
          <w:bCs/>
        </w:rPr>
        <w:t xml:space="preserve"> </w:t>
      </w:r>
      <w:r>
        <w:rPr>
          <w:b/>
          <w:bCs/>
          <w:u w:val="single"/>
        </w:rPr>
        <w:t xml:space="preserve">zeal</w:t>
      </w:r>
      <w:r>
        <w:rPr>
          <w:b/>
          <w:bCs/>
        </w:rPr>
        <w:t xml:space="preserve"> </w:t>
      </w:r>
      <w:r>
        <w:rPr>
          <w:b/>
          <w:bCs/>
        </w:rPr>
        <w:t xml:space="preserve">of the reformers next induced them to replenish the fire with all the boxes of tea and bags of coffee in the world.</w:t>
      </w:r>
      <w:r>
        <w:br/>
      </w:r>
      <w:r>
        <w:t xml:space="preserve">    (a) active interest and enthusiasm</w:t>
      </w:r>
      <w:r>
        <w:br/>
      </w:r>
      <w:r>
        <w:t xml:space="preserve">    (b) made by taking on as one's own</w:t>
      </w:r>
      <w:r>
        <w:br/>
      </w:r>
      <w:r>
        <w:t xml:space="preserve">    (c) relating to the chest (thorax)</w:t>
      </w:r>
    </w:p>
    <w:p>
      <w:pPr>
        <w:pStyle w:val="Compact"/>
        <w:numPr>
          <w:ilvl w:val="0"/>
          <w:numId w:val="1001"/>
        </w:numPr>
      </w:pPr>
      <w:r>
        <w:rPr>
          <w:b/>
          <w:bCs/>
        </w:rPr>
        <w:t xml:space="preserve">The spirituous and fermented liquors being thus disposed of, the zeal of the reformers next induced them to</w:t>
      </w:r>
      <w:r>
        <w:rPr>
          <w:b/>
          <w:bCs/>
        </w:rPr>
        <w:t xml:space="preserve"> </w:t>
      </w:r>
      <w:r>
        <w:rPr>
          <w:b/>
          <w:bCs/>
          <w:u w:val="single"/>
        </w:rPr>
        <w:t xml:space="preserve">replenish</w:t>
      </w:r>
      <w:r>
        <w:rPr>
          <w:b/>
          <w:bCs/>
        </w:rPr>
        <w:t xml:space="preserve"> </w:t>
      </w:r>
      <w:r>
        <w:rPr>
          <w:b/>
          <w:bCs/>
        </w:rPr>
        <w:t xml:space="preserve">the fire with all the boxes of tea and bags of coffee in the world.</w:t>
      </w:r>
      <w:r>
        <w:br/>
      </w:r>
      <w:r>
        <w:t xml:space="preserve">    (a) point to differences between; or compare to show differences</w:t>
      </w:r>
      <w:r>
        <w:br/>
      </w:r>
      <w:r>
        <w:t xml:space="preserve">    (b) provide investment funds for something -- such as a business</w:t>
      </w:r>
      <w:r>
        <w:br/>
      </w:r>
      <w:r>
        <w:t xml:space="preserve">    (c) replace what was used up; or restore to a previous condition</w:t>
      </w:r>
    </w:p>
    <w:p>
      <w:pPr>
        <w:pStyle w:val="Compact"/>
        <w:numPr>
          <w:ilvl w:val="0"/>
          <w:numId w:val="1001"/>
        </w:numPr>
      </w:pPr>
      <w:r>
        <w:rPr>
          <w:b/>
          <w:bCs/>
        </w:rPr>
        <w:t xml:space="preserve">Be that as it might, numberless great guns, whose thunder had long been the voice of battle,—the artillery of the Armada, the battering trains of Marlborough, and the</w:t>
      </w:r>
      <w:r>
        <w:rPr>
          <w:b/>
          <w:bCs/>
        </w:rPr>
        <w:t xml:space="preserve"> </w:t>
      </w:r>
      <w:r>
        <w:rPr>
          <w:b/>
          <w:bCs/>
          <w:u w:val="single"/>
        </w:rPr>
        <w:t xml:space="preserve">adverse</w:t>
      </w:r>
      <w:r>
        <w:rPr>
          <w:b/>
          <w:bCs/>
        </w:rPr>
        <w:t xml:space="preserve"> </w:t>
      </w:r>
      <w:r>
        <w:rPr>
          <w:b/>
          <w:bCs/>
        </w:rPr>
        <w:t xml:space="preserve">cannon of Napoleon and Wellington,—were trundled into the midst of the fire.</w:t>
      </w:r>
      <w:r>
        <w:br/>
      </w:r>
      <w:r>
        <w:t xml:space="preserve">    (a) poor ability to make a decision</w:t>
      </w:r>
      <w:r>
        <w:br/>
      </w:r>
      <w:r>
        <w:t xml:space="preserve">    (b) working against one's interests</w:t>
      </w:r>
      <w:r>
        <w:br/>
      </w:r>
      <w:r>
        <w:t xml:space="preserve">    (c) non-traditional or non-standard</w:t>
      </w:r>
    </w:p>
    <w:p>
      <w:pPr>
        <w:pStyle w:val="Compact"/>
        <w:numPr>
          <w:ilvl w:val="0"/>
          <w:numId w:val="1001"/>
        </w:numPr>
      </w:pPr>
      <w:r>
        <w:rPr>
          <w:b/>
          <w:bCs/>
        </w:rPr>
        <w:t xml:space="preserve">The blessed tidings were accordingly promulgated, and caused</w:t>
      </w:r>
      <w:r>
        <w:rPr>
          <w:b/>
          <w:bCs/>
        </w:rPr>
        <w:t xml:space="preserve"> </w:t>
      </w:r>
      <w:r>
        <w:rPr>
          <w:b/>
          <w:bCs/>
          <w:u w:val="single"/>
        </w:rPr>
        <w:t xml:space="preserve">infinite</w:t>
      </w:r>
      <w:r>
        <w:rPr>
          <w:b/>
          <w:bCs/>
        </w:rPr>
        <w:t xml:space="preserve"> </w:t>
      </w:r>
      <w:r>
        <w:rPr>
          <w:b/>
          <w:bCs/>
        </w:rPr>
        <w:t xml:space="preserve">rejoicings among those who had stood aghast at the horror and absurdity of war.</w:t>
      </w:r>
      <w:r>
        <w:br/>
      </w:r>
      <w:r>
        <w:t xml:space="preserve">    (a) unlimited; without boundaries; or too numerous to count</w:t>
      </w:r>
      <w:r>
        <w:br/>
      </w:r>
      <w:r>
        <w:t xml:space="preserve">    (b) power or responsibility that can be taken on or adopted</w:t>
      </w:r>
      <w:r>
        <w:br/>
      </w:r>
      <w:r>
        <w:t xml:space="preserve">    (c) the characteristic of bouncing back light/heat/sound...</w:t>
      </w:r>
    </w:p>
    <w:p>
      <w:pPr>
        <w:pStyle w:val="Compact"/>
        <w:numPr>
          <w:ilvl w:val="0"/>
          <w:numId w:val="1001"/>
        </w:numPr>
      </w:pPr>
      <w:r>
        <w:rPr>
          <w:b/>
          <w:bCs/>
        </w:rPr>
        <w:t xml:space="preserve">"There will be no need," observed, with a sneer, one who neither felt</w:t>
      </w:r>
      <w:r>
        <w:rPr>
          <w:b/>
          <w:bCs/>
        </w:rPr>
        <w:t xml:space="preserve"> </w:t>
      </w:r>
      <w:r>
        <w:rPr>
          <w:b/>
          <w:bCs/>
          <w:u w:val="single"/>
        </w:rPr>
        <w:t xml:space="preserve">benevolence</w:t>
      </w:r>
      <w:r>
        <w:rPr>
          <w:b/>
          <w:bCs/>
        </w:rPr>
        <w:t xml:space="preserve"> </w:t>
      </w:r>
      <w:r>
        <w:rPr>
          <w:b/>
          <w:bCs/>
        </w:rPr>
        <w:t xml:space="preserve">nor had faith in it.</w:t>
      </w:r>
      <w:r>
        <w:br/>
      </w:r>
      <w:r>
        <w:t xml:space="preserve">    (a) kindness and goodwill</w:t>
      </w:r>
      <w:r>
        <w:br/>
      </w:r>
      <w:r>
        <w:t xml:space="preserve">    (b) long eventful journey</w:t>
      </w:r>
      <w:r>
        <w:br/>
      </w:r>
      <w:r>
        <w:t xml:space="preserve">    (c) a nerve or brain cell</w:t>
      </w:r>
    </w:p>
    <w:p>
      <w:pPr>
        <w:pStyle w:val="Compact"/>
        <w:numPr>
          <w:ilvl w:val="0"/>
          <w:numId w:val="1001"/>
        </w:numPr>
      </w:pPr>
      <w:r>
        <w:rPr>
          <w:b/>
          <w:bCs/>
        </w:rPr>
        <w:t xml:space="preserve">You are misled by a false</w:t>
      </w:r>
      <w:r>
        <w:rPr>
          <w:b/>
          <w:bCs/>
        </w:rPr>
        <w:t xml:space="preserve"> </w:t>
      </w:r>
      <w:r>
        <w:rPr>
          <w:b/>
          <w:bCs/>
          <w:u w:val="single"/>
        </w:rPr>
        <w:t xml:space="preserve">philanthropy</w:t>
      </w:r>
      <w:r>
        <w:rPr>
          <w:b/>
          <w:bCs/>
        </w:rPr>
        <w:t xml:space="preserve">; you know not what you do.</w:t>
      </w:r>
      <w:r>
        <w:br/>
      </w:r>
      <w:r>
        <w:t xml:space="preserve">    (a) the majority denomination of Islam (almost 90%)</w:t>
      </w:r>
      <w:r>
        <w:br/>
      </w:r>
      <w:r>
        <w:t xml:space="preserve">    (b) helping others; or an organization that does so</w:t>
      </w:r>
      <w:r>
        <w:br/>
      </w:r>
      <w:r>
        <w:t xml:space="preserve">    (c) opinion of what is good and bad about something</w:t>
      </w:r>
    </w:p>
    <w:p>
      <w:pPr>
        <w:pStyle w:val="Compact"/>
        <w:numPr>
          <w:ilvl w:val="0"/>
          <w:numId w:val="1001"/>
        </w:numPr>
      </w:pPr>
      <w:r>
        <w:rPr>
          <w:b/>
          <w:bCs/>
        </w:rPr>
        <w:t xml:space="preserve">Bear it back, then,</w:t>
      </w:r>
      <w:r>
        <w:rPr>
          <w:b/>
          <w:bCs/>
        </w:rPr>
        <w:t xml:space="preserve"> </w:t>
      </w:r>
      <w:r>
        <w:rPr>
          <w:b/>
          <w:bCs/>
          <w:u w:val="single"/>
        </w:rPr>
        <w:t xml:space="preserve">reverently</w:t>
      </w:r>
      <w:r>
        <w:rPr>
          <w:b/>
          <w:bCs/>
        </w:rPr>
        <w:t xml:space="preserve">, and set it up in its old place, else the world will fall to speedy ruin and desolation!</w:t>
      </w:r>
      <w:r>
        <w:br/>
      </w:r>
      <w:r>
        <w:t xml:space="preserve">    (a) in a manner that is not appropriate or different than would be expected in size, amount, or degree</w:t>
      </w:r>
      <w:r>
        <w:br/>
      </w:r>
      <w:r>
        <w:t xml:space="preserve">    (b) with feelings of deep respect and admiration -- sometimes with a mixture of wonder and awe or fear</w:t>
      </w:r>
      <w:r>
        <w:br/>
      </w:r>
      <w:r>
        <w:t xml:space="preserve">    (c) with nervousness or discomfort felt by someone due to concern about what others will think of them</w:t>
      </w:r>
    </w:p>
    <w:p>
      <w:pPr>
        <w:pStyle w:val="Compact"/>
        <w:numPr>
          <w:ilvl w:val="0"/>
          <w:numId w:val="1001"/>
        </w:numPr>
      </w:pPr>
      <w:r>
        <w:rPr>
          <w:b/>
          <w:bCs/>
        </w:rPr>
        <w:t xml:space="preserve">A thousand hands, that</w:t>
      </w:r>
      <w:r>
        <w:rPr>
          <w:b/>
          <w:bCs/>
        </w:rPr>
        <w:t xml:space="preserve"> </w:t>
      </w:r>
      <w:r>
        <w:rPr>
          <w:b/>
          <w:bCs/>
          <w:u w:val="single"/>
        </w:rPr>
        <w:t xml:space="preserve">nevertheless</w:t>
      </w:r>
      <w:r>
        <w:rPr>
          <w:b/>
          <w:bCs/>
        </w:rPr>
        <w:t xml:space="preserve"> </w:t>
      </w:r>
      <w:r>
        <w:rPr>
          <w:b/>
          <w:bCs/>
        </w:rPr>
        <w:t xml:space="preserve">loathed the touch, now lent their assistance, and thrust the ominous burden far, far into the centre of the raging furnace.</w:t>
      </w:r>
      <w:r>
        <w:br/>
      </w:r>
      <w:r>
        <w:t xml:space="preserve">    (a) despite that (used to connect contrasting ideas)</w:t>
      </w:r>
      <w:r>
        <w:br/>
      </w:r>
      <w:r>
        <w:t xml:space="preserve">    (b) therefore (for that reason)</w:t>
      </w:r>
      <w:r>
        <w:br/>
      </w:r>
      <w:r>
        <w:t xml:space="preserve">    (c) in keeping with or in agreement with what was just stated</w:t>
      </w:r>
    </w:p>
    <w:p>
      <w:pPr>
        <w:pStyle w:val="Compact"/>
        <w:numPr>
          <w:ilvl w:val="0"/>
          <w:numId w:val="1001"/>
        </w:numPr>
      </w:pPr>
      <w:r>
        <w:rPr>
          <w:b/>
          <w:bCs/>
        </w:rPr>
        <w:t xml:space="preserve">And as for ripeness, and as for progress, let mankind always do the highest, kindest, noblest thing that, at any given period, it has</w:t>
      </w:r>
      <w:r>
        <w:rPr>
          <w:b/>
          <w:bCs/>
        </w:rPr>
        <w:t xml:space="preserve"> </w:t>
      </w:r>
      <w:r>
        <w:rPr>
          <w:b/>
          <w:bCs/>
          <w:u w:val="single"/>
        </w:rPr>
        <w:t xml:space="preserve">attained</w:t>
      </w:r>
      <w:r>
        <w:rPr>
          <w:b/>
          <w:bCs/>
        </w:rPr>
        <w:t xml:space="preserve"> </w:t>
      </w:r>
      <w:r>
        <w:rPr>
          <w:b/>
          <w:bCs/>
        </w:rPr>
        <w:t xml:space="preserve">the perception of; and surely that thing cannot be wrong nor wrongly timed.</w:t>
      </w:r>
      <w:r>
        <w:br/>
      </w:r>
      <w:r>
        <w:t xml:space="preserve">    (a) tension from opposing ideas or feelings</w:t>
      </w:r>
      <w:r>
        <w:br/>
      </w:r>
      <w:r>
        <w:t xml:space="preserve">    (b) examined in detail to better understand</w:t>
      </w:r>
      <w:r>
        <w:br/>
      </w:r>
      <w:r>
        <w:t xml:space="preserve">    (c) gained or reached something with effort</w:t>
      </w:r>
    </w:p>
    <w:p>
      <w:pPr>
        <w:pStyle w:val="Compact"/>
        <w:numPr>
          <w:ilvl w:val="0"/>
          <w:numId w:val="1001"/>
        </w:numPr>
      </w:pPr>
      <w:r>
        <w:rPr>
          <w:b/>
          <w:bCs/>
        </w:rPr>
        <w:t xml:space="preserve">Another party demanded that all written constitutions, set forms of government, legislative acts, statute-books, and everything else on which human invention had</w:t>
      </w:r>
      <w:r>
        <w:rPr>
          <w:b/>
          <w:bCs/>
        </w:rPr>
        <w:t xml:space="preserve"> </w:t>
      </w:r>
      <w:r>
        <w:rPr>
          <w:b/>
          <w:bCs/>
          <w:u w:val="single"/>
        </w:rPr>
        <w:t xml:space="preserve">endeavored</w:t>
      </w:r>
      <w:r>
        <w:rPr>
          <w:b/>
          <w:bCs/>
        </w:rPr>
        <w:t xml:space="preserve"> </w:t>
      </w:r>
      <w:r>
        <w:rPr>
          <w:b/>
          <w:bCs/>
        </w:rPr>
        <w:t xml:space="preserve">to stamp its arbitrary laws, should at once be destroyed, leaving the consummated world as free as the man first created.</w:t>
      </w:r>
      <w:r>
        <w:br/>
      </w:r>
      <w:r>
        <w:t xml:space="preserve">    (a) decided in advance</w:t>
      </w:r>
      <w:r>
        <w:br/>
      </w:r>
      <w:r>
        <w:t xml:space="preserve">    (b) tried or attempted</w:t>
      </w:r>
      <w:r>
        <w:br/>
      </w:r>
      <w:r>
        <w:t xml:space="preserve">    (c) not disagreed with</w:t>
      </w:r>
    </w:p>
    <w:p>
      <w:pPr>
        <w:pStyle w:val="Compact"/>
        <w:numPr>
          <w:ilvl w:val="0"/>
          <w:numId w:val="1001"/>
        </w:numPr>
      </w:pPr>
      <w:r>
        <w:rPr>
          <w:b/>
          <w:bCs/>
        </w:rPr>
        <w:t xml:space="preserve">Accordingly a thorough and searching investigation had swept the booksellers' shops, hawkers' stands, public and private libraries, and even the little book-shelf by the country fireside, and had brought the world's entire mass of printed paper, bound or in sheets, to swell the already mountain bulk of our</w:t>
      </w:r>
      <w:r>
        <w:rPr>
          <w:b/>
          <w:bCs/>
        </w:rPr>
        <w:t xml:space="preserve"> </w:t>
      </w:r>
      <w:r>
        <w:rPr>
          <w:b/>
          <w:bCs/>
          <w:u w:val="single"/>
        </w:rPr>
        <w:t xml:space="preserve">illustrious</w:t>
      </w:r>
      <w:r>
        <w:rPr>
          <w:b/>
          <w:bCs/>
        </w:rPr>
        <w:t xml:space="preserve"> </w:t>
      </w:r>
      <w:r>
        <w:rPr>
          <w:b/>
          <w:bCs/>
        </w:rPr>
        <w:t xml:space="preserve">bonfire.</w:t>
      </w:r>
      <w:r>
        <w:br/>
      </w:r>
      <w:r>
        <w:t xml:space="preserve">    (a) the state or degree of being bad or harmful</w:t>
      </w:r>
      <w:r>
        <w:br/>
      </w:r>
      <w:r>
        <w:t xml:space="preserve">    (b) famous and admired; or worthy of admiration</w:t>
      </w:r>
      <w:r>
        <w:br/>
      </w:r>
      <w:r>
        <w:t xml:space="preserve">    (c) able to be taken up or received into heaven</w:t>
      </w:r>
    </w:p>
    <w:p>
      <w:pPr>
        <w:pStyle w:val="Compact"/>
        <w:numPr>
          <w:ilvl w:val="0"/>
          <w:numId w:val="1001"/>
        </w:numPr>
      </w:pPr>
      <w:r>
        <w:rPr>
          <w:b/>
          <w:bCs/>
        </w:rPr>
        <w:t xml:space="preserve">A collection of German stories</w:t>
      </w:r>
      <w:r>
        <w:rPr>
          <w:b/>
          <w:bCs/>
        </w:rPr>
        <w:t xml:space="preserve"> </w:t>
      </w:r>
      <w:r>
        <w:rPr>
          <w:b/>
          <w:bCs/>
          <w:u w:val="single"/>
        </w:rPr>
        <w:t xml:space="preserve">emitted</w:t>
      </w:r>
      <w:r>
        <w:rPr>
          <w:b/>
          <w:bCs/>
        </w:rPr>
        <w:t xml:space="preserve"> </w:t>
      </w:r>
      <w:r>
        <w:rPr>
          <w:b/>
          <w:bCs/>
        </w:rPr>
        <w:t xml:space="preserve">a scent of brimstone.</w:t>
      </w:r>
      <w:r>
        <w:br/>
      </w:r>
      <w:r>
        <w:t xml:space="preserve">    (a) restored</w:t>
      </w:r>
      <w:r>
        <w:br/>
      </w:r>
      <w:r>
        <w:t xml:space="preserve">    (b) not said</w:t>
      </w:r>
      <w:r>
        <w:br/>
      </w:r>
      <w:r>
        <w:t xml:space="preserve">    (c) sent out</w:t>
      </w:r>
    </w:p>
    <w:p>
      <w:pPr>
        <w:pStyle w:val="Compact"/>
        <w:numPr>
          <w:ilvl w:val="0"/>
          <w:numId w:val="1001"/>
        </w:numPr>
      </w:pPr>
      <w:r>
        <w:rPr>
          <w:b/>
          <w:bCs/>
        </w:rPr>
        <w:t xml:space="preserve">It amazed me much to observe how indefinite was the proportion between the physical mass of any given author and the property of brilliant and long-continued</w:t>
      </w:r>
      <w:r>
        <w:rPr>
          <w:b/>
          <w:bCs/>
        </w:rPr>
        <w:t xml:space="preserve"> </w:t>
      </w:r>
      <w:r>
        <w:rPr>
          <w:b/>
          <w:bCs/>
          <w:u w:val="single"/>
        </w:rPr>
        <w:t xml:space="preserve">combustion</w:t>
      </w:r>
      <w:r>
        <w:rPr>
          <w:b/>
          <w:bCs/>
        </w:rPr>
        <w:t xml:space="preserve">.</w:t>
      </w:r>
      <w:r>
        <w:br/>
      </w:r>
      <w:r>
        <w:t xml:space="preserve">    (a) restarted (a fire)</w:t>
      </w:r>
      <w:r>
        <w:br/>
      </w:r>
      <w:r>
        <w:t xml:space="preserve">    (b) wrongly translates</w:t>
      </w:r>
      <w:r>
        <w:br/>
      </w:r>
      <w:r>
        <w:t xml:space="preserve">    (c) the act of burning</w:t>
      </w:r>
    </w:p>
    <w:p>
      <w:pPr>
        <w:pStyle w:val="Compact"/>
        <w:numPr>
          <w:ilvl w:val="0"/>
          <w:numId w:val="1001"/>
        </w:numPr>
      </w:pPr>
      <w:r>
        <w:rPr>
          <w:b/>
          <w:bCs/>
        </w:rPr>
        <w:t xml:space="preserve">Those simple</w:t>
      </w:r>
      <w:r>
        <w:rPr>
          <w:b/>
          <w:bCs/>
        </w:rPr>
        <w:t xml:space="preserve"> </w:t>
      </w:r>
      <w:r>
        <w:rPr>
          <w:b/>
          <w:bCs/>
          <w:u w:val="single"/>
        </w:rPr>
        <w:t xml:space="preserve">edifices</w:t>
      </w:r>
      <w:r>
        <w:rPr>
          <w:b/>
          <w:bCs/>
        </w:rPr>
        <w:t xml:space="preserve"> </w:t>
      </w:r>
      <w:r>
        <w:rPr>
          <w:b/>
          <w:bCs/>
        </w:rPr>
        <w:t xml:space="preserve">might have been permitted to retain all of sacred embellishment that their Puritan founders had bestowed, even though the mighty structure of St. Peter's had sent its spoils to the fire of this terrible sacrifice.</w:t>
      </w:r>
      <w:r>
        <w:br/>
      </w:r>
      <w:r>
        <w:t xml:space="preserve">    (a) Christianity:  the original 12 disciples (followers) chosen by Jesus Christ to preach his gospel</w:t>
      </w:r>
      <w:r>
        <w:br/>
      </w:r>
      <w:r>
        <w:t xml:space="preserve">    (b) people who believe that God created the universe, but that he doesn't interfere with how it runs</w:t>
      </w:r>
      <w:r>
        <w:br/>
      </w:r>
      <w:r>
        <w:t xml:space="preserve">    (c) a building or structure -- especially a large one</w:t>
      </w:r>
      <w:r>
        <w:br/>
      </w:r>
      <w:r>
        <w:br/>
      </w:r>
      <w:r>
        <w:t xml:space="preserve">or:</w:t>
      </w:r>
      <w:r>
        <w:br/>
      </w:r>
      <w:r>
        <w:br/>
      </w:r>
      <w:r>
        <w:t xml:space="preserve">a conceptual or organizational framework</w:t>
      </w:r>
    </w:p>
    <w:p>
      <w:pPr>
        <w:pStyle w:val="Compact"/>
        <w:numPr>
          <w:ilvl w:val="0"/>
          <w:numId w:val="1001"/>
        </w:numPr>
      </w:pPr>
      <w:r>
        <w:rPr>
          <w:b/>
          <w:bCs/>
        </w:rPr>
        <w:t xml:space="preserve">The doubt</w:t>
      </w:r>
      <w:r>
        <w:rPr>
          <w:b/>
          <w:bCs/>
        </w:rPr>
        <w:t xml:space="preserve"> </w:t>
      </w:r>
      <w:r>
        <w:rPr>
          <w:b/>
          <w:bCs/>
          <w:u w:val="single"/>
        </w:rPr>
        <w:t xml:space="preserve">implied</w:t>
      </w:r>
      <w:r>
        <w:rPr>
          <w:b/>
          <w:bCs/>
        </w:rPr>
        <w:t xml:space="preserve"> </w:t>
      </w:r>
      <w:r>
        <w:rPr>
          <w:b/>
          <w:bCs/>
        </w:rPr>
        <w:t xml:space="preserve">in his question was well founded.</w:t>
      </w:r>
      <w:r>
        <w:br/>
      </w:r>
      <w:r>
        <w:t xml:space="preserve">    (a) suggested (said indirectly)</w:t>
      </w:r>
      <w:r>
        <w:br/>
      </w:r>
      <w:r>
        <w:t xml:space="preserve">    (b) was attractive or desirable</w:t>
      </w:r>
      <w:r>
        <w:br/>
      </w:r>
      <w:r>
        <w:t xml:space="preserve">    (c) not wanting to do something</w:t>
      </w:r>
    </w:p>
    <w:p>
      <w:pPr>
        <w:pStyle w:val="Compact"/>
        <w:numPr>
          <w:ilvl w:val="0"/>
          <w:numId w:val="1001"/>
        </w:numPr>
      </w:pPr>
      <w:r>
        <w:rPr>
          <w:b/>
          <w:bCs/>
        </w:rPr>
        <w:t xml:space="preserve">There, likewise, fell the family Bible, which the long-buried patriarch had read to his children,--in prosperity or sorrow, by the fireside and in the summer shade of trees,--and had</w:t>
      </w:r>
      <w:r>
        <w:rPr>
          <w:b/>
          <w:bCs/>
        </w:rPr>
        <w:t xml:space="preserve"> </w:t>
      </w:r>
      <w:r>
        <w:rPr>
          <w:b/>
          <w:bCs/>
          <w:u w:val="single"/>
        </w:rPr>
        <w:t xml:space="preserve">bequeathed</w:t>
      </w:r>
      <w:r>
        <w:rPr>
          <w:b/>
          <w:bCs/>
        </w:rPr>
        <w:t xml:space="preserve"> </w:t>
      </w:r>
      <w:r>
        <w:rPr>
          <w:b/>
          <w:bCs/>
        </w:rPr>
        <w:t xml:space="preserve">downward as the heirloom of generations.</w:t>
      </w:r>
      <w:r>
        <w:br/>
      </w:r>
      <w:r>
        <w:t xml:space="preserve">    (a) passed down</w:t>
      </w:r>
      <w:r>
        <w:br/>
      </w:r>
      <w:r>
        <w:t xml:space="preserve">    (b) helped make clear</w:t>
      </w:r>
      <w:r>
        <w:br/>
      </w:r>
      <w:r>
        <w:t xml:space="preserve">    (c) guided or managed</w:t>
      </w:r>
    </w:p>
    <w:p>
      <w:pPr>
        <w:pStyle w:val="Compact"/>
        <w:numPr>
          <w:ilvl w:val="0"/>
          <w:numId w:val="1001"/>
        </w:numPr>
      </w:pPr>
      <w:r>
        <w:rPr>
          <w:b/>
          <w:bCs/>
        </w:rPr>
        <w:t xml:space="preserve">"This is terrible!" said I, feeling that my check grew pale, and seeing a like change in the</w:t>
      </w:r>
      <w:r>
        <w:rPr>
          <w:b/>
          <w:bCs/>
        </w:rPr>
        <w:t xml:space="preserve"> </w:t>
      </w:r>
      <w:r>
        <w:rPr>
          <w:b/>
          <w:bCs/>
          <w:u w:val="single"/>
        </w:rPr>
        <w:t xml:space="preserve">visages</w:t>
      </w:r>
      <w:r>
        <w:rPr>
          <w:b/>
          <w:bCs/>
        </w:rPr>
        <w:t xml:space="preserve"> </w:t>
      </w:r>
      <w:r>
        <w:rPr>
          <w:b/>
          <w:bCs/>
        </w:rPr>
        <w:t xml:space="preserve">about me.</w:t>
      </w:r>
      <w:r>
        <w:br/>
      </w:r>
      <w:r>
        <w:t xml:space="preserve">    (a) short parts of longer written works</w:t>
      </w:r>
      <w:r>
        <w:br/>
      </w:r>
      <w:r>
        <w:t xml:space="preserve">    (b) someone's face or facial expression</w:t>
      </w:r>
      <w:r>
        <w:br/>
      </w:r>
      <w:r>
        <w:t xml:space="preserve">    (c) circular movements around something</w:t>
      </w:r>
    </w:p>
    <w:p>
      <w:pPr>
        <w:pStyle w:val="Compact"/>
        <w:numPr>
          <w:ilvl w:val="0"/>
          <w:numId w:val="1001"/>
        </w:numPr>
      </w:pPr>
      <w:r>
        <w:rPr>
          <w:b/>
          <w:bCs/>
        </w:rPr>
        <w:t xml:space="preserve">Certain marginal notes and commentaries, it is true, yielded to the intensity of the fiery test, but without</w:t>
      </w:r>
      <w:r>
        <w:rPr>
          <w:b/>
          <w:bCs/>
        </w:rPr>
        <w:t xml:space="preserve"> </w:t>
      </w:r>
      <w:r>
        <w:rPr>
          <w:b/>
          <w:bCs/>
          <w:u w:val="single"/>
        </w:rPr>
        <w:t xml:space="preserve">detriment</w:t>
      </w:r>
      <w:r>
        <w:rPr>
          <w:b/>
          <w:bCs/>
        </w:rPr>
        <w:t xml:space="preserve"> </w:t>
      </w:r>
      <w:r>
        <w:rPr>
          <w:b/>
          <w:bCs/>
        </w:rPr>
        <w:t xml:space="preserve">to the smallest syllable that had flamed from the pen of inspiration.</w:t>
      </w:r>
      <w:r>
        <w:br/>
      </w:r>
      <w:r>
        <w:t xml:space="preserve">    (a) a hoofed mamma</w:t>
      </w:r>
      <w:r>
        <w:br/>
      </w:r>
      <w:r>
        <w:t xml:space="preserve">    (b) a fat compound</w:t>
      </w:r>
      <w:r>
        <w:br/>
      </w:r>
      <w:r>
        <w:t xml:space="preserve">    (c) harm or damage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2026-07-31T18:56:13Z</dcterms:created>
  <dcterms:modified xsi:type="dcterms:W3CDTF">2026-07-31T18:56:13Z</dcterms:modified>
</cp:coreProperties>
</file>

<file path=docProps/custom.xml><?xml version="1.0" encoding="utf-8"?>
<Properties xmlns="http://schemas.openxmlformats.org/officeDocument/2006/custom-properties" xmlns:vt="http://schemas.openxmlformats.org/officeDocument/2006/docPropsVTypes"/>
</file>