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d56b91420f44761764b2d8c3627ce83ece1253"/>
    <w:p>
      <w:pPr>
        <w:pStyle w:val="Heading1"/>
      </w:pPr>
      <w:r>
        <w:rPr>
          <w:b/>
          <w:bCs/>
        </w:rPr>
        <w:t xml:space="preserve">Early Cases Of Hercule Poirot</w:t>
      </w:r>
      <w:r>
        <w:br/>
      </w:r>
      <w:r>
        <w:rPr>
          <w:i/>
          <w:iCs/>
        </w:rPr>
        <w:t xml:space="preserve">Agatha Christie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 </w:t>
      </w:r>
      <w:r>
        <w:rPr>
          <w:b/>
          <w:bCs/>
        </w:rPr>
        <w:t xml:space="preserve">we can't leave the possibility of suicide out of account.</w:t>
      </w:r>
      <w:r>
        <w:br/>
      </w:r>
      <w:r>
        <w:t xml:space="preserve">    (a) therefore (for that reason)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despite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Several people declare that they heard a violent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altercation</w:t>
      </w:r>
      <w:r>
        <w:rPr>
          <w:b/>
          <w:bCs/>
        </w:rPr>
        <w:t xml:space="preserve"> </w:t>
      </w:r>
      <w:r>
        <w:rPr>
          <w:b/>
          <w:bCs/>
        </w:rPr>
        <w:t xml:space="preserve">going on in the little supper-room, and that Eustace Beltane was one of the disputants.</w:t>
      </w:r>
      <w:r>
        <w:br/>
      </w:r>
      <w:r>
        <w:t xml:space="preserve">    (a) a particular understanding or explanation</w:t>
      </w:r>
      <w:r>
        <w:br/>
      </w:r>
      <w:r>
        <w:t xml:space="preserve">    (b) the time during which something continues</w:t>
      </w:r>
      <w:r>
        <w:br/>
      </w:r>
      <w:r>
        <w:t xml:space="preserve">    (c) a noisy argument, confrontation, or fight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'In truth that would be ridiculous,' agreed Poirot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placidly</w:t>
      </w:r>
      <w:r>
        <w:rPr>
          <w:b/>
          <w:bCs/>
        </w:rPr>
        <w:t xml:space="preserve">.</w:t>
      </w:r>
      <w:r>
        <w:br/>
      </w:r>
      <w:r>
        <w:t xml:space="preserve">    (a) calmly</w:t>
      </w:r>
      <w:r>
        <w:br/>
      </w:r>
      <w:r>
        <w:t xml:space="preserve">    (b) really</w:t>
      </w:r>
      <w:r>
        <w:br/>
      </w:r>
      <w:r>
        <w:t xml:space="preserve">    (c) mainly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 curious case, full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contradictory</w:t>
      </w:r>
      <w:r>
        <w:rPr>
          <w:b/>
          <w:bCs/>
        </w:rPr>
        <w:t xml:space="preserve"> </w:t>
      </w:r>
      <w:r>
        <w:rPr>
          <w:b/>
          <w:bCs/>
        </w:rPr>
        <w:t xml:space="preserve">features.</w:t>
      </w:r>
      <w:r>
        <w:br/>
      </w:r>
      <w:r>
        <w:t xml:space="preserve">    (a) dramatic change</w:t>
      </w:r>
      <w:r>
        <w:br/>
      </w:r>
      <w:r>
        <w:t xml:space="preserve">    (b) relative amount</w:t>
      </w:r>
      <w:r>
        <w:br/>
      </w:r>
      <w:r>
        <w:t xml:space="preserve">    (c) in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I will make some little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inquiries</w:t>
      </w:r>
      <w:r>
        <w:rPr>
          <w:b/>
          <w:bCs/>
        </w:rPr>
        <w:t xml:space="preserve"> </w:t>
      </w:r>
      <w:r>
        <w:rPr>
          <w:b/>
          <w:bCs/>
        </w:rPr>
        <w:t xml:space="preserve">of my own.</w:t>
      </w:r>
      <w:r>
        <w:br/>
      </w:r>
      <w:r>
        <w:t xml:space="preserve">    (a) questions or investigations</w:t>
      </w:r>
      <w:r>
        <w:br/>
      </w:r>
      <w:r>
        <w:t xml:space="preserve">    (b) social events or ceremonies</w:t>
      </w:r>
      <w:r>
        <w:br/>
      </w:r>
      <w:r>
        <w:t xml:space="preserve">    (c) reasons for doing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must seek for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motive</w:t>
      </w:r>
      <w:r>
        <w:rPr>
          <w:b/>
          <w:bCs/>
        </w:rPr>
        <w:t xml:space="preserve">.</w:t>
      </w:r>
      <w:r>
        <w:br/>
      </w:r>
      <w:r>
        <w:t xml:space="preserve">    (a) the sacred writings of Islam</w:t>
      </w:r>
      <w:r>
        <w:br/>
      </w:r>
      <w:r>
        <w:t xml:space="preserve">    (b) reason (for doing something)</w:t>
      </w:r>
      <w:r>
        <w:br/>
      </w:r>
      <w:r>
        <w:t xml:space="preserve">    (c) small quantity or indication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absorption was not so great, however, that he failed to see two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strands of feather scarf wrenched off by the lady's agitated fingers.</w:t>
      </w:r>
      <w:r>
        <w:br/>
      </w:r>
      <w:r>
        <w:t xml:space="preserve">    (a) exact</w:t>
      </w:r>
      <w:r>
        <w:br/>
      </w:r>
      <w:r>
        <w:t xml:space="preserve">    (b) small</w:t>
      </w:r>
      <w:r>
        <w:br/>
      </w:r>
      <w:r>
        <w:t xml:space="preserve">    (c) awake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Seizing my opportunity, I too knelt down, and taking the handkerchief from the sleeve, scrutinized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minutely</w:t>
      </w:r>
      <w:r>
        <w:rPr>
          <w:b/>
          <w:bCs/>
        </w:rPr>
        <w:t xml:space="preserve">.</w:t>
      </w:r>
      <w:r>
        <w:br/>
      </w:r>
      <w:r>
        <w:t xml:space="preserve">    (a) in a manner that deserves praise</w:t>
      </w:r>
      <w:r>
        <w:br/>
      </w:r>
      <w:r>
        <w:t xml:space="preserve">    (b) with careful attention to detail</w:t>
      </w:r>
      <w:r>
        <w:br/>
      </w:r>
      <w:r>
        <w:t xml:space="preserve">    (c) in a manner that does not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discovered first that 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deceiving</w:t>
      </w:r>
      <w:r>
        <w:rPr>
          <w:b/>
          <w:bCs/>
        </w:rPr>
        <w:t xml:space="preserve"> </w:t>
      </w:r>
      <w:r>
        <w:rPr>
          <w:b/>
          <w:bCs/>
        </w:rPr>
        <w:t xml:space="preserve">her-then, under your guidance, that he was trying to poison her.</w:t>
      </w:r>
      <w:r>
        <w:br/>
      </w:r>
      <w:r>
        <w:t xml:space="preserve">    (a) lying or misleading</w:t>
      </w:r>
      <w:r>
        <w:br/>
      </w:r>
      <w:r>
        <w:t xml:space="preserve">    (b) influencing opinion</w:t>
      </w:r>
      <w:r>
        <w:br/>
      </w:r>
      <w:r>
        <w:t xml:space="preserve">    (c) continuing to exist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Everything goes to show that there was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accomplice</w:t>
      </w:r>
      <w:r>
        <w:rPr>
          <w:b/>
          <w:bCs/>
        </w:rPr>
        <w:t xml:space="preserve"> </w:t>
      </w:r>
      <w:r>
        <w:rPr>
          <w:b/>
          <w:bCs/>
        </w:rPr>
        <w:t xml:space="preserve">inside the house.</w:t>
      </w:r>
      <w:r>
        <w:br/>
      </w:r>
      <w:r>
        <w:t xml:space="preserve">    (a) person who assisted</w:t>
      </w:r>
      <w:r>
        <w:br/>
      </w:r>
      <w:r>
        <w:t xml:space="preserve">    (b) wrong understanding</w:t>
      </w:r>
      <w:r>
        <w:br/>
      </w:r>
      <w:r>
        <w:t xml:space="preserve">    (c) act of hiring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endeavouring</w:t>
      </w:r>
      <w:r>
        <w:rPr>
          <w:b/>
          <w:bCs/>
        </w:rPr>
        <w:t xml:space="preserve"> </w:t>
      </w:r>
      <w:r>
        <w:rPr>
          <w:b/>
          <w:bCs/>
        </w:rPr>
        <w:t xml:space="preserve">to do so.</w:t>
      </w:r>
      <w:r>
        <w:br/>
      </w:r>
      <w:r>
        <w:t xml:space="preserve">    (a) believing or judging</w:t>
      </w:r>
      <w:r>
        <w:br/>
      </w:r>
      <w:r>
        <w:t xml:space="preserve">    (b) working or operating</w:t>
      </w:r>
      <w:r>
        <w:br/>
      </w:r>
      <w:r>
        <w:t xml:space="preserve">    (c) trying or attempting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same way, if someone else had placed them there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incriminate</w:t>
      </w:r>
      <w:r>
        <w:rPr>
          <w:b/>
          <w:bCs/>
        </w:rPr>
        <w:t xml:space="preserve"> </w:t>
      </w:r>
      <w:r>
        <w:rPr>
          <w:b/>
          <w:bCs/>
        </w:rPr>
        <w:t xml:space="preserve">Parker, one would have been sufficient-the cigarette caseor the glove-again not both.</w:t>
      </w:r>
      <w:r>
        <w:br/>
      </w:r>
      <w:r>
        <w:t xml:space="preserve">    (a) come to terms with</w:t>
      </w:r>
      <w:r>
        <w:br/>
      </w:r>
      <w:r>
        <w:t xml:space="preserve">    (b) notable difference</w:t>
      </w:r>
      <w:r>
        <w:br/>
      </w:r>
      <w:r>
        <w:t xml:space="preserve">    (c) make appear guilty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gather she is still there, at Daisymead-</w:t>
      </w:r>
      <w:r>
        <w:rPr>
          <w:b/>
          <w:bCs/>
          <w:u w:val="single"/>
        </w:rPr>
        <w:t xml:space="preserve">prostrated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shock.</w:t>
      </w:r>
      <w:r>
        <w:br/>
      </w:r>
      <w:r>
        <w:t xml:space="preserve">    (a) lying down - typically face downward on the ground as in submission</w:t>
      </w:r>
      <w:r>
        <w:br/>
      </w:r>
      <w:r>
        <w:t xml:space="preserve">    (b) showed something -- such as demonstrated, expressed, or represented</w:t>
      </w:r>
      <w:r>
        <w:br/>
      </w:r>
      <w:r>
        <w:t xml:space="preserve">    (c) provided evidence of something -- especially oral evidence in court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"Thank you for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amiability</w:t>
      </w:r>
      <w:r>
        <w:rPr>
          <w:b/>
          <w:bCs/>
        </w:rPr>
        <w:t xml:space="preserve">, Doctor," said Poirot.</w:t>
      </w:r>
      <w:r>
        <w:br/>
      </w:r>
      <w:r>
        <w:t xml:space="preserve">    (a) relating to where attention is concentrated</w:t>
      </w:r>
      <w:r>
        <w:br/>
      </w:r>
      <w:r>
        <w:t xml:space="preserve">    (b) computer code that performs a specific task</w:t>
      </w:r>
      <w:r>
        <w:br/>
      </w:r>
      <w:r>
        <w:t xml:space="preserve">    (c) the quality of being friendly and agreeable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Ah, mon ami, one can have romance without golden-haired girls of matchless beauty-no; I am wrong; it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auburn</w:t>
      </w:r>
      <w:r>
        <w:rPr>
          <w:b/>
          <w:bCs/>
        </w:rPr>
        <w:t xml:space="preserve"> </w:t>
      </w:r>
      <w:r>
        <w:rPr>
          <w:b/>
          <w:bCs/>
        </w:rPr>
        <w:t xml:space="preserve">hair that so excites you always.</w:t>
      </w:r>
      <w:r>
        <w:br/>
      </w:r>
      <w:r>
        <w:t xml:space="preserve">    (a) painted white</w:t>
      </w:r>
      <w:r>
        <w:br/>
      </w:r>
      <w:r>
        <w:t xml:space="preserve">    (b) challengeable</w:t>
      </w:r>
      <w:r>
        <w:br/>
      </w:r>
      <w:r>
        <w:t xml:space="preserve">    (c) reddish-brown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place in question was more or less well known 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opium</w:t>
      </w:r>
      <w:r>
        <w:rPr>
          <w:b/>
          <w:bCs/>
        </w:rPr>
        <w:t xml:space="preserve">-den of the lowest description.</w:t>
      </w:r>
      <w:r>
        <w:br/>
      </w:r>
      <w:r>
        <w:t xml:space="preserve">    (a) a powerful narcotic</w:t>
      </w:r>
      <w:r>
        <w:br/>
      </w:r>
      <w:r>
        <w:t xml:space="preserve">    (b) a powerful cooking additive</w:t>
      </w:r>
      <w:r>
        <w:br/>
      </w:r>
      <w:r>
        <w:t xml:space="preserve">    (c) a powerful herbal remedy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-a strange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irony</w:t>
      </w:r>
      <w:r>
        <w:rPr>
          <w:b/>
          <w:bCs/>
        </w:rPr>
        <w:t xml:space="preserve">, by the way, that led the unfortunate woman to come to this building where her rival lived-</w:t>
      </w:r>
      <w:r>
        <w:br/>
      </w:r>
      <w:r>
        <w:t xml:space="preserve">    (a) lymph node -- one of many bean-sized organs that filter bacteria and other toxins from circulating white-blood-cell filled lymph fluid</w:t>
      </w:r>
      <w:r>
        <w:br/>
      </w:r>
      <w:r>
        <w:t xml:space="preserve">    (b) an interesting coincidence</w:t>
      </w:r>
      <w:r>
        <w:br/>
      </w:r>
      <w:r>
        <w:t xml:space="preserve">    (c) someone who believe behavior should be guided by high ideals or standards -- often with the implication that the person is unrealistic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"Fact!" said General Forbes. "Heard it from old Bassington-ffrench. And he heard it from old Badger Cotterill who'd got it from Snooks Parker.'"</w:t>
      </w:r>
      <w:r>
        <w:br/>
      </w:r>
      <w:r>
        <w:rPr>
          <w:b/>
          <w:bCs/>
        </w:rPr>
        <w:t xml:space="preserve">Miss Henderson nodded brightly. "That does seem to settle it!' she said."</w:t>
      </w:r>
      <w:r>
        <w:br/>
      </w:r>
      <w:r>
        <w:rPr>
          <w:b/>
          <w:bCs/>
        </w:rPr>
        <w:t xml:space="preserve">A fleeting smile showed for a minute on the face of a small man sitting near them. Miss Henderson noticed the smile. She was observant. It had shown appreciation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irony</w:t>
      </w:r>
      <w:r>
        <w:rPr>
          <w:b/>
          <w:bCs/>
        </w:rPr>
        <w:t xml:space="preserve"> </w:t>
      </w:r>
      <w:r>
        <w:rPr>
          <w:b/>
          <w:bCs/>
        </w:rPr>
        <w:t xml:space="preserve">underlying her last remark...</w:t>
      </w:r>
      <w:r>
        <w:br/>
      </w:r>
      <w:r>
        <w:t xml:space="preserve">    (a) soft leather shoe traditionally worn by Native Americans</w:t>
      </w:r>
      <w:r>
        <w:br/>
      </w:r>
      <w:r>
        <w:t xml:space="preserve">    (b) saying something that could be taken to mean the opposite of what was intended</w:t>
      </w:r>
      <w:r>
        <w:br/>
      </w:r>
      <w:r>
        <w:t xml:space="preserve">    (c) belief or opinion formed by viewing things a certain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little-</w:t>
      </w:r>
      <w:r>
        <w:rPr>
          <w:b/>
          <w:bCs/>
          <w:u w:val="single"/>
        </w:rPr>
        <w:t xml:space="preserve">farce</w:t>
      </w:r>
      <w:r>
        <w:rPr>
          <w:b/>
          <w:bCs/>
        </w:rPr>
        <w:t xml:space="preserve">-it must cease.</w:t>
      </w:r>
      <w:r>
        <w:br/>
      </w:r>
      <w:r>
        <w:t xml:space="preserve">    (a) (verb) to intentionally anger, challenge, or upset someone -- especially by mocking them or hurling insults  OR  (noun) an insult or other action intended to anger, challenge, or upset someone</w:t>
      </w:r>
      <w:r>
        <w:br/>
      </w:r>
      <w:r>
        <w:t xml:space="preserve">    (b) treat in a manner that demonstrates a sense of superiority, but is supposed to seem kind  OR  the actions of a patron (to support someone or something; or to be a customer)</w:t>
      </w:r>
      <w:r>
        <w:br/>
      </w:r>
      <w:r>
        <w:t xml:space="preserve">    (c) a ridiculous, exaggerated situation too absurd to be taken seriously; or a type of comedy that relies on absurd humor, using physical slapstick, unlikely situations, and deliberate misunderstandings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Lady Millicent had spoken truly when she described him 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odious</w:t>
      </w:r>
      <w:r>
        <w:rPr>
          <w:b/>
          <w:bCs/>
        </w:rPr>
        <w:t xml:space="preserve"> </w:t>
      </w:r>
      <w:r>
        <w:rPr>
          <w:b/>
          <w:bCs/>
        </w:rPr>
        <w:t xml:space="preserve">man.</w:t>
      </w:r>
      <w:r>
        <w:br/>
      </w:r>
      <w:r>
        <w:t xml:space="preserve">    (a) the degree to which something is able to change or is different</w:t>
      </w:r>
      <w:r>
        <w:br/>
      </w:r>
      <w:r>
        <w:t xml:space="preserve">    (b) extremely unpleasant, disgusting, dislikable, or worthy of hate</w:t>
      </w:r>
      <w:r>
        <w:br/>
      </w:r>
      <w:r>
        <w:t xml:space="preserve">    (c) not trustworthy, or improper, or attracting unwelcome attention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2026-07-31T16:09:35Z</dcterms:created>
  <dcterms:modified xsi:type="dcterms:W3CDTF">2026-07-31T16:09:35Z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