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dune-frank-herbert-vocabulary-preview"/>
    <w:p>
      <w:pPr>
        <w:pStyle w:val="Heading1"/>
      </w:pPr>
      <w:r>
        <w:rPr>
          <w:b/>
          <w:bCs/>
        </w:rPr>
        <w:t xml:space="preserve">Dune</w:t>
      </w:r>
      <w:r>
        <w:br/>
      </w:r>
      <w:r>
        <w:rPr>
          <w:i/>
          <w:iCs/>
        </w:rPr>
        <w:t xml:space="preserve">Frank Herbert</w:t>
      </w:r>
      <w:r>
        <w:br/>
      </w:r>
      <w:r>
        <w:rPr>
          <w:b/>
          <w:bCs/>
        </w:rPr>
        <w:t xml:space="preserve">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This passage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adapted</w:t>
      </w:r>
      <w:r>
        <w:rPr>
          <w:b/>
          <w:bCs/>
        </w:rPr>
        <w:t xml:space="preserve"> </w:t>
      </w:r>
      <w:r>
        <w:rPr>
          <w:b/>
          <w:bCs/>
        </w:rPr>
        <w:t xml:space="preserve">from Ralph Ellison,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Invisible Man</w:t>
      </w:r>
      <w:r>
        <w:rPr>
          <w:b/>
          <w:bCs/>
        </w:rPr>
        <w:t xml:space="preserve"> </w:t>
      </w:r>
      <w:r>
        <w:rPr>
          <w:b/>
          <w:bCs/>
        </w:rPr>
        <w:t xml:space="preserve">©1952.</w:t>
      </w:r>
      <w:r>
        <w:br/>
      </w:r>
      <w:r>
        <w:t xml:space="preserve">    (a) copied</w:t>
      </w:r>
      <w:r>
        <w:br/>
      </w:r>
      <w:r>
        <w:t xml:space="preserve">    (b) read</w:t>
      </w:r>
      <w:r>
        <w:br/>
      </w:r>
      <w:r>
        <w:t xml:space="preserve">    (c) changed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human spine is not 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well adapted</w:t>
      </w:r>
      <w:r>
        <w:rPr>
          <w:b/>
          <w:bCs/>
        </w:rPr>
        <w:t xml:space="preserve"> </w:t>
      </w:r>
      <w:r>
        <w:rPr>
          <w:b/>
          <w:bCs/>
        </w:rPr>
        <w:t xml:space="preserve">to walking upright as we would like.</w:t>
      </w:r>
      <w:r>
        <w:br/>
      </w:r>
      <w:r>
        <w:t xml:space="preserve">    (a) known widely</w:t>
      </w:r>
      <w:r>
        <w:br/>
      </w:r>
      <w:r>
        <w:t xml:space="preserve">    (b) well suited</w:t>
      </w:r>
      <w:r>
        <w:br/>
      </w:r>
      <w:r>
        <w:t xml:space="preserve">    (c) insured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most countries,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convention</w:t>
      </w:r>
      <w:r>
        <w:rPr>
          <w:b/>
          <w:bCs/>
        </w:rPr>
        <w:t xml:space="preserve"> </w:t>
      </w:r>
      <w:r>
        <w:rPr>
          <w:b/>
          <w:bCs/>
        </w:rPr>
        <w:t xml:space="preserve">is to shake the head to indicate "no", but in Bulgaria that indicates "yes".</w:t>
      </w:r>
      <w:r>
        <w:br/>
      </w:r>
      <w:r>
        <w:t xml:space="preserve">    (a) normal behavior</w:t>
      </w:r>
      <w:r>
        <w:br/>
      </w:r>
      <w:r>
        <w:t xml:space="preserve">    (b) movement</w:t>
      </w:r>
      <w:r>
        <w:br/>
      </w:r>
      <w:r>
        <w:t xml:space="preserve">    (c) agreement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country has signed the United Nations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Convention</w:t>
      </w:r>
      <w:r>
        <w:rPr>
          <w:b/>
          <w:bCs/>
        </w:rPr>
        <w:t xml:space="preserve"> </w:t>
      </w:r>
      <w:r>
        <w:rPr>
          <w:b/>
          <w:bCs/>
        </w:rPr>
        <w:t xml:space="preserve">against Torture.</w:t>
      </w:r>
      <w:r>
        <w:br/>
      </w:r>
      <w:r>
        <w:t xml:space="preserve">    (a) written international agreement</w:t>
      </w:r>
      <w:r>
        <w:br/>
      </w:r>
      <w:r>
        <w:t xml:space="preserve">    (b) a large conference or meeting</w:t>
      </w:r>
      <w:r>
        <w:br/>
      </w:r>
      <w:r>
        <w:t xml:space="preserve">    (c) written study with findings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skin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graft</w:t>
      </w:r>
      <w:r>
        <w:rPr>
          <w:b/>
          <w:bCs/>
        </w:rPr>
        <w:t xml:space="preserve"> </w:t>
      </w:r>
      <w:r>
        <w:rPr>
          <w:b/>
          <w:bCs/>
        </w:rPr>
        <w:t xml:space="preserve">was successful and the patient’s wound healed quickly.</w:t>
      </w:r>
      <w:r>
        <w:br/>
      </w:r>
      <w:r>
        <w:t xml:space="preserve">    (a) stitching</w:t>
      </w:r>
      <w:r>
        <w:br/>
      </w:r>
      <w:r>
        <w:t xml:space="preserve">    (b) transplant</w:t>
      </w:r>
      <w:r>
        <w:br/>
      </w:r>
      <w:r>
        <w:t xml:space="preserve">    (c) disinfection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investigation revealed evidence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graft</w:t>
      </w:r>
      <w:r>
        <w:rPr>
          <w:b/>
          <w:bCs/>
        </w:rPr>
        <w:t xml:space="preserve"> </w:t>
      </w:r>
      <w:r>
        <w:rPr>
          <w:b/>
          <w:bCs/>
        </w:rPr>
        <w:t xml:space="preserve">and bribery among high-ranking officials.</w:t>
      </w:r>
      <w:r>
        <w:br/>
      </w:r>
      <w:r>
        <w:t xml:space="preserve">    (a) corruption</w:t>
      </w:r>
      <w:r>
        <w:br/>
      </w:r>
      <w:r>
        <w:t xml:space="preserve">    (b) carelessness</w:t>
      </w:r>
      <w:r>
        <w:br/>
      </w:r>
      <w:r>
        <w:t xml:space="preserve">    (c) incompetence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Cold weather can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inhibit</w:t>
      </w:r>
      <w:r>
        <w:rPr>
          <w:b/>
          <w:bCs/>
        </w:rPr>
        <w:t xml:space="preserve"> </w:t>
      </w:r>
      <w:r>
        <w:rPr>
          <w:b/>
          <w:bCs/>
        </w:rPr>
        <w:t xml:space="preserve">the growth of many tropical plants.</w:t>
      </w:r>
      <w:r>
        <w:br/>
      </w:r>
      <w:r>
        <w:t xml:space="preserve">    (a) slow down</w:t>
      </w:r>
      <w:r>
        <w:br/>
      </w:r>
      <w:r>
        <w:t xml:space="preserve">    (b) monitor</w:t>
      </w:r>
      <w:r>
        <w:br/>
      </w:r>
      <w:r>
        <w:t xml:space="preserve">    (c) describe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was too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inhibited</w:t>
      </w:r>
      <w:r>
        <w:rPr>
          <w:b/>
          <w:bCs/>
        </w:rPr>
        <w:t xml:space="preserve"> </w:t>
      </w:r>
      <w:r>
        <w:rPr>
          <w:b/>
          <w:bCs/>
        </w:rPr>
        <w:t xml:space="preserve">to dance at parties, even when everyone else joined in.</w:t>
      </w:r>
      <w:r>
        <w:br/>
      </w:r>
      <w:r>
        <w:t xml:space="preserve">    (a) loud and confident</w:t>
      </w:r>
      <w:r>
        <w:br/>
      </w:r>
      <w:r>
        <w:t xml:space="preserve">    (b) wild and uncontrolled</w:t>
      </w:r>
      <w:r>
        <w:br/>
      </w:r>
      <w:r>
        <w:t xml:space="preserve">    (c) shy and self-conscious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will stand to his left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interpret</w:t>
      </w:r>
      <w:r>
        <w:rPr>
          <w:b/>
          <w:bCs/>
        </w:rPr>
        <w:t xml:space="preserve"> </w:t>
      </w:r>
      <w:r>
        <w:rPr>
          <w:b/>
          <w:bCs/>
        </w:rPr>
        <w:t xml:space="preserve">his speech into sign language.</w:t>
      </w:r>
      <w:r>
        <w:br/>
      </w:r>
      <w:r>
        <w:t xml:space="preserve">    (a) refute (prove false)</w:t>
      </w:r>
      <w:r>
        <w:br/>
      </w:r>
      <w:r>
        <w:t xml:space="preserve">    (b) translate</w:t>
      </w:r>
      <w:r>
        <w:br/>
      </w:r>
      <w:r>
        <w:t xml:space="preserve">    (c) elaborate upon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urged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jihad</w:t>
      </w:r>
      <w:r>
        <w:rPr>
          <w:b/>
          <w:bCs/>
        </w:rPr>
        <w:t xml:space="preserve"> </w:t>
      </w:r>
      <w:r>
        <w:rPr>
          <w:b/>
          <w:bCs/>
        </w:rPr>
        <w:t xml:space="preserve">against Jews and crusaders.</w:t>
      </w:r>
      <w:r>
        <w:br/>
      </w:r>
      <w:r>
        <w:t xml:space="preserve">    (a) propaganda</w:t>
      </w:r>
      <w:r>
        <w:br/>
      </w:r>
      <w:r>
        <w:t xml:space="preserve">    (b) holy war</w:t>
      </w:r>
      <w:r>
        <w:br/>
      </w:r>
      <w:r>
        <w:t xml:space="preserve">    (c) economic boycott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journalist's investigation put her in great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peril</w:t>
      </w:r>
      <w:r>
        <w:rPr>
          <w:b/>
          <w:bCs/>
        </w:rPr>
        <w:t xml:space="preserve">.</w:t>
      </w:r>
      <w:r>
        <w:br/>
      </w:r>
      <w:r>
        <w:t xml:space="preserve">    (a) danger</w:t>
      </w:r>
      <w:r>
        <w:br/>
      </w:r>
      <w:r>
        <w:t xml:space="preserve">    (b) fame</w:t>
      </w:r>
      <w:r>
        <w:br/>
      </w:r>
      <w:r>
        <w:t xml:space="preserve">    (c) weariness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once self-conscious girl is now a woman with considerable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poise</w:t>
      </w:r>
      <w:r>
        <w:rPr>
          <w:b/>
          <w:bCs/>
        </w:rPr>
        <w:t xml:space="preserve">.</w:t>
      </w:r>
      <w:r>
        <w:br/>
      </w:r>
      <w:r>
        <w:t xml:space="preserve">    (a) style</w:t>
      </w:r>
      <w:r>
        <w:br/>
      </w:r>
      <w:r>
        <w:t xml:space="preserve">    (b) education</w:t>
      </w:r>
      <w:r>
        <w:br/>
      </w:r>
      <w:r>
        <w:t xml:space="preserve">    (c) composure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I'm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positive</w:t>
      </w:r>
      <w:r>
        <w:rPr>
          <w:b/>
          <w:bCs/>
        </w:rPr>
        <w:t xml:space="preserve"> </w:t>
      </w:r>
      <w:r>
        <w:rPr>
          <w:b/>
          <w:bCs/>
        </w:rPr>
        <w:t xml:space="preserve">our team will win on Friday.</w:t>
      </w:r>
      <w:r>
        <w:br/>
      </w:r>
      <w:r>
        <w:t xml:space="preserve">    (a) happy</w:t>
      </w:r>
      <w:r>
        <w:br/>
      </w:r>
      <w:r>
        <w:t xml:space="preserve">    (b) certain</w:t>
      </w:r>
      <w:r>
        <w:br/>
      </w:r>
      <w:r>
        <w:t xml:space="preserve">    (c) pretty sure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Volunteering had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positive</w:t>
      </w:r>
      <w:r>
        <w:rPr>
          <w:b/>
          <w:bCs/>
        </w:rPr>
        <w:t xml:space="preserve"> </w:t>
      </w:r>
      <w:r>
        <w:rPr>
          <w:b/>
          <w:bCs/>
        </w:rPr>
        <w:t xml:space="preserve">impact on the whole neighborhood.</w:t>
      </w:r>
      <w:r>
        <w:br/>
      </w:r>
      <w:r>
        <w:t xml:space="preserve">    (a) harmful or damaging</w:t>
      </w:r>
      <w:r>
        <w:br/>
      </w:r>
      <w:r>
        <w:t xml:space="preserve">    (b) minor and unnoticed</w:t>
      </w:r>
      <w:r>
        <w:br/>
      </w:r>
      <w:r>
        <w:t xml:space="preserve">    (c) good or beneficial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is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profound</w:t>
      </w:r>
      <w:r>
        <w:rPr>
          <w:b/>
          <w:bCs/>
        </w:rPr>
        <w:t xml:space="preserve"> </w:t>
      </w:r>
      <w:r>
        <w:rPr>
          <w:b/>
          <w:bCs/>
        </w:rPr>
        <w:t xml:space="preserve">thinker.</w:t>
      </w:r>
      <w:r>
        <w:br/>
      </w:r>
      <w:r>
        <w:t xml:space="preserve">    (a) quick</w:t>
      </w:r>
      <w:r>
        <w:br/>
      </w:r>
      <w:r>
        <w:t xml:space="preserve">    (b) deep</w:t>
      </w:r>
      <w:r>
        <w:br/>
      </w:r>
      <w:r>
        <w:t xml:space="preserve">    (c) shallow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was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profound</w:t>
      </w:r>
      <w:r>
        <w:rPr>
          <w:b/>
          <w:bCs/>
        </w:rPr>
        <w:t xml:space="preserve"> </w:t>
      </w:r>
      <w:r>
        <w:rPr>
          <w:b/>
          <w:bCs/>
        </w:rPr>
        <w:t xml:space="preserve">spiritual experience that changed her life.</w:t>
      </w:r>
      <w:r>
        <w:br/>
      </w:r>
      <w:r>
        <w:t xml:space="preserve">    (a) common</w:t>
      </w:r>
      <w:r>
        <w:br/>
      </w:r>
      <w:r>
        <w:t xml:space="preserve">    (b) intense</w:t>
      </w:r>
      <w:r>
        <w:br/>
      </w:r>
      <w:r>
        <w:t xml:space="preserve">    (c) traditional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was a self-fulfilling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prophecy</w:t>
      </w:r>
      <w:r>
        <w:rPr>
          <w:b/>
          <w:bCs/>
        </w:rPr>
        <w:t xml:space="preserve">.</w:t>
      </w:r>
      <w:r>
        <w:br/>
      </w:r>
      <w:r>
        <w:t xml:space="preserve">    (a) prediction</w:t>
      </w:r>
      <w:r>
        <w:br/>
      </w:r>
      <w:r>
        <w:t xml:space="preserve">    (b) profitable enterprise</w:t>
      </w:r>
      <w:r>
        <w:br/>
      </w:r>
      <w:r>
        <w:t xml:space="preserve">    (c) explanation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is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subtle</w:t>
      </w:r>
      <w:r>
        <w:rPr>
          <w:b/>
          <w:bCs/>
        </w:rPr>
        <w:t xml:space="preserve"> </w:t>
      </w:r>
      <w:r>
        <w:rPr>
          <w:b/>
          <w:bCs/>
        </w:rPr>
        <w:t xml:space="preserve">poison. In small doses, it might never be detected, but eventually your heart will fail.</w:t>
      </w:r>
      <w:r>
        <w:br/>
      </w:r>
      <w:r>
        <w:t xml:space="preserve">    (a) powerful</w:t>
      </w:r>
      <w:r>
        <w:br/>
      </w:r>
      <w:r>
        <w:t xml:space="preserve">    (b) painless</w:t>
      </w:r>
      <w:r>
        <w:br/>
      </w:r>
      <w:r>
        <w:t xml:space="preserve">    (c) hard to notice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has a good eye for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subtle</w:t>
      </w:r>
      <w:r>
        <w:rPr>
          <w:b/>
          <w:bCs/>
        </w:rPr>
        <w:t xml:space="preserve"> </w:t>
      </w:r>
      <w:r>
        <w:rPr>
          <w:b/>
          <w:bCs/>
        </w:rPr>
        <w:t xml:space="preserve">differences in color.</w:t>
      </w:r>
      <w:r>
        <w:br/>
      </w:r>
      <w:r>
        <w:t xml:space="preserve">    (a) contrasting</w:t>
      </w:r>
      <w:r>
        <w:br/>
      </w:r>
      <w:r>
        <w:t xml:space="preserve">    (b) minor</w:t>
      </w:r>
      <w:r>
        <w:br/>
      </w:r>
      <w:r>
        <w:t xml:space="preserve">    (c) complementary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general's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treachery</w:t>
      </w:r>
      <w:r>
        <w:rPr>
          <w:b/>
          <w:bCs/>
        </w:rPr>
        <w:t xml:space="preserve"> </w:t>
      </w:r>
      <w:r>
        <w:rPr>
          <w:b/>
          <w:bCs/>
        </w:rPr>
        <w:t xml:space="preserve">put the whole army in danger.</w:t>
      </w:r>
      <w:r>
        <w:br/>
      </w:r>
      <w:r>
        <w:t xml:space="preserve">    (a) betrayal</w:t>
      </w:r>
      <w:r>
        <w:br/>
      </w:r>
      <w:r>
        <w:t xml:space="preserve">    (b) bravery</w:t>
      </w:r>
      <w:r>
        <w:br/>
      </w:r>
      <w:r>
        <w:t xml:space="preserve">    (c) confusion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2026-07-31T15:14:22Z</dcterms:created>
  <dcterms:modified xsi:type="dcterms:W3CDTF">2026-07-31T15:14:22Z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