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d8a8e0997e4f7fc0e1c94a9ce6bbd90565a7e3"/>
    <w:p>
      <w:pPr>
        <w:pStyle w:val="Heading1"/>
      </w:pPr>
      <w:r>
        <w:rPr>
          <w:b/>
          <w:bCs/>
        </w:rPr>
        <w:t xml:space="preserve">Dune</w:t>
      </w:r>
      <w:r>
        <w:br/>
      </w:r>
      <w:r>
        <w:rPr>
          <w:i/>
          <w:iCs/>
        </w:rPr>
        <w:t xml:space="preserve">Frank Herbert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veteran team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locker room.</w:t>
      </w:r>
      <w:r>
        <w:br/>
      </w:r>
      <w:r>
        <w:t xml:space="preserve">    (a) close friendship in a group</w:t>
      </w:r>
      <w:r>
        <w:br/>
      </w:r>
      <w:r>
        <w:t xml:space="preserve">    (b) tension between members</w:t>
      </w:r>
      <w:r>
        <w:br/>
      </w:r>
      <w:r>
        <w:t xml:space="preserve">    (c) respect for opponents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portrayed the villain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</w:t>
      </w:r>
      <w:r>
        <w:rPr>
          <w:b/>
          <w:bCs/>
        </w:rPr>
        <w:t xml:space="preserve">, lacking depth and complexity.</w:t>
      </w:r>
      <w:r>
        <w:br/>
      </w:r>
      <w:r>
        <w:t xml:space="preserve">    (a) silly clown</w:t>
      </w:r>
      <w:r>
        <w:br/>
      </w:r>
      <w:r>
        <w:t xml:space="preserve">    (b) complex human being</w:t>
      </w:r>
      <w:r>
        <w:br/>
      </w:r>
      <w:r>
        <w:t xml:space="preserve">    (c) exaggerated representation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anger</w:t>
      </w:r>
      <w:r>
        <w:br/>
      </w:r>
      <w:r>
        <w:t xml:space="preserve">    (b) damage the reputation of</w:t>
      </w:r>
      <w:r>
        <w:br/>
      </w:r>
      <w:r>
        <w:t xml:space="preserve">    (c) convince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can clone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embryo</w:t>
      </w:r>
      <w:r>
        <w:rPr>
          <w:b/>
          <w:bCs/>
        </w:rPr>
        <w:t xml:space="preserve">.</w:t>
      </w:r>
      <w:r>
        <w:br/>
      </w:r>
      <w:r>
        <w:t xml:space="preserve">    (a) female egg</w:t>
      </w:r>
      <w:r>
        <w:br/>
      </w:r>
      <w:r>
        <w:t xml:space="preserve">    (b) male seed</w:t>
      </w:r>
      <w:r>
        <w:br/>
      </w:r>
      <w:r>
        <w:t xml:space="preserve">    (c) newly developing animal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imbued</w:t>
      </w:r>
      <w:r>
        <w:rPr>
          <w:b/>
          <w:bCs/>
        </w:rPr>
        <w:t xml:space="preserve"> </w:t>
      </w:r>
      <w:r>
        <w:rPr>
          <w:b/>
          <w:bCs/>
        </w:rPr>
        <w:t xml:space="preserve">from infancy with a sense that life should be fair.</w:t>
      </w:r>
      <w:r>
        <w:br/>
      </w:r>
      <w:r>
        <w:t xml:space="preserve">    (a) discouraged</w:t>
      </w:r>
      <w:r>
        <w:br/>
      </w:r>
      <w:r>
        <w:t xml:space="preserve">    (b) misled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invocation</w:t>
      </w:r>
      <w:r>
        <w:rPr>
          <w:b/>
          <w:bCs/>
        </w:rPr>
        <w:t xml:space="preserve"> </w:t>
      </w:r>
      <w:r>
        <w:rPr>
          <w:b/>
          <w:bCs/>
        </w:rPr>
        <w:t xml:space="preserve">when opening a school board meeting must not advance any particular faith or belief.</w:t>
      </w:r>
      <w:r>
        <w:br/>
      </w:r>
      <w:r>
        <w:t xml:space="preserve">    (a) joke</w:t>
      </w:r>
      <w:r>
        <w:br/>
      </w:r>
      <w:r>
        <w:t xml:space="preserve">    (b) song</w:t>
      </w:r>
      <w:r>
        <w:br/>
      </w:r>
      <w:r>
        <w:t xml:space="preserve">    (c) prayer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severe</w:t>
      </w:r>
      <w:r>
        <w:br/>
      </w:r>
      <w:r>
        <w:t xml:space="preserve">    (b) inactive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buried in accounting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minutiae</w:t>
      </w:r>
      <w:r>
        <w:rPr>
          <w:b/>
          <w:bCs/>
        </w:rPr>
        <w:t xml:space="preserve">.</w:t>
      </w:r>
      <w:r>
        <w:br/>
      </w:r>
      <w:r>
        <w:t xml:space="preserve">    (a) expenses</w:t>
      </w:r>
      <w:r>
        <w:br/>
      </w:r>
      <w:r>
        <w:t xml:space="preserve">    (b) numbers</w:t>
      </w:r>
      <w:r>
        <w:br/>
      </w:r>
      <w:r>
        <w:t xml:space="preserve">    (c) 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Reagan made "God bless America"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omnipresent</w:t>
      </w:r>
      <w:r>
        <w:rPr>
          <w:b/>
          <w:bCs/>
        </w:rPr>
        <w:t xml:space="preserve"> </w:t>
      </w:r>
      <w:r>
        <w:rPr>
          <w:b/>
          <w:bCs/>
        </w:rPr>
        <w:t xml:space="preserve">political slogan that it is today.</w:t>
      </w:r>
      <w:r>
        <w:br/>
      </w:r>
      <w:r>
        <w:t xml:space="preserve">    (a) widespread</w:t>
      </w:r>
      <w:r>
        <w:br/>
      </w:r>
      <w:r>
        <w:t xml:space="preserve">    (b) not having the characteristic of or relating to bouncing back light/heat/sound...</w:t>
      </w:r>
      <w:r>
        <w:br/>
      </w:r>
      <w:r>
        <w:t xml:space="preserve">    (c) able to qualify for regular payments that permit having an income without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words were too perfect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</w:t>
      </w:r>
      <w:r>
        <w:rPr>
          <w:b/>
          <w:bCs/>
        </w:rPr>
        <w:t xml:space="preserve">, so I will quote.</w:t>
      </w:r>
      <w:r>
        <w:br/>
      </w:r>
      <w:r>
        <w:t xml:space="preserve">    (a) summarize</w:t>
      </w:r>
      <w:r>
        <w:br/>
      </w:r>
      <w:r>
        <w:t xml:space="preserve">    (b) reword</w:t>
      </w:r>
      <w:r>
        <w:br/>
      </w:r>
      <w:r>
        <w:t xml:space="preserve">    (c) forget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 are wondering if they can get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plankton</w:t>
      </w:r>
      <w:r>
        <w:rPr>
          <w:b/>
          <w:bCs/>
        </w:rPr>
        <w:t xml:space="preserve"> </w:t>
      </w:r>
      <w:r>
        <w:rPr>
          <w:b/>
          <w:bCs/>
        </w:rPr>
        <w:t xml:space="preserve">to pull more carbon dioxide out of the atmosphere.</w:t>
      </w:r>
      <w:r>
        <w:br/>
      </w:r>
      <w:r>
        <w:t xml:space="preserve">    (a) ability to withstand strain and/or quickly recover from it</w:t>
      </w:r>
      <w:r>
        <w:br/>
      </w:r>
      <w:r>
        <w:t xml:space="preserve">    (b) tiny or microscopic plants and animals that float in water</w:t>
      </w:r>
      <w:r>
        <w:br/>
      </w:r>
      <w:r>
        <w:t xml:space="preserve">    (c) soccer:  games that are not a part of official competition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logically compelling</w:t>
      </w:r>
      <w:r>
        <w:br/>
      </w:r>
      <w:r>
        <w:t xml:space="preserve">    (b) long</w:t>
      </w:r>
      <w:r>
        <w:br/>
      </w:r>
      <w:r>
        <w:t xml:space="preserve">    (c) arousing deep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speculative</w:t>
      </w:r>
      <w:r>
        <w:rPr>
          <w:b/>
          <w:bCs/>
        </w:rPr>
        <w:t xml:space="preserve"> </w:t>
      </w:r>
      <w:r>
        <w:rPr>
          <w:b/>
          <w:bCs/>
        </w:rPr>
        <w:t xml:space="preserve">for a few seconds and then made her decision.</w:t>
      </w:r>
      <w:r>
        <w:br/>
      </w:r>
      <w:r>
        <w:t xml:space="preserve">    (a) deep in thought</w:t>
      </w:r>
      <w:r>
        <w:br/>
      </w:r>
      <w:r>
        <w:t xml:space="preserve">    (b) the tendency or degree to which a substance wears down another surface</w:t>
      </w:r>
      <w:r>
        <w:br/>
      </w:r>
      <w:r>
        <w:t xml:space="preserve">    (c) relating to tiny or microscopic plants and animals that float in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 company doesn't innovate, it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stagnate</w:t>
      </w:r>
      <w:r>
        <w:rPr>
          <w:b/>
          <w:bCs/>
        </w:rPr>
        <w:t xml:space="preserve"> </w:t>
      </w:r>
      <w:r>
        <w:rPr>
          <w:b/>
          <w:bCs/>
        </w:rPr>
        <w:t xml:space="preserve">and lose its competitive edge.</w:t>
      </w:r>
      <w:r>
        <w:br/>
      </w:r>
      <w:r>
        <w:t xml:space="preserve">    (a) stop developing</w:t>
      </w:r>
      <w:r>
        <w:br/>
      </w:r>
      <w:r>
        <w:t xml:space="preserve">    (b) get expensive</w:t>
      </w:r>
      <w:r>
        <w:br/>
      </w:r>
      <w:r>
        <w:t xml:space="preserve">    (c) lose customers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hardness</w:t>
      </w:r>
      <w:r>
        <w:br/>
      </w:r>
      <w:r>
        <w:t xml:space="preserve">    (b) erosion</w:t>
      </w:r>
      <w:r>
        <w:br/>
      </w:r>
      <w:r>
        <w:t xml:space="preserve">    (c) layers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Taliban wants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religious law.</w:t>
      </w:r>
      <w:r>
        <w:br/>
      </w:r>
      <w:r>
        <w:t xml:space="preserve">    (a) gullibility (being too willing to believe)</w:t>
      </w:r>
      <w:r>
        <w:br/>
      </w:r>
      <w:r>
        <w:t xml:space="preserve">    (b) body temperature that is dangerously low</w:t>
      </w:r>
      <w:r>
        <w:br/>
      </w:r>
      <w:r>
        <w:t xml:space="preserve">    (c) forced submission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seaside bed and breakfast.</w:t>
      </w:r>
      <w:r>
        <w:br/>
      </w:r>
      <w:r>
        <w:t xml:space="preserve">    (a) wonderful</w:t>
      </w:r>
      <w:r>
        <w:br/>
      </w:r>
      <w:r>
        <w:t xml:space="preserve">    (b) old</w:t>
      </w:r>
      <w:r>
        <w:br/>
      </w:r>
      <w:r>
        <w:t xml:space="preserve">    (c) shabby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form needs to be signed by the patient or 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surrogate</w:t>
      </w:r>
      <w:r>
        <w:rPr>
          <w:b/>
          <w:bCs/>
        </w:rPr>
        <w:t xml:space="preserve">.</w:t>
      </w:r>
      <w:r>
        <w:br/>
      </w:r>
      <w:r>
        <w:t xml:space="preserve">    (a) doctor</w:t>
      </w:r>
      <w:r>
        <w:br/>
      </w:r>
      <w:r>
        <w:t xml:space="preserve">    (b) representative</w:t>
      </w:r>
      <w:r>
        <w:br/>
      </w:r>
      <w:r>
        <w:t xml:space="preserve">    (c) surgeon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sailor adjusted the sails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side of the boat.</w:t>
      </w:r>
      <w:r>
        <w:br/>
      </w:r>
      <w:r>
        <w:t xml:space="preserve">    (a) sun-shaded</w:t>
      </w:r>
      <w:r>
        <w:br/>
      </w:r>
      <w:r>
        <w:t xml:space="preserve">    (b) wind-facing</w:t>
      </w:r>
      <w:r>
        <w:br/>
      </w:r>
      <w:r>
        <w:t xml:space="preserve">    (c) rope-secured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2026-07-31T15:14:23Z</dcterms:created>
  <dcterms:modified xsi:type="dcterms:W3CDTF">2026-07-31T15:14:23Z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