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66c10b8bf1db49776136d417a6decd4e6046e2"/>
    <w:p>
      <w:pPr>
        <w:pStyle w:val="Heading1"/>
      </w:pPr>
      <w:r>
        <w:rPr>
          <w:b/>
          <w:bCs/>
        </w:rPr>
        <w:t xml:space="preserve">Dune</w:t>
      </w:r>
      <w:r>
        <w:br/>
      </w:r>
      <w:r>
        <w:rPr>
          <w:i/>
          <w:iCs/>
        </w:rPr>
        <w:t xml:space="preserve">Frank Herbert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Another might have missed the tension, but she had trained him in the Bene Gesserit Way —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minutiae</w:t>
      </w:r>
      <w:r>
        <w:rPr>
          <w:b/>
          <w:bCs/>
        </w:rPr>
        <w:t xml:space="preserve"> </w:t>
      </w:r>
      <w:r>
        <w:rPr>
          <w:b/>
          <w:bCs/>
        </w:rPr>
        <w:t xml:space="preserve">of observation.</w:t>
      </w:r>
      <w:r>
        <w:br/>
      </w:r>
      <w:r>
        <w:t xml:space="preserve">    (a) subtle characteristics</w:t>
      </w:r>
      <w:r>
        <w:br/>
      </w:r>
      <w:r>
        <w:t xml:space="preserve">    (b) small or minor details</w:t>
      </w:r>
      <w:r>
        <w:br/>
      </w:r>
      <w:r>
        <w:t xml:space="preserve">    (c) basic rules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.</w:t>
      </w:r>
      <w:r>
        <w:br/>
      </w:r>
      <w:r>
        <w:t xml:space="preserve">    (a) sharp or intense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face drew down into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caricature</w:t>
      </w:r>
      <w:r>
        <w:rPr>
          <w:b/>
          <w:bCs/>
        </w:rPr>
        <w:t xml:space="preserve"> </w:t>
      </w:r>
      <w:r>
        <w:rPr>
          <w:b/>
          <w:bCs/>
        </w:rPr>
        <w:t xml:space="preserve">of a frowning mask.</w:t>
      </w:r>
      <w:r>
        <w:br/>
      </w:r>
      <w:r>
        <w:t xml:space="preserve">    (a) a representation that exaggerates or highlights certain aspects -- especially of a person for comic effect; or creating a drawing with such exaggeration</w:t>
      </w:r>
      <w:r>
        <w:br/>
      </w:r>
      <w:r>
        <w:t xml:space="preserve">    (b) (noun) something that is lighter and draws attention -- such as an area of a painting  OR  (verb) making something lighter -- such as an area of a painting</w:t>
      </w:r>
      <w:r>
        <w:br/>
      </w:r>
      <w:r>
        <w:t xml:space="preserve">    (c) recommend or require what should be done  OR  (of a medical doctor) give medical instructions -- such as writing that a patient should take antibiotics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it is generally accepted now that the Lady Jessica's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abilities were grossly underestimated.</w:t>
      </w:r>
      <w:r>
        <w:br/>
      </w:r>
      <w:r>
        <w:t xml:space="preserve">    (a) potentially existing but not presently evident or active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the characteristic of tending to think back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Leto had said it was a deliberate statement of power and wealth for this house to ignore such precautions, its doors and windows being sealed only against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omnipresent</w:t>
      </w:r>
      <w:r>
        <w:rPr>
          <w:b/>
          <w:bCs/>
        </w:rPr>
        <w:t xml:space="preserve"> </w:t>
      </w:r>
      <w:r>
        <w:rPr>
          <w:b/>
          <w:bCs/>
        </w:rPr>
        <w:t xml:space="preserve">dust.</w:t>
      </w:r>
      <w:r>
        <w:br/>
      </w:r>
      <w:r>
        <w:t xml:space="preserve">    (a) able to qualify for regular payments that permit having an income without working</w:t>
      </w:r>
      <w:r>
        <w:br/>
      </w:r>
      <w:r>
        <w:t xml:space="preserve">    (b) not having the characteristic of or relating to bouncing back light/heat/sound...</w:t>
      </w:r>
      <w:r>
        <w:br/>
      </w:r>
      <w:r>
        <w:t xml:space="preserve">    (c) widespread (seemingly everywhere)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of God:  being present everywhere at once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Kynes directed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speculative</w:t>
      </w:r>
      <w:r>
        <w:rPr>
          <w:b/>
          <w:bCs/>
        </w:rPr>
        <w:t xml:space="preserve"> </w:t>
      </w:r>
      <w:r>
        <w:rPr>
          <w:b/>
          <w:bCs/>
        </w:rPr>
        <w:t xml:space="preserve">look at Jessica, gave a subtle hand signal to Tuek.</w:t>
      </w:r>
      <w:r>
        <w:br/>
      </w:r>
      <w:r>
        <w:t xml:space="preserve">    (a) showing curiosity</w:t>
      </w:r>
      <w:r>
        <w:br/>
      </w:r>
      <w:r>
        <w:t xml:space="preserve">    (b) the tendency or degree to which a substance wears down another surface</w:t>
      </w:r>
      <w:r>
        <w:br/>
      </w:r>
      <w:r>
        <w:t xml:space="preserve">    (c) relating to tiny or microscopic plants and animals that float in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Duke and I are father and mother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surrogates</w:t>
      </w:r>
      <w:r>
        <w:rPr>
          <w:b/>
          <w:bCs/>
        </w:rPr>
        <w:t xml:space="preserve"> </w:t>
      </w:r>
      <w:r>
        <w:rPr>
          <w:b/>
          <w:bCs/>
        </w:rPr>
        <w:t xml:space="preserve">to our people," she said.</w:t>
      </w:r>
      <w:r>
        <w:br/>
      </w:r>
      <w:r>
        <w:t xml:space="preserve">    (a) paintings made with watercolors on wet plaster</w:t>
      </w:r>
      <w:r>
        <w:br/>
      </w:r>
      <w:r>
        <w:t xml:space="preserve">    (b) people (or things) taking the place of another</w:t>
      </w:r>
      <w:r>
        <w:br/>
      </w:r>
      <w:r>
        <w:t xml:space="preserve">    (c) moves out of an interacting position; or stops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remembered sunrise here on Arrakis—colored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strata</w:t>
      </w:r>
      <w:r>
        <w:rPr>
          <w:b/>
          <w:bCs/>
        </w:rPr>
        <w:t xml:space="preserve"> </w:t>
      </w:r>
      <w:r>
        <w:rPr>
          <w:b/>
          <w:bCs/>
        </w:rPr>
        <w:t xml:space="preserve">of the Shield Wall mellowed by dust haze.</w:t>
      </w:r>
      <w:r>
        <w:br/>
      </w:r>
      <w:r>
        <w:t xml:space="preserve">    (a) a process of urging or commanding someone to do something; or a document for that purpose</w:t>
      </w:r>
      <w:r>
        <w:br/>
      </w:r>
      <w:r>
        <w:t xml:space="preserve">    (b) layers</w:t>
      </w:r>
      <w:r>
        <w:br/>
      </w:r>
      <w:r>
        <w:t xml:space="preserve">    (c) the belief that God created the universe, but that he doesn't interfere with how it runs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rested her hand on her abdomen, awareness focused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embryo</w:t>
      </w:r>
      <w:r>
        <w:rPr>
          <w:b/>
          <w:bCs/>
        </w:rPr>
        <w:t xml:space="preserve"> </w:t>
      </w:r>
      <w:r>
        <w:rPr>
          <w:b/>
          <w:bCs/>
        </w:rPr>
        <w:t xml:space="preserve">there.</w:t>
      </w:r>
      <w:r>
        <w:br/>
      </w:r>
      <w:r>
        <w:t xml:space="preserve">    (a) a math value that tells how many times a number is multiplied by itself to reach another number -- often used to describe very big or very small quantities</w:t>
      </w:r>
      <w:r>
        <w:br/>
      </w:r>
      <w:r>
        <w:t xml:space="preserve">    (b) a diplomat appointed by a government to live in a foreign country and help its citizens visiting that country; or the offices of that person and assistants</w:t>
      </w:r>
      <w:r>
        <w:br/>
      </w:r>
      <w:r>
        <w:t xml:space="preserve">    (c) an organism in the early stages of growth prior to birth, hatching, or sprouting; in humans the first eight weeks of development (prior to the fetal stage)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M'Lord, there were Sardaukar with our forces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this Fremen nest.</w:t>
      </w:r>
      <w:r>
        <w:br/>
      </w:r>
      <w:r>
        <w:t xml:space="preserve">    (a) forced submission to another's dominance</w:t>
      </w:r>
      <w:r>
        <w:br/>
      </w:r>
      <w:r>
        <w:t xml:space="preserve">    (b) devices that turn light into electricity</w:t>
      </w:r>
      <w:r>
        <w:br/>
      </w:r>
      <w:r>
        <w:t xml:space="preserve">    (c) to express strong hatred or loathing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Hawat, unfortunately, had a master whose resources were poor, one who could not elevate a Mentat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peaks of reasoning that are a Mentat's right.</w:t>
      </w:r>
      <w:r>
        <w:br/>
      </w:r>
      <w:r>
        <w:t xml:space="preserve">    (a) impressively wonderful</w:t>
      </w:r>
      <w:r>
        <w:br/>
      </w:r>
      <w:r>
        <w:t xml:space="preserve">    (b) create dramatic change</w:t>
      </w:r>
      <w:r>
        <w:br/>
      </w:r>
      <w:r>
        <w:t xml:space="preserve">    (c) mirror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see by the way it's wind-cut that's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windward</w:t>
      </w:r>
      <w:r>
        <w:rPr>
          <w:b/>
          <w:bCs/>
        </w:rPr>
        <w:t xml:space="preserve"> </w:t>
      </w:r>
      <w:r>
        <w:rPr>
          <w:b/>
          <w:bCs/>
        </w:rPr>
        <w:t xml:space="preserve">face.</w:t>
      </w:r>
      <w:r>
        <w:br/>
      </w:r>
      <w:r>
        <w:t xml:space="preserve">    (a) increasing reason or general desire to do something</w:t>
      </w:r>
      <w:r>
        <w:br/>
      </w:r>
      <w:r>
        <w:t xml:space="preserve">    (b) the direction or side from which the wind is coming</w:t>
      </w:r>
      <w:r>
        <w:br/>
      </w:r>
      <w:r>
        <w:t xml:space="preserve">    (c) the state of being unaware of one's mental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Such people would be easy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</w:t>
      </w:r>
      <w:r>
        <w:rPr>
          <w:b/>
          <w:bCs/>
        </w:rPr>
        <w:t xml:space="preserve"> </w:t>
      </w:r>
      <w:r>
        <w:rPr>
          <w:b/>
          <w:bCs/>
        </w:rPr>
        <w:t xml:space="preserve">with fervor and fanaticism.</w:t>
      </w:r>
      <w:r>
        <w:br/>
      </w:r>
      <w:r>
        <w:t xml:space="preserve">    (a) quit</w:t>
      </w:r>
      <w:r>
        <w:br/>
      </w:r>
      <w:r>
        <w:t xml:space="preserve">    (b) draw</w:t>
      </w:r>
      <w:r>
        <w:br/>
      </w:r>
      <w:r>
        <w:t xml:space="preserve">    (c) fill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closest anyone ever came to casual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Padishah Emperor was the relationship offered by Count Hasimir Fenring, a companion from childhood.</w:t>
      </w:r>
      <w:r>
        <w:br/>
      </w:r>
      <w:r>
        <w:t xml:space="preserve">    (a) not appropriate in size, amount, or degree</w:t>
      </w:r>
      <w:r>
        <w:br/>
      </w:r>
      <w:r>
        <w:t xml:space="preserve">    (b) the degree of not being easily set on fire</w:t>
      </w:r>
      <w:r>
        <w:br/>
      </w:r>
      <w:r>
        <w:t xml:space="preserve">    (c) close friendship amongst a group of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arranged it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your slavemaster.</w:t>
      </w:r>
      <w:r>
        <w:br/>
      </w:r>
      <w:r>
        <w:t xml:space="preserve">    (a) struggle or disagreement</w:t>
      </w:r>
      <w:r>
        <w:br/>
      </w:r>
      <w:r>
        <w:t xml:space="preserve">    (b) damage the reputation of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error on the side of caution cannot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censured</w:t>
      </w:r>
      <w:r>
        <w:rPr>
          <w:b/>
          <w:bCs/>
        </w:rPr>
        <w:t xml:space="preserve">.</w:t>
      </w:r>
      <w:r>
        <w:br/>
      </w:r>
      <w:r>
        <w:t xml:space="preserve">    (a) not hired, occupied, or booked</w:t>
      </w:r>
      <w:r>
        <w:br/>
      </w:r>
      <w:r>
        <w:t xml:space="preserve">    (b) developed or changed gradually</w:t>
      </w:r>
      <w:r>
        <w:br/>
      </w:r>
      <w:r>
        <w:t xml:space="preserve">    (c) criticized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they'd chosen always the clear, safe course that leads ever downward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stagnation</w:t>
      </w:r>
      <w:r>
        <w:rPr>
          <w:b/>
          <w:bCs/>
        </w:rPr>
        <w:t xml:space="preserve">.</w:t>
      </w:r>
      <w:r>
        <w:br/>
      </w:r>
      <w:r>
        <w:t xml:space="preserve">    (a) calculating or judging too high</w:t>
      </w:r>
      <w:r>
        <w:br/>
      </w:r>
      <w:r>
        <w:t xml:space="preserve">    (b) not developing or improving</w:t>
      </w:r>
      <w:r>
        <w:br/>
      </w:r>
      <w:r>
        <w:t xml:space="preserve">    (c) the ability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report came up from the palmaries: At the desert edge of the plantings, the sand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plankton</w:t>
      </w:r>
      <w:r>
        <w:rPr>
          <w:b/>
          <w:bCs/>
        </w:rPr>
        <w:t xml:space="preserve"> </w:t>
      </w:r>
      <w:r>
        <w:rPr>
          <w:b/>
          <w:bCs/>
        </w:rPr>
        <w:t xml:space="preserve">is being poisoned through interaction with the new forms of life.</w:t>
      </w:r>
      <w:r>
        <w:br/>
      </w:r>
      <w:r>
        <w:t xml:space="preserve">    (a) soccer:  games that are not a part of official competition</w:t>
      </w:r>
      <w:r>
        <w:br/>
      </w:r>
      <w:r>
        <w:t xml:space="preserve">    (b) tiny or microscopic plants and animals that float in water</w:t>
      </w:r>
      <w:r>
        <w:br/>
      </w:r>
      <w:r>
        <w:t xml:space="preserve">    (c) ability to withstand strain and/or quickly recover from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time of struggle between beast-demons on the one side and the old prayers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invocations</w:t>
      </w:r>
      <w:r>
        <w:rPr>
          <w:b/>
          <w:bCs/>
        </w:rPr>
        <w:t xml:space="preserve"> </w:t>
      </w:r>
      <w:r>
        <w:rPr>
          <w:b/>
          <w:bCs/>
        </w:rPr>
        <w:t xml:space="preserve">on the other.</w:t>
      </w:r>
      <w:r>
        <w:br/>
      </w:r>
      <w:r>
        <w:t xml:space="preserve">    (a) requests for help from a deity</w:t>
      </w:r>
      <w:r>
        <w:br/>
      </w:r>
      <w:r>
        <w:t xml:space="preserve">    (b) stock markets during times of generally rising stock values</w:t>
      </w:r>
      <w:r>
        <w:br/>
      </w:r>
      <w:r>
        <w:t xml:space="preserve">    (c) computer code modules each of which perform a specific task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O.C. Bible: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paraphrase</w:t>
      </w:r>
      <w:r>
        <w:rPr>
          <w:b/>
          <w:bCs/>
        </w:rPr>
        <w:t xml:space="preserve"> </w:t>
      </w:r>
      <w:r>
        <w:rPr>
          <w:b/>
          <w:bCs/>
        </w:rPr>
        <w:t xml:space="preserve">with identical meaning.</w:t>
      </w:r>
      <w:r>
        <w:br/>
      </w:r>
      <w:r>
        <w:t xml:space="preserve">    (a) express the same message in different (or slightly different) words</w:t>
      </w:r>
      <w:r>
        <w:br/>
      </w:r>
      <w:r>
        <w:t xml:space="preserve">    (b) spend time with; or someone with whom a person spends a lot of time</w:t>
      </w:r>
      <w:r>
        <w:br/>
      </w:r>
      <w:r>
        <w:t xml:space="preserve">    (c) an overwhelming amount; or to overwhelm -- especially said of water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2026-07-31T15:14:23Z</dcterms:created>
  <dcterms:modified xsi:type="dcterms:W3CDTF">2026-07-31T15:14:23Z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