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dubliners-james-joyce-vocabulary-preview"/>
    <w:p>
      <w:pPr>
        <w:pStyle w:val="Heading1"/>
      </w:pPr>
      <w:r>
        <w:rPr>
          <w:b/>
          <w:bCs/>
        </w:rPr>
        <w:t xml:space="preserve">Dubliners</w:t>
      </w:r>
      <w:r>
        <w:br/>
      </w:r>
      <w:r>
        <w:rPr>
          <w:i/>
          <w:iCs/>
        </w:rPr>
        <w:t xml:space="preserve">James Joyce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didn't mention any names, but everyone knew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alluding</w:t>
      </w:r>
      <w:r>
        <w:rPr>
          <w:b/>
          <w:bCs/>
        </w:rPr>
        <w:t xml:space="preserve"> </w:t>
      </w:r>
      <w:r>
        <w:rPr>
          <w:b/>
          <w:bCs/>
        </w:rPr>
        <w:t xml:space="preserve">to the President.</w:t>
      </w:r>
      <w:r>
        <w:br/>
      </w:r>
      <w:r>
        <w:t xml:space="preserve">    (a) being discouraging</w:t>
      </w:r>
      <w:r>
        <w:br/>
      </w:r>
      <w:r>
        <w:t xml:space="preserve">    (b) not talking</w:t>
      </w:r>
      <w:r>
        <w:br/>
      </w:r>
      <w:r>
        <w:t xml:space="preserve">    (c) indirectly referring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amiable</w:t>
      </w:r>
      <w:r>
        <w:rPr>
          <w:b/>
          <w:bCs/>
        </w:rPr>
        <w:t xml:space="preserve"> </w:t>
      </w:r>
      <w:r>
        <w:rPr>
          <w:b/>
          <w:bCs/>
        </w:rPr>
        <w:t xml:space="preserve">gathering of old friends.</w:t>
      </w:r>
      <w:r>
        <w:br/>
      </w:r>
      <w:r>
        <w:t xml:space="preserve">    (a) emotional</w:t>
      </w:r>
      <w:r>
        <w:br/>
      </w:r>
      <w:r>
        <w:t xml:space="preserve">    (b) friendly</w:t>
      </w:r>
      <w:r>
        <w:br/>
      </w:r>
      <w:r>
        <w:t xml:space="preserve">    (c) rare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approached the impressive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doors.</w:t>
      </w:r>
      <w:r>
        <w:br/>
      </w:r>
      <w:r>
        <w:t xml:space="preserve">    (a) notably large and appearing heavy</w:t>
      </w:r>
      <w:r>
        <w:br/>
      </w:r>
      <w:r>
        <w:t xml:space="preserve">    (b) made of a high-quality wood</w:t>
      </w:r>
      <w:r>
        <w:br/>
      </w:r>
      <w:r>
        <w:t xml:space="preserve">    (c) made of a type of high-quality metal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saw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hair.</w:t>
      </w:r>
      <w:r>
        <w:br/>
      </w:r>
      <w:r>
        <w:t xml:space="preserve">    (a) straight</w:t>
      </w:r>
      <w:r>
        <w:br/>
      </w:r>
      <w:r>
        <w:t xml:space="preserve">    (b) reddish-brown or yellowish-brown</w:t>
      </w:r>
      <w:r>
        <w:br/>
      </w:r>
      <w:r>
        <w:t xml:space="preserve">    (c) curly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candid</w:t>
      </w:r>
      <w:r>
        <w:rPr>
          <w:b/>
          <w:bCs/>
        </w:rPr>
        <w:t xml:space="preserve"> </w:t>
      </w:r>
      <w:r>
        <w:rPr>
          <w:b/>
          <w:bCs/>
        </w:rPr>
        <w:t xml:space="preserve">opinion is that their team is much better than ours, but an upset isn't impossible.</w:t>
      </w:r>
      <w:r>
        <w:br/>
      </w:r>
      <w:r>
        <w:t xml:space="preserve">    (a) honest</w:t>
      </w:r>
      <w:r>
        <w:br/>
      </w:r>
      <w:r>
        <w:t xml:space="preserve">    (b) tactful</w:t>
      </w:r>
      <w:r>
        <w:br/>
      </w:r>
      <w:r>
        <w:t xml:space="preserve">    (c) expert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Volunteers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canvass</w:t>
      </w:r>
      <w:r>
        <w:rPr>
          <w:b/>
          <w:bCs/>
        </w:rPr>
        <w:t xml:space="preserve"> </w:t>
      </w:r>
      <w:r>
        <w:rPr>
          <w:b/>
          <w:bCs/>
        </w:rPr>
        <w:t xml:space="preserve">the neighborhood to gather support for the candidate.</w:t>
      </w:r>
      <w:r>
        <w:br/>
      </w:r>
      <w:r>
        <w:t xml:space="preserve">    (a) set up a stage in</w:t>
      </w:r>
      <w:r>
        <w:br/>
      </w:r>
      <w:r>
        <w:t xml:space="preserve">    (b) go door-to-door in</w:t>
      </w:r>
      <w:r>
        <w:br/>
      </w:r>
      <w:r>
        <w:t xml:space="preserve">    (c) report news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large in quantity</w:t>
      </w:r>
      <w:r>
        <w:br/>
      </w:r>
      <w:r>
        <w:t xml:space="preserve">    (b) rare and unusual</w:t>
      </w:r>
      <w:r>
        <w:br/>
      </w:r>
      <w:r>
        <w:t xml:space="preserve">    (c) small in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debated for hours without addressing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crux</w:t>
      </w:r>
      <w:r>
        <w:rPr>
          <w:b/>
          <w:bCs/>
        </w:rPr>
        <w:t xml:space="preserve"> </w:t>
      </w:r>
      <w:r>
        <w:rPr>
          <w:b/>
          <w:bCs/>
        </w:rPr>
        <w:t xml:space="preserve">of the issue.</w:t>
      </w:r>
      <w:r>
        <w:br/>
      </w:r>
      <w:r>
        <w:t xml:space="preserve">    (a) most important part</w:t>
      </w:r>
      <w:r>
        <w:br/>
      </w:r>
      <w:r>
        <w:t xml:space="preserve">    (b) easiest detail</w:t>
      </w:r>
      <w:r>
        <w:br/>
      </w:r>
      <w:r>
        <w:t xml:space="preserve">    (c) first sentence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; I can't imagine her as president of the organization.</w:t>
      </w:r>
      <w:r>
        <w:br/>
      </w:r>
      <w:r>
        <w:t xml:space="preserve">    (a) young</w:t>
      </w:r>
      <w:r>
        <w:br/>
      </w:r>
      <w:r>
        <w:t xml:space="preserve">    (b) argumentative</w:t>
      </w:r>
      <w:r>
        <w:br/>
      </w:r>
      <w:r>
        <w:t xml:space="preserve">    (c) unassertive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hear what they were saying or see their faces, but by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gesticulations</w:t>
      </w:r>
      <w:r>
        <w:rPr>
          <w:b/>
          <w:bCs/>
        </w:rPr>
        <w:t xml:space="preserve">, I'm sure they were angry at each other.</w:t>
      </w:r>
      <w:r>
        <w:br/>
      </w:r>
      <w:r>
        <w:t xml:space="preserve">    (a) tones of voice</w:t>
      </w:r>
      <w:r>
        <w:br/>
      </w:r>
      <w:r>
        <w:t xml:space="preserve">    (b) facial expressions</w:t>
      </w:r>
      <w:r>
        <w:br/>
      </w:r>
      <w:r>
        <w:t xml:space="preserve">    (c) gestures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storm warnings and got caught in the heavy rain.</w:t>
      </w:r>
      <w:r>
        <w:br/>
      </w:r>
      <w:r>
        <w:t xml:space="preserve">    (a) tell others of</w:t>
      </w:r>
      <w:r>
        <w:br/>
      </w:r>
      <w:r>
        <w:t xml:space="preserve">    (b) pay attention to</w:t>
      </w:r>
      <w:r>
        <w:br/>
      </w:r>
      <w:r>
        <w:t xml:space="preserve">    (c) pass through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weather makes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. I can't wait for spring,</w:t>
      </w:r>
      <w:r>
        <w:br/>
      </w:r>
      <w:r>
        <w:t xml:space="preserve">    (a) feel like singing</w:t>
      </w:r>
      <w:r>
        <w:br/>
      </w:r>
      <w:r>
        <w:t xml:space="preserve">    (b) happy</w:t>
      </w:r>
      <w:r>
        <w:br/>
      </w:r>
      <w:r>
        <w:t xml:space="preserve">    (c) sad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contrast to that</w:t>
      </w:r>
      <w:r>
        <w:br/>
      </w:r>
      <w:r>
        <w:t xml:space="preserve">    (b) as a result of that</w:t>
      </w:r>
      <w:r>
        <w:br/>
      </w:r>
      <w:r>
        <w:t xml:space="preserve">    (c) in addition to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We're going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opera</w:t>
      </w:r>
      <w:r>
        <w:rPr>
          <w:b/>
          <w:bCs/>
        </w:rPr>
        <w:t xml:space="preserve"> </w:t>
      </w:r>
      <w:r>
        <w:rPr>
          <w:b/>
          <w:bCs/>
        </w:rPr>
        <w:t xml:space="preserve">this evening.</w:t>
      </w:r>
      <w:r>
        <w:br/>
      </w:r>
      <w:r>
        <w:t xml:space="preserve">    (a) outdoor sporting event</w:t>
      </w:r>
      <w:r>
        <w:br/>
      </w:r>
      <w:r>
        <w:t xml:space="preserve">    (b) casual dinner gathering</w:t>
      </w:r>
      <w:r>
        <w:br/>
      </w:r>
      <w:r>
        <w:t xml:space="preserve">    (c) musical theater performance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Benjamin Franklin's parents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pious</w:t>
      </w:r>
      <w:r>
        <w:rPr>
          <w:b/>
          <w:bCs/>
        </w:rPr>
        <w:t xml:space="preserve"> </w:t>
      </w:r>
      <w:r>
        <w:rPr>
          <w:b/>
          <w:bCs/>
        </w:rPr>
        <w:t xml:space="preserve">Puritans.</w:t>
      </w:r>
      <w:r>
        <w:br/>
      </w:r>
      <w:r>
        <w:t xml:space="preserve">    (a) traditional</w:t>
      </w:r>
      <w:r>
        <w:br/>
      </w:r>
      <w:r>
        <w:t xml:space="preserve">    (b) highly religious</w:t>
      </w:r>
      <w:r>
        <w:br/>
      </w:r>
      <w:r>
        <w:t xml:space="preserve">    (c) non-traditional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 made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reparations</w:t>
      </w:r>
      <w:r>
        <w:rPr>
          <w:b/>
          <w:bCs/>
        </w:rPr>
        <w:t xml:space="preserve"> </w:t>
      </w:r>
      <w:r>
        <w:rPr>
          <w:b/>
          <w:bCs/>
        </w:rPr>
        <w:t xml:space="preserve">to the community for the environmental damage it caused.</w:t>
      </w:r>
      <w:r>
        <w:br/>
      </w:r>
      <w:r>
        <w:t xml:space="preserve">    (a) payments</w:t>
      </w:r>
      <w:r>
        <w:br/>
      </w:r>
      <w:r>
        <w:t xml:space="preserve">    (b) excuses</w:t>
      </w:r>
      <w:r>
        <w:br/>
      </w:r>
      <w:r>
        <w:t xml:space="preserve">    (c) apologies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to being embarrassed by her younger brother.</w:t>
      </w:r>
      <w:r>
        <w:br/>
      </w:r>
      <w:r>
        <w:t xml:space="preserve">    (a) resistant</w:t>
      </w:r>
      <w:r>
        <w:br/>
      </w:r>
      <w:r>
        <w:t xml:space="preserve">    (b) with acceptance</w:t>
      </w:r>
      <w:r>
        <w:br/>
      </w:r>
      <w:r>
        <w:t xml:space="preserve">    (c) putting a stop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, "Takes one to know one."</w:t>
      </w:r>
      <w:r>
        <w:br/>
      </w:r>
      <w:r>
        <w:t xml:space="preserve">    (a) insulted back</w:t>
      </w:r>
      <w:r>
        <w:br/>
      </w:r>
      <w:r>
        <w:t xml:space="preserve">    (b) quickly replied</w:t>
      </w:r>
      <w:r>
        <w:br/>
      </w:r>
      <w:r>
        <w:t xml:space="preserve">    (c) joyfully laughed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watched him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shrewd</w:t>
      </w:r>
      <w:r>
        <w:rPr>
          <w:b/>
          <w:bCs/>
        </w:rPr>
        <w:t xml:space="preserve"> </w:t>
      </w:r>
      <w:r>
        <w:rPr>
          <w:b/>
          <w:bCs/>
        </w:rPr>
        <w:t xml:space="preserve">eye.</w:t>
      </w:r>
      <w:r>
        <w:br/>
      </w:r>
      <w:r>
        <w:t xml:space="preserve">    (a) outside</w:t>
      </w:r>
      <w:r>
        <w:br/>
      </w:r>
      <w:r>
        <w:t xml:space="preserve">    (b) nearby</w:t>
      </w:r>
      <w:r>
        <w:br/>
      </w:r>
      <w:r>
        <w:t xml:space="preserve">    (c) smart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means well, but she lacks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tact</w:t>
      </w:r>
      <w:r>
        <w:rPr>
          <w:b/>
          <w:bCs/>
        </w:rPr>
        <w:t xml:space="preserve">.</w:t>
      </w:r>
      <w:r>
        <w:br/>
      </w:r>
      <w:r>
        <w:t xml:space="preserve">    (a) sensitivity</w:t>
      </w:r>
      <w:r>
        <w:br/>
      </w:r>
      <w:r>
        <w:t xml:space="preserve">    (b) a plan</w:t>
      </w:r>
      <w:r>
        <w:br/>
      </w:r>
      <w:r>
        <w:t xml:space="preserve">    (c) ability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2026-07-31T14:44:38Z</dcterms:created>
  <dcterms:modified xsi:type="dcterms:W3CDTF">2026-07-31T14:44:38Z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