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37782767b20a97aef95042f3d08abdf663af7ff"/>
    <w:p>
      <w:pPr>
        <w:pStyle w:val="Heading1"/>
      </w:pPr>
      <w:r>
        <w:rPr>
          <w:b/>
          <w:bCs/>
        </w:rPr>
        <w:t xml:space="preserve">Dubliners</w:t>
      </w:r>
      <w:r>
        <w:br/>
      </w:r>
      <w:r>
        <w:rPr>
          <w:i/>
          <w:iCs/>
        </w:rPr>
        <w:t xml:space="preserve">James Joyce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he lay, solemn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copious</w:t>
      </w:r>
      <w:r>
        <w:rPr>
          <w:b/>
          <w:bCs/>
        </w:rPr>
        <w:t xml:space="preserve">, vested as for the altar, his large hands loosely retaining a chalice.</w:t>
      </w:r>
      <w:r>
        <w:br/>
      </w:r>
      <w:r>
        <w:t xml:space="preserve">    (a) able to accept as true (without proof)</w:t>
      </w:r>
      <w:r>
        <w:br/>
      </w:r>
      <w:r>
        <w:t xml:space="preserve">    (b) abundant (large in quantity or number)</w:t>
      </w:r>
      <w:r>
        <w:br/>
      </w:r>
      <w:r>
        <w:t xml:space="preserve">    (c) able to be protected or kept unchanged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said he just looked as if he was asleep, he looked that peaceful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resigned</w:t>
      </w:r>
      <w:r>
        <w:rPr>
          <w:b/>
          <w:bCs/>
        </w:rPr>
        <w:t xml:space="preserve">.</w:t>
      </w:r>
      <w:r>
        <w:br/>
      </w:r>
      <w:r>
        <w:t xml:space="preserve">    (a) showed something -- such as demonstrated, expressed, or represented</w:t>
      </w:r>
      <w:r>
        <w:br/>
      </w:r>
      <w:r>
        <w:t xml:space="preserve">    (b) as one having accepted what could not be avoided</w:t>
      </w:r>
      <w:r>
        <w:br/>
      </w:r>
      <w:r>
        <w:t xml:space="preserve">    (c) to be or to become used to (adapted to and with an expectation of)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watched my master's face pass from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amiability</w:t>
      </w:r>
      <w:r>
        <w:rPr>
          <w:b/>
          <w:bCs/>
        </w:rPr>
        <w:t xml:space="preserve"> </w:t>
      </w:r>
      <w:r>
        <w:rPr>
          <w:b/>
          <w:bCs/>
        </w:rPr>
        <w:t xml:space="preserve">to sternness;</w:t>
      </w:r>
      <w:r>
        <w:br/>
      </w:r>
      <w:r>
        <w:t xml:space="preserve">    (a) relating to where attention is concentrated</w:t>
      </w:r>
      <w:r>
        <w:br/>
      </w:r>
      <w:r>
        <w:t xml:space="preserve">    (b) the quality of being friendly and agreeable</w:t>
      </w:r>
      <w:r>
        <w:br/>
      </w:r>
      <w:r>
        <w:t xml:space="preserve">    (c) computer code that performs a specific task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was standing at the gate, his peaked cap pushed back on his head and his hair tumbled forward over a face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bronze</w:t>
      </w:r>
      <w:r>
        <w:rPr>
          <w:b/>
          <w:bCs/>
        </w:rPr>
        <w:t xml:space="preserve">.</w:t>
      </w:r>
      <w:r>
        <w:br/>
      </w:r>
      <w:r>
        <w:t xml:space="preserve">    (a) not feeling or showing sympathy for another's suffering</w:t>
      </w:r>
      <w:r>
        <w:br/>
      </w:r>
      <w:r>
        <w:t xml:space="preserve">    (b) view in a certain way so as to form a belief or opinion</w:t>
      </w:r>
      <w:r>
        <w:br/>
      </w:r>
      <w:r>
        <w:t xml:space="preserve">    (c) a suntanned color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 his fourth trial he had been awarded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bronze</w:t>
      </w:r>
      <w:r>
        <w:rPr>
          <w:b/>
          <w:bCs/>
        </w:rPr>
        <w:t xml:space="preserve"> </w:t>
      </w:r>
      <w:r>
        <w:rPr>
          <w:b/>
          <w:bCs/>
        </w:rPr>
        <w:t xml:space="preserve">medal.</w:t>
      </w:r>
      <w:r>
        <w:br/>
      </w:r>
      <w:r>
        <w:t xml:space="preserve">    (a) made of a brownish metal</w:t>
      </w:r>
      <w:r>
        <w:br/>
      </w:r>
      <w:r>
        <w:t xml:space="preserve">    (b) appropriate in size, amount, or degree</w:t>
      </w:r>
      <w:r>
        <w:br/>
      </w:r>
      <w:r>
        <w:t xml:space="preserve">    (c) examine in detail to better understand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French,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moreover</w:t>
      </w:r>
      <w:r>
        <w:rPr>
          <w:b/>
          <w:bCs/>
        </w:rPr>
        <w:t xml:space="preserve">, were virtual victors.</w:t>
      </w:r>
      <w:r>
        <w:br/>
      </w:r>
      <w:r>
        <w:t xml:space="preserve">    (a) despite that (used to connect contrasting ideas)</w:t>
      </w:r>
      <w:r>
        <w:br/>
      </w:r>
      <w:r>
        <w:t xml:space="preserve">    (b) in addition to what has just been said</w:t>
      </w:r>
      <w:r>
        <w:br/>
      </w:r>
      <w:r>
        <w:t xml:space="preserve">    (c) even though -- used to connect contrasting ideas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talking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gesticulating</w:t>
      </w:r>
      <w:r>
        <w:rPr>
          <w:b/>
          <w:bCs/>
        </w:rPr>
        <w:t xml:space="preserve">.</w:t>
      </w:r>
      <w:r>
        <w:br/>
      </w:r>
      <w:r>
        <w:t xml:space="preserve">    (a) making gestures (hand or body movements) while speaking or to express something</w:t>
      </w:r>
      <w:r>
        <w:br/>
      </w:r>
      <w:r>
        <w:t xml:space="preserve">    (b) surgically interrupting nerve tracts to and from the frontal lobe of the brain</w:t>
      </w:r>
      <w:r>
        <w:br/>
      </w:r>
      <w:r>
        <w:t xml:space="preserve">    (c) releasing from slavery or servitude; or (metaphorically) from social restraints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 little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tact</w:t>
      </w:r>
      <w:r>
        <w:rPr>
          <w:b/>
          <w:bCs/>
        </w:rPr>
        <w:t xml:space="preserve"> </w:t>
      </w:r>
      <w:r>
        <w:rPr>
          <w:b/>
          <w:bCs/>
        </w:rPr>
        <w:t xml:space="preserve">was necessary.</w:t>
      </w:r>
      <w:r>
        <w:br/>
      </w:r>
      <w:r>
        <w:t xml:space="preserve">    (a) the ability or act of saying or handling things in such a way that others feel good about them</w:t>
      </w:r>
      <w:r>
        <w:br/>
      </w:r>
      <w:r>
        <w:t xml:space="preserve">    (b) having good judgment or good taste and/or perceiving things not easily perceived by most people</w:t>
      </w:r>
      <w:r>
        <w:br/>
      </w:r>
      <w:r>
        <w:t xml:space="preserve">    (c) measles -- a highly contagious viral disease marked by distinct red spots followed by a rash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plucked at the wires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heedlessly</w:t>
      </w:r>
      <w:r>
        <w:rPr>
          <w:b/>
          <w:bCs/>
        </w:rPr>
        <w:t xml:space="preserve">, glancing quickly from time to time at the face of each new-comer and from time to time, wearily also, at the sky.</w:t>
      </w:r>
      <w:r>
        <w:br/>
      </w:r>
      <w:r>
        <w:t xml:space="preserve">    (a) in a manner that is terrible (vile; disgusting) -- worthy of being strongly disliked and looked down upon</w:t>
      </w:r>
      <w:r>
        <w:br/>
      </w:r>
      <w:r>
        <w:t xml:space="preserve">    (b) in a manner that is almost transparent -- allowing light to pass through without providing a clear image</w:t>
      </w:r>
      <w:r>
        <w:br/>
      </w:r>
      <w:r>
        <w:t xml:space="preserve">    (c) pay close attention to; or to do what is suggested -- especially with regard to a warning or other advice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Polly, of course, flirted with the young men but Mrs. Mooney, who was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shrewd</w:t>
      </w:r>
      <w:r>
        <w:rPr>
          <w:b/>
          <w:bCs/>
        </w:rPr>
        <w:t xml:space="preserve"> </w:t>
      </w:r>
      <w:r>
        <w:rPr>
          <w:b/>
          <w:bCs/>
        </w:rPr>
        <w:t xml:space="preserve">judge, knew that the young men were only passing the time away: none of them meant business.</w:t>
      </w:r>
      <w:r>
        <w:br/>
      </w:r>
      <w:r>
        <w:t xml:space="preserve">    (a) exact</w:t>
      </w:r>
      <w:r>
        <w:br/>
      </w:r>
      <w:r>
        <w:t xml:space="preserve">    (b) smart</w:t>
      </w:r>
      <w:r>
        <w:br/>
      </w:r>
      <w:r>
        <w:t xml:space="preserve">    (c) awake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question was: What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reparation</w:t>
      </w:r>
      <w:r>
        <w:rPr>
          <w:b/>
          <w:bCs/>
        </w:rPr>
        <w:t xml:space="preserve"> </w:t>
      </w:r>
      <w:r>
        <w:rPr>
          <w:b/>
          <w:bCs/>
        </w:rPr>
        <w:t xml:space="preserve">would he make?</w:t>
      </w:r>
      <w:r>
        <w:br/>
      </w:r>
      <w:r>
        <w:t xml:space="preserve">    (a) something that is different than others of its type (synonyms could include: adaptation, version, alternate form)</w:t>
      </w:r>
      <w:r>
        <w:br/>
      </w:r>
      <w:r>
        <w:t xml:space="preserve">    (b) compensation for a wrong -- usually an amount of money -- often payment required from the losing country in a war</w:t>
      </w:r>
      <w:r>
        <w:br/>
      </w:r>
      <w:r>
        <w:t xml:space="preserve">    (c) related to a theory that views history as class struggle and argues that capitalism will be replaced by communism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 gentle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melancholy</w:t>
      </w:r>
      <w:r>
        <w:rPr>
          <w:b/>
          <w:bCs/>
        </w:rPr>
        <w:t xml:space="preserve"> </w:t>
      </w:r>
      <w:r>
        <w:rPr>
          <w:b/>
          <w:bCs/>
        </w:rPr>
        <w:t xml:space="preserve">took possession of him.</w:t>
      </w:r>
      <w:r>
        <w:br/>
      </w:r>
      <w:r>
        <w:t xml:space="preserve">    (a) relating to the outside</w:t>
      </w:r>
      <w:r>
        <w:br/>
      </w:r>
      <w:r>
        <w:t xml:space="preserve">    (b) about (but not exactly)</w:t>
      </w:r>
      <w:r>
        <w:br/>
      </w:r>
      <w:r>
        <w:t xml:space="preserve">    (c) a sad feeling or manner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Do you know what my private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candid</w:t>
      </w:r>
      <w:r>
        <w:rPr>
          <w:b/>
          <w:bCs/>
        </w:rPr>
        <w:t xml:space="preserve"> </w:t>
      </w:r>
      <w:r>
        <w:rPr>
          <w:b/>
          <w:bCs/>
        </w:rPr>
        <w:t xml:space="preserve">opinion is about some of those little jokers?</w:t>
      </w:r>
      <w:r>
        <w:br/>
      </w:r>
      <w:r>
        <w:t xml:space="preserve">    (a) greater than zero</w:t>
      </w:r>
      <w:r>
        <w:br/>
      </w:r>
      <w:r>
        <w:t xml:space="preserve">    (b) complete or total</w:t>
      </w:r>
      <w:r>
        <w:br/>
      </w:r>
      <w:r>
        <w:t xml:space="preserve">    (c) honest and straightforward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Between ourselves, you know, Crofton (he's a decent chap, of course), but he's not worth a damn 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canvasser</w:t>
      </w:r>
      <w:r>
        <w:rPr>
          <w:b/>
          <w:bCs/>
        </w:rPr>
        <w:t xml:space="preserve">.</w:t>
      </w:r>
      <w:r>
        <w:br/>
      </w:r>
      <w:r>
        <w:t xml:space="preserve">    (a) one who dominates others harshly and unfairly  OR  one who denies equal rights to others or makes them suffer</w:t>
      </w:r>
      <w:r>
        <w:br/>
      </w:r>
      <w:r>
        <w:t xml:space="preserve">    (b) someone who gets opinions by asking specific questions; and/or asks people for political support individually</w:t>
      </w:r>
      <w:r>
        <w:br/>
      </w:r>
      <w:r>
        <w:t xml:space="preserve">    (c) people or things that change to fit a different situations, or that change things to fit different situations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One night, when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operatic</w:t>
      </w:r>
      <w:r>
        <w:rPr>
          <w:b/>
          <w:bCs/>
        </w:rPr>
        <w:t xml:space="preserve"> </w:t>
      </w:r>
      <w:r>
        <w:rPr>
          <w:b/>
          <w:bCs/>
        </w:rPr>
        <w:t xml:space="preserve">artiste had fallen ill, he had undertaken the part of the king in the opera of Maritana at the Queen's Theatre.</w:t>
      </w:r>
      <w:r>
        <w:br/>
      </w:r>
      <w:r>
        <w:t xml:space="preserve">    (a) relating to classical music plays in which most of the dialogue is sung</w:t>
      </w:r>
      <w:r>
        <w:br/>
      </w:r>
      <w:r>
        <w:t xml:space="preserve">    (b) rude or unfriendly because of using too few words or moving too quickly</w:t>
      </w:r>
      <w:r>
        <w:br/>
      </w:r>
      <w:r>
        <w:t xml:space="preserve">    (c) strict, firm, or hard (not giving in, not giving way, or not giving up)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Pius IX his predecessor's motto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Crux</w:t>
      </w:r>
      <w:r>
        <w:rPr>
          <w:b/>
          <w:bCs/>
        </w:rPr>
        <w:t xml:space="preserve"> </w:t>
      </w:r>
      <w:r>
        <w:rPr>
          <w:b/>
          <w:bCs/>
        </w:rPr>
        <w:t xml:space="preserve">upon Crux—that is, Cross upon Cross—to show the difference between their two pontificates.</w:t>
      </w:r>
      <w:r>
        <w:br/>
      </w:r>
      <w:r>
        <w:t xml:space="preserve">    (a) a feeling of anger or unhappiness at having to accept something not liked</w:t>
      </w:r>
      <w:r>
        <w:br/>
      </w:r>
      <w:r>
        <w:t xml:space="preserve">    (b) the most important or difficult part of a problem, argument, or situation</w:t>
      </w:r>
      <w:r>
        <w:br/>
      </w:r>
      <w:r>
        <w:t xml:space="preserve">    (c) Hitler's fanatical and oppressive political party in World War II Germany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"O, to tell you the truth,"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retorted</w:t>
      </w:r>
      <w:r>
        <w:rPr>
          <w:b/>
          <w:bCs/>
        </w:rPr>
        <w:t xml:space="preserve"> </w:t>
      </w:r>
      <w:r>
        <w:rPr>
          <w:b/>
          <w:bCs/>
        </w:rPr>
        <w:t xml:space="preserve">Gabriel suddenly, "I'm sick of my own country, sick of it!"</w:t>
      </w:r>
      <w:r>
        <w:br/>
      </w:r>
      <w:r>
        <w:t xml:space="preserve">    (a) greatly annoyed</w:t>
      </w:r>
      <w:r>
        <w:br/>
      </w:r>
      <w:r>
        <w:t xml:space="preserve">    (b) said indirectly</w:t>
      </w:r>
      <w:r>
        <w:br/>
      </w:r>
      <w:r>
        <w:t xml:space="preserve">    (c) quickly replied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are very good men, the monks, very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pious</w:t>
      </w:r>
      <w:r>
        <w:rPr>
          <w:b/>
          <w:bCs/>
        </w:rPr>
        <w:t xml:space="preserve"> </w:t>
      </w:r>
      <w:r>
        <w:rPr>
          <w:b/>
          <w:bCs/>
        </w:rPr>
        <w:t xml:space="preserve">men.</w:t>
      </w:r>
      <w:r>
        <w:br/>
      </w:r>
      <w:r>
        <w:t xml:space="preserve">    (a) able to be disagreed with</w:t>
      </w:r>
      <w:r>
        <w:br/>
      </w:r>
      <w:r>
        <w:t xml:space="preserve">    (b) not able to be translated</w:t>
      </w:r>
      <w:r>
        <w:br/>
      </w:r>
      <w:r>
        <w:t xml:space="preserve">    (c) highly religious and moral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"...what shall I call them?--the Three Graces of the Dublin musical world."</w:t>
      </w:r>
      <w:r>
        <w:br/>
      </w:r>
      <w:r>
        <w:rPr>
          <w:b/>
          <w:bCs/>
        </w:rPr>
        <w:t xml:space="preserve">The table burst into applause and laughter at this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allusion</w:t>
      </w:r>
      <w:r>
        <w:rPr>
          <w:b/>
          <w:bCs/>
        </w:rPr>
        <w:t xml:space="preserve">.</w:t>
      </w:r>
      <w:r>
        <w:br/>
      </w:r>
      <w:r>
        <w:t xml:space="preserve">    (a) a nerve or brain cell</w:t>
      </w:r>
      <w:r>
        <w:br/>
      </w:r>
      <w:r>
        <w:t xml:space="preserve">    (b) long eventful journey</w:t>
      </w:r>
      <w:r>
        <w:br/>
      </w:r>
      <w:r>
        <w:t xml:space="preserve">    (c) an indirect reference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Gabriel waited again and then, fearing that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diffidence</w:t>
      </w:r>
      <w:r>
        <w:rPr>
          <w:b/>
          <w:bCs/>
        </w:rPr>
        <w:t xml:space="preserve"> </w:t>
      </w:r>
      <w:r>
        <w:rPr>
          <w:b/>
          <w:bCs/>
        </w:rPr>
        <w:t xml:space="preserve">was about to conquer him, he said abruptly: "By the way, Gretta!"</w:t>
      </w:r>
      <w:r>
        <w:br/>
      </w:r>
      <w:r>
        <w:t xml:space="preserve">    (a) the act of being in a working position; or the act of starting</w:t>
      </w:r>
      <w:r>
        <w:br/>
      </w:r>
      <w:r>
        <w:t xml:space="preserve">    (b) an expert who shares professional opinions in a specific field</w:t>
      </w:r>
      <w:r>
        <w:br/>
      </w:r>
      <w:r>
        <w:t xml:space="preserve">    (c) hesitancy and unassertiveness due to a lack of self-confidence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2026-07-31T14:44:39Z</dcterms:created>
  <dcterms:modified xsi:type="dcterms:W3CDTF">2026-07-31T14:44:39Z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