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df3b55e0e4d94415f005e7b85d05f8c4270da39"/>
    <w:p>
      <w:pPr>
        <w:pStyle w:val="Heading1"/>
      </w:pPr>
      <w:r>
        <w:rPr>
          <w:b/>
          <w:bCs/>
        </w:rPr>
        <w:t xml:space="preserve">Dreamland</w:t>
      </w:r>
      <w:r>
        <w:br/>
      </w:r>
      <w:r>
        <w:rPr>
          <w:i/>
          <w:iCs/>
        </w:rPr>
        <w:t xml:space="preserve">Sarah Dessen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on Cass's thick,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monogrammed</w:t>
      </w:r>
      <w:r>
        <w:rPr>
          <w:b/>
          <w:bCs/>
        </w:rPr>
        <w:t xml:space="preserve"> </w:t>
      </w:r>
      <w:r>
        <w:rPr>
          <w:b/>
          <w:bCs/>
        </w:rPr>
        <w:t xml:space="preserve">stationery with matching envelopes.</w:t>
      </w:r>
      <w:r>
        <w:br/>
      </w:r>
      <w:r>
        <w:t xml:space="preserve">    (a) imprinted with a design using her initials</w:t>
      </w:r>
      <w:r>
        <w:br/>
      </w:r>
      <w:r>
        <w:t xml:space="preserve">    (b) expressed personal artistic ideas or feelings while performing (or performing to) someone else's work</w:t>
      </w:r>
      <w:r>
        <w:br/>
      </w:r>
      <w:r>
        <w:t xml:space="preserve">    (c) gradually destroyed or changed the purpose of something -- such as a government, institution, or rule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had just heard the story recounted so many times over the years that it was easy to take the details and fold them into our own sparse memories,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embellishing</w:t>
      </w:r>
      <w:r>
        <w:rPr>
          <w:b/>
          <w:bCs/>
        </w:rPr>
        <w:t xml:space="preserve"> </w:t>
      </w:r>
      <w:r>
        <w:rPr>
          <w:b/>
          <w:bCs/>
        </w:rPr>
        <w:t xml:space="preserve">here or there to fill in the blanks.</w:t>
      </w:r>
      <w:r>
        <w:br/>
      </w:r>
      <w:r>
        <w:t xml:space="preserve">    (a) making something more attractive or interesting by adding to it</w:t>
      </w:r>
      <w:r>
        <w:br/>
      </w:r>
      <w:r>
        <w:t xml:space="preserve">    (b) releasing from imprisonment early if special conditions are met</w:t>
      </w:r>
      <w:r>
        <w:br/>
      </w:r>
      <w:r>
        <w:t xml:space="preserve">    (c) manipulating voting district boundaries for political advantage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never talked about it again, instead just focusing on the next season, when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rectified</w:t>
      </w:r>
      <w:r>
        <w:rPr>
          <w:b/>
          <w:bCs/>
        </w:rPr>
        <w:t xml:space="preserve"> </w:t>
      </w:r>
      <w:r>
        <w:rPr>
          <w:b/>
          <w:bCs/>
        </w:rPr>
        <w:t xml:space="preserve">the loss by scoring the only two goals of the championship game.</w:t>
      </w:r>
      <w:r>
        <w:br/>
      </w:r>
      <w:r>
        <w:t xml:space="preserve">    (a) made up for</w:t>
      </w:r>
      <w:r>
        <w:br/>
      </w:r>
      <w:r>
        <w:t xml:space="preserve">    (b) selected (on a computer screen)</w:t>
      </w:r>
      <w:r>
        <w:br/>
      </w:r>
      <w:r>
        <w:t xml:space="preserve">    (c) took up or received into heaven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bugs were out in force, and since Stewart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conscientious</w:t>
      </w:r>
      <w:r>
        <w:rPr>
          <w:b/>
          <w:bCs/>
        </w:rPr>
        <w:t xml:space="preserve"> </w:t>
      </w:r>
      <w:r>
        <w:rPr>
          <w:b/>
          <w:bCs/>
        </w:rPr>
        <w:t xml:space="preserve">objection to the bug light, he winced, as if in pain himself, each time it claimed another victim.</w:t>
      </w:r>
      <w:r>
        <w:br/>
      </w:r>
      <w:r>
        <w:t xml:space="preserve">    (a) careful to do what is right</w:t>
      </w:r>
      <w:r>
        <w:br/>
      </w:r>
      <w:r>
        <w:t xml:space="preserve">    (b) orbiting Earth once per day</w:t>
      </w:r>
      <w:r>
        <w:br/>
      </w:r>
      <w:r>
        <w:t xml:space="preserve">    (c) not attractive or desirable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did not, however, seem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hinder</w:t>
      </w:r>
      <w:r>
        <w:rPr>
          <w:b/>
          <w:bCs/>
        </w:rPr>
        <w:t xml:space="preserve"> </w:t>
      </w:r>
      <w:r>
        <w:rPr>
          <w:b/>
          <w:bCs/>
        </w:rPr>
        <w:t xml:space="preserve">her ability to teach my mother how to make lopsided bowls, ashtrays glazed with smeared reds and greens, and a ribbed tall vase for me that leaned like the Tower of Pisa.</w:t>
      </w:r>
      <w:r>
        <w:br/>
      </w:r>
      <w:r>
        <w:t xml:space="preserve">    (a) slowed down or caused problems for</w:t>
      </w:r>
      <w:r>
        <w:br/>
      </w:r>
      <w:r>
        <w:t xml:space="preserve">    (b) make different; or show difference</w:t>
      </w:r>
      <w:r>
        <w:br/>
      </w:r>
      <w:r>
        <w:t xml:space="preserve">    (c) to cause something to move forward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Mike looked around the room, as if he might see something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corroborate</w:t>
      </w:r>
      <w:r>
        <w:rPr>
          <w:b/>
          <w:bCs/>
        </w:rPr>
        <w:t xml:space="preserve"> </w:t>
      </w:r>
      <w:r>
        <w:rPr>
          <w:b/>
          <w:bCs/>
        </w:rPr>
        <w:t xml:space="preserve">this, like icicles or penguins.</w:t>
      </w:r>
      <w:r>
        <w:br/>
      </w:r>
      <w:r>
        <w:t xml:space="preserve">    (a) design based on alphabetic letters; or adding such a design to something</w:t>
      </w:r>
      <w:r>
        <w:br/>
      </w:r>
      <w:r>
        <w:t xml:space="preserve">    (b) characterized by narrower parallel folds when closed and wider when open</w:t>
      </w:r>
      <w:r>
        <w:br/>
      </w:r>
      <w:r>
        <w:t xml:space="preserve">    (c) support with additional evidence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rebutted</w:t>
      </w:r>
      <w:r>
        <w:rPr>
          <w:b/>
          <w:bCs/>
        </w:rPr>
        <w:t xml:space="preserve"> </w:t>
      </w:r>
      <w:r>
        <w:rPr>
          <w:b/>
          <w:bCs/>
        </w:rPr>
        <w:t xml:space="preserve">by a long series of beeps, punctuated only by the audience making oooohhhhh noises.</w:t>
      </w:r>
      <w:r>
        <w:br/>
      </w:r>
      <w:r>
        <w:t xml:space="preserve">    (a) was overly unhappy and unsociable</w:t>
      </w:r>
      <w:r>
        <w:br/>
      </w:r>
      <w:r>
        <w:t xml:space="preserve">    (b) argued that something is not true</w:t>
      </w:r>
      <w:r>
        <w:br/>
      </w:r>
      <w:r>
        <w:t xml:space="preserve">    (c) not limited or without boundaries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turned out his "long story" for being at Senior Days started with some kind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misdemeanor</w:t>
      </w:r>
      <w:r>
        <w:rPr>
          <w:b/>
          <w:bCs/>
        </w:rPr>
        <w:t xml:space="preserve"> </w:t>
      </w:r>
      <w:r>
        <w:rPr>
          <w:b/>
          <w:bCs/>
        </w:rPr>
        <w:t xml:space="preserve">and ended with community service, which led to lemon cookies and punch and me.</w:t>
      </w:r>
      <w:r>
        <w:br/>
      </w:r>
      <w:r>
        <w:t xml:space="preserve">    (a) a central open space in a building</w:t>
      </w:r>
      <w:r>
        <w:br/>
      </w:r>
      <w:r>
        <w:t xml:space="preserve">    (b) particles emitted by nuclear decay</w:t>
      </w:r>
      <w:r>
        <w:br/>
      </w:r>
      <w:r>
        <w:t xml:space="preserve">    (c) a crime less serious than a felony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said, when I asked, that he went to Perkins Day, the elite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prep school</w:t>
      </w:r>
      <w:r>
        <w:rPr>
          <w:b/>
          <w:bCs/>
        </w:rPr>
        <w:t xml:space="preserve"> </w:t>
      </w:r>
      <w:r>
        <w:rPr>
          <w:b/>
          <w:bCs/>
        </w:rPr>
        <w:t xml:space="preserve">on the other side of town, where he was a fifth-year senior; he'd "taken some time off," apparently because of "some problems with administration."</w:t>
      </w:r>
      <w:r>
        <w:br/>
      </w:r>
      <w:r>
        <w:t xml:space="preserve">    (a) done to get ready for something that will happen later</w:t>
      </w:r>
      <w:r>
        <w:br/>
      </w:r>
      <w:r>
        <w:t xml:space="preserve">    (b) injured muscles or tendons (despite calling it muscle)</w:t>
      </w:r>
      <w:r>
        <w:br/>
      </w:r>
      <w:r>
        <w:t xml:space="preserve">    (c) the idea that anything that can go wrong will go wrong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the college guys in the dorm room with ... and the couch that smelled like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rancid</w:t>
      </w:r>
      <w:r>
        <w:rPr>
          <w:b/>
          <w:bCs/>
        </w:rPr>
        <w:t xml:space="preserve"> </w:t>
      </w:r>
      <w:r>
        <w:rPr>
          <w:b/>
          <w:bCs/>
        </w:rPr>
        <w:t xml:space="preserve">beer.</w:t>
      </w:r>
      <w:r>
        <w:br/>
      </w:r>
      <w:r>
        <w:t xml:space="preserve">    (a) a state of decomposition that smells bad</w:t>
      </w:r>
      <w:r>
        <w:br/>
      </w:r>
      <w:r>
        <w:t xml:space="preserve">    (b) a connection where measuring one particle instantly affects another, regardless of distance</w:t>
      </w:r>
      <w:r>
        <w:br/>
      </w:r>
      <w:r>
        <w:t xml:space="preserve">    (c) a potentially life-threatening eating disorder that prevents people from eating enough food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far, the game had been pretty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docile</w:t>
      </w:r>
      <w:r>
        <w:rPr>
          <w:b/>
          <w:bCs/>
        </w:rPr>
        <w:t xml:space="preserve">, save for a short disagreement over the capital of Indonesia.</w:t>
      </w:r>
      <w:r>
        <w:br/>
      </w:r>
      <w:r>
        <w:t xml:space="preserve">    (a) easily led or managed -- perhaps submissive or well-behaved</w:t>
      </w:r>
      <w:r>
        <w:br/>
      </w:r>
      <w:r>
        <w:t xml:space="preserve">    (b) tendency to be direct in a disagreeable, insensitive manner</w:t>
      </w:r>
      <w:r>
        <w:br/>
      </w:r>
      <w:r>
        <w:t xml:space="preserve">    (c) the degree or quality of being exactly vertical or straight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had already decided they wanted me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chaste</w:t>
      </w:r>
      <w:r>
        <w:rPr>
          <w:b/>
          <w:bCs/>
        </w:rPr>
        <w:t xml:space="preserve">, go to college, and be a lawyer.</w:t>
      </w:r>
      <w:r>
        <w:br/>
      </w:r>
      <w:r>
        <w:t xml:space="preserve">    (a) a citizen of Rome between the founding of the city (753 BC) and the fall of the Western Roman Empire (476 AD)</w:t>
      </w:r>
      <w:r>
        <w:br/>
      </w:r>
      <w:r>
        <w:t xml:space="preserve">    (b) able to be portrayed or created in a particular way  OR  able to be interpreted, translated, or extracted from</w:t>
      </w:r>
      <w:r>
        <w:br/>
      </w:r>
      <w:r>
        <w:t xml:space="preserve">    (c) not having sexual intercourse (ever, outside of marriage, or for a long time); or not involving sexual desire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Seek deep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introspection</w:t>
      </w:r>
      <w:r>
        <w:rPr>
          <w:b/>
          <w:bCs/>
        </w:rPr>
        <w:t xml:space="preserve"> </w:t>
      </w:r>
      <w:r>
        <w:rPr>
          <w:b/>
          <w:bCs/>
        </w:rPr>
        <w:t xml:space="preserve">in the cheese aisle?</w:t>
      </w:r>
      <w:r>
        <w:br/>
      </w:r>
      <w:r>
        <w:t xml:space="preserve">    (a) a general feeling of not being as good as others</w:t>
      </w:r>
      <w:r>
        <w:br/>
      </w:r>
      <w:r>
        <w:t xml:space="preserve">    (b) contemplation of one's own thoughts and feelings</w:t>
      </w:r>
      <w:r>
        <w:br/>
      </w:r>
      <w:r>
        <w:t xml:space="preserve">    (c) the act, process, or instance of telling a 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an Irish dancing class going on down the hallway, with music 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jaunty</w:t>
      </w:r>
      <w:r>
        <w:rPr>
          <w:b/>
          <w:bCs/>
        </w:rPr>
        <w:t xml:space="preserve"> </w:t>
      </w:r>
      <w:r>
        <w:rPr>
          <w:b/>
          <w:bCs/>
        </w:rPr>
        <w:t xml:space="preserve">and fast, and I stood listening and watching the Christmas lights strung over the front windows as they blinked on and off.</w:t>
      </w:r>
      <w:r>
        <w:br/>
      </w:r>
      <w:r>
        <w:t xml:space="preserve">    (a) the state or degree of being greater than zero</w:t>
      </w:r>
      <w:r>
        <w:br/>
      </w:r>
      <w:r>
        <w:t xml:space="preserve">    (b) with the involvement of other people or things</w:t>
      </w:r>
      <w:r>
        <w:br/>
      </w:r>
      <w:r>
        <w:t xml:space="preserve">    (c) appearing cheerful, lively, and self-confident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I had Dave, rubbing his eyes with hair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askew</w:t>
      </w:r>
      <w:r>
        <w:rPr>
          <w:b/>
          <w:bCs/>
        </w:rPr>
        <w:t xml:space="preserve">, half a frozen burrito in one hand.</w:t>
      </w:r>
      <w:r>
        <w:br/>
      </w:r>
      <w:r>
        <w:t xml:space="preserve">    (a) rain, snow, hail, or sleet</w:t>
      </w:r>
      <w:r>
        <w:br/>
      </w:r>
      <w:r>
        <w:t xml:space="preserve">    (b) not straight; or not right</w:t>
      </w:r>
      <w:r>
        <w:br/>
      </w:r>
      <w:r>
        <w:t xml:space="preserve">    (c) opposed to "globalization"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Fingers smelly from smoking,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topography</w:t>
      </w:r>
      <w:r>
        <w:rPr>
          <w:b/>
          <w:bCs/>
        </w:rPr>
        <w:t xml:space="preserve"> </w:t>
      </w:r>
      <w:r>
        <w:rPr>
          <w:b/>
          <w:bCs/>
        </w:rPr>
        <w:t xml:space="preserve">of bruises across my skin and bones like a road map of all that had happened, every mile of the journey.</w:t>
      </w:r>
      <w:r>
        <w:br/>
      </w:r>
      <w:r>
        <w:t xml:space="preserve">    (a) a member of the Religious Society of Friends (the Friends have never called themselves Quakers)</w:t>
      </w:r>
      <w:r>
        <w:br/>
      </w:r>
      <w:r>
        <w:t xml:space="preserve">    (b) a large, elongated gland located behind the stomach that secretes digestive enzymes and insulin</w:t>
      </w:r>
      <w:r>
        <w:br/>
      </w:r>
      <w:r>
        <w:t xml:space="preserve">    (c) the features of the surface area of a region; or their study -- especially changes in elevation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traded stupid family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anecdotes</w:t>
      </w:r>
      <w:r>
        <w:rPr>
          <w:b/>
          <w:bCs/>
        </w:rPr>
        <w:t xml:space="preserve">, like the time when Cass almost burned down the house with her Easy-Bake Oven, or when my father drank a huge glass of clam juice, thinking it was lemonade.</w:t>
      </w:r>
      <w:r>
        <w:br/>
      </w:r>
      <w:r>
        <w:t xml:space="preserve">    (a) short, true stories</w:t>
      </w:r>
      <w:r>
        <w:br/>
      </w:r>
      <w:r>
        <w:t xml:space="preserve">    (b) outward appearances</w:t>
      </w:r>
      <w:r>
        <w:br/>
      </w:r>
      <w:r>
        <w:t xml:space="preserve">    (c) sizes or dimensions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first day Boo came, she brought a stack of my photographs and a bagful of vegan carob-chip cookies, which I ate as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regaled</w:t>
      </w:r>
      <w:r>
        <w:rPr>
          <w:b/>
          <w:bCs/>
        </w:rPr>
        <w:t xml:space="preserve"> </w:t>
      </w:r>
      <w:r>
        <w:rPr>
          <w:b/>
          <w:bCs/>
        </w:rPr>
        <w:t xml:space="preserve">me with stories from our photography class exhibition at the Arts Center.</w:t>
      </w:r>
      <w:r>
        <w:br/>
      </w:r>
      <w:r>
        <w:t xml:space="preserve">    (a) hired again</w:t>
      </w:r>
      <w:r>
        <w:br/>
      </w:r>
      <w:r>
        <w:t xml:space="preserve">    (b) briefly saw</w:t>
      </w:r>
      <w:r>
        <w:br/>
      </w:r>
      <w:r>
        <w:t xml:space="preserve">    (c) entertained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I had my family,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checks and balances</w:t>
      </w:r>
      <w:r>
        <w:rPr>
          <w:b/>
          <w:bCs/>
        </w:rPr>
        <w:t xml:space="preserve">.</w:t>
      </w:r>
      <w:r>
        <w:br/>
      </w:r>
      <w:r>
        <w:t xml:space="preserve">    (a) laws dealing with crimes against the state (like burglary) and their punishment as contrasted to civil law in which individuals can sue each other</w:t>
      </w:r>
      <w:r>
        <w:br/>
      </w:r>
      <w:r>
        <w:t xml:space="preserve">    (b) safeguards and oversight to keep things from going off track</w:t>
      </w:r>
      <w:r>
        <w:br/>
      </w:r>
      <w:r>
        <w:t xml:space="preserve">    (c) parenting based on a commonly accepted theory that children need a secure relationship with an adult for normal social and emotional development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could already see the sky,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iridescent</w:t>
      </w:r>
      <w:r>
        <w:rPr>
          <w:b/>
          <w:bCs/>
        </w:rPr>
        <w:t xml:space="preserve"> </w:t>
      </w:r>
      <w:r>
        <w:rPr>
          <w:b/>
          <w:bCs/>
        </w:rPr>
        <w:t xml:space="preserve">and just beyond the water above me.</w:t>
      </w:r>
      <w:r>
        <w:br/>
      </w:r>
      <w:r>
        <w:t xml:space="preserve">    (a) serving to help explain or demonstrate something</w:t>
      </w:r>
      <w:r>
        <w:br/>
      </w:r>
      <w:r>
        <w:t xml:space="preserve">    (b) bright colors that shimmer or vary with movement</w:t>
      </w:r>
      <w:r>
        <w:br/>
      </w:r>
      <w:r>
        <w:t xml:space="preserve">    (c) something added to food to keep it from spoiling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2026-07-31T16:42:24Z</dcterms:created>
  <dcterms:modified xsi:type="dcterms:W3CDTF">2026-07-31T16:42:24Z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