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786536626c84c524485755a0ae9019bfbd2d690"/>
    <w:p>
      <w:pPr>
        <w:pStyle w:val="Heading1"/>
      </w:pPr>
      <w:r>
        <w:rPr>
          <w:b/>
          <w:bCs/>
        </w:rPr>
        <w:t xml:space="preserve">Dreaming in Cuban</w:t>
      </w:r>
      <w:r>
        <w:br/>
      </w:r>
      <w:r>
        <w:rPr>
          <w:i/>
          <w:iCs/>
        </w:rPr>
        <w:t xml:space="preserve">Christina Garcia</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But his handwriting, an</w:t>
      </w:r>
      <w:r>
        <w:rPr>
          <w:b/>
          <w:bCs/>
        </w:rPr>
        <w:t xml:space="preserve"> </w:t>
      </w:r>
      <w:r>
        <w:rPr>
          <w:b/>
          <w:bCs/>
          <w:u w:val="single"/>
        </w:rPr>
        <w:t xml:space="preserve">ornate</w:t>
      </w:r>
      <w:r>
        <w:rPr>
          <w:b/>
          <w:bCs/>
        </w:rPr>
        <w:t xml:space="preserve"> </w:t>
      </w:r>
      <w:r>
        <w:rPr>
          <w:b/>
          <w:bCs/>
        </w:rPr>
        <w:t xml:space="preserve">script he learned in another century, revealed his decay.</w:t>
      </w:r>
      <w:r>
        <w:br/>
      </w:r>
      <w:r>
        <w:t xml:space="preserve">    (a) indicating approval or agreement</w:t>
      </w:r>
      <w:r>
        <w:br/>
      </w:r>
      <w:r>
        <w:t xml:space="preserve">    (b) able to be taken on as one's own</w:t>
      </w:r>
      <w:r>
        <w:br/>
      </w:r>
      <w:r>
        <w:t xml:space="preserve">    (c) having lots of decorative detail</w:t>
      </w:r>
    </w:p>
    <w:p>
      <w:pPr>
        <w:pStyle w:val="Compact"/>
        <w:numPr>
          <w:ilvl w:val="0"/>
          <w:numId w:val="1001"/>
        </w:numPr>
      </w:pPr>
      <w:r>
        <w:rPr>
          <w:b/>
          <w:bCs/>
        </w:rPr>
        <w:t xml:space="preserve">Lourdes is pleased with her uniform's</w:t>
      </w:r>
      <w:r>
        <w:rPr>
          <w:b/>
          <w:bCs/>
        </w:rPr>
        <w:t xml:space="preserve"> </w:t>
      </w:r>
      <w:r>
        <w:rPr>
          <w:b/>
          <w:bCs/>
          <w:u w:val="single"/>
        </w:rPr>
        <w:t xml:space="preserve">implicit</w:t>
      </w:r>
      <w:r>
        <w:rPr>
          <w:b/>
          <w:bCs/>
        </w:rPr>
        <w:t xml:space="preserve"> </w:t>
      </w:r>
      <w:r>
        <w:rPr>
          <w:b/>
          <w:bCs/>
        </w:rPr>
        <w:t xml:space="preserve">authority, with the severity of her unadorned face and blunt, round nose.</w:t>
      </w:r>
      <w:r>
        <w:br/>
      </w:r>
      <w:r>
        <w:t xml:space="preserve">    (a) not able to be translated</w:t>
      </w:r>
      <w:r>
        <w:br/>
      </w:r>
      <w:r>
        <w:t xml:space="preserve">    (b) not tending to find fault</w:t>
      </w:r>
      <w:r>
        <w:br/>
      </w:r>
      <w:r>
        <w:t xml:space="preserve">    (c) without question or doubt</w:t>
      </w:r>
    </w:p>
    <w:p>
      <w:pPr>
        <w:pStyle w:val="Compact"/>
        <w:numPr>
          <w:ilvl w:val="0"/>
          <w:numId w:val="1001"/>
        </w:numPr>
      </w:pPr>
      <w:r>
        <w:rPr>
          <w:b/>
          <w:bCs/>
        </w:rPr>
        <w:t xml:space="preserve">She notices the way his fingers are twisted above the first joints, stiffened</w:t>
      </w:r>
      <w:r>
        <w:rPr>
          <w:b/>
          <w:bCs/>
        </w:rPr>
        <w:t xml:space="preserve"> </w:t>
      </w:r>
      <w:r>
        <w:rPr>
          <w:b/>
          <w:bCs/>
          <w:u w:val="single"/>
        </w:rPr>
        <w:t xml:space="preserve">haphazardly</w:t>
      </w:r>
      <w:r>
        <w:rPr>
          <w:b/>
          <w:bCs/>
        </w:rPr>
        <w:t xml:space="preserve"> </w:t>
      </w:r>
      <w:r>
        <w:rPr>
          <w:b/>
          <w:bCs/>
        </w:rPr>
        <w:t xml:space="preserve">like branches.</w:t>
      </w:r>
      <w:r>
        <w:br/>
      </w:r>
      <w:r>
        <w:t xml:space="preserve">    (a) without pattern or planning</w:t>
      </w:r>
      <w:r>
        <w:br/>
      </w:r>
      <w:r>
        <w:t xml:space="preserve">    (b) in a manner that challenges</w:t>
      </w:r>
      <w:r>
        <w:br/>
      </w:r>
      <w:r>
        <w:t xml:space="preserve">    (c) in a strongly biased manner</w:t>
      </w:r>
    </w:p>
    <w:p>
      <w:pPr>
        <w:pStyle w:val="Compact"/>
        <w:numPr>
          <w:ilvl w:val="0"/>
          <w:numId w:val="1001"/>
        </w:numPr>
      </w:pPr>
      <w:r>
        <w:rPr>
          <w:b/>
          <w:bCs/>
        </w:rPr>
        <w:t xml:space="preserve">Her father had been a</w:t>
      </w:r>
      <w:r>
        <w:rPr>
          <w:b/>
          <w:bCs/>
        </w:rPr>
        <w:t xml:space="preserve"> </w:t>
      </w:r>
      <w:r>
        <w:rPr>
          <w:b/>
          <w:bCs/>
          <w:u w:val="single"/>
        </w:rPr>
        <w:t xml:space="preserve">fastidious</w:t>
      </w:r>
      <w:r>
        <w:rPr>
          <w:b/>
          <w:bCs/>
        </w:rPr>
        <w:t xml:space="preserve"> </w:t>
      </w:r>
      <w:r>
        <w:rPr>
          <w:b/>
          <w:bCs/>
        </w:rPr>
        <w:t xml:space="preserve">man, impeccable, close-shaven, with razor-sharp creases pressed into his trousers.</w:t>
      </w:r>
      <w:r>
        <w:br/>
      </w:r>
      <w:r>
        <w:t xml:space="preserve">    (a) not relevant (not related to the subject being considered, or not important enough to want to consider)</w:t>
      </w:r>
      <w:r>
        <w:br/>
      </w:r>
      <w:r>
        <w:t xml:space="preserve">    (b) excessively concerned with cleanliness or matters of taste</w:t>
      </w:r>
      <w:r>
        <w:br/>
      </w:r>
      <w:r>
        <w:t xml:space="preserve">    (c) a person who works from within to destroy an established order; or relating to such destructive efforts</w:t>
      </w:r>
    </w:p>
    <w:p>
      <w:pPr>
        <w:pStyle w:val="Compact"/>
        <w:numPr>
          <w:ilvl w:val="0"/>
          <w:numId w:val="1001"/>
        </w:numPr>
      </w:pPr>
      <w:r>
        <w:rPr>
          <w:b/>
          <w:bCs/>
        </w:rPr>
        <w:t xml:space="preserve">Celia wanted to tell Jorge how his mother and his sister, Ofelia,</w:t>
      </w:r>
      <w:r>
        <w:rPr>
          <w:b/>
          <w:bCs/>
        </w:rPr>
        <w:t xml:space="preserve"> </w:t>
      </w:r>
      <w:r>
        <w:rPr>
          <w:b/>
          <w:bCs/>
          <w:u w:val="single"/>
        </w:rPr>
        <w:t xml:space="preserve">scorned</w:t>
      </w:r>
      <w:r>
        <w:rPr>
          <w:b/>
          <w:bCs/>
        </w:rPr>
        <w:t xml:space="preserve"> </w:t>
      </w:r>
      <w:r>
        <w:rPr>
          <w:b/>
          <w:bCs/>
        </w:rPr>
        <w:t xml:space="preserve">her, how they ate together in the evenings without inviting her.</w:t>
      </w:r>
      <w:r>
        <w:br/>
      </w:r>
      <w:r>
        <w:t xml:space="preserve">    (a) quoted (to make a point)</w:t>
      </w:r>
      <w:r>
        <w:br/>
      </w:r>
      <w:r>
        <w:t xml:space="preserve">    (b) mirrored back (an image)</w:t>
      </w:r>
      <w:r>
        <w:br/>
      </w:r>
      <w:r>
        <w:t xml:space="preserve">    (c) disrespected or rejected</w:t>
      </w:r>
    </w:p>
    <w:p>
      <w:pPr>
        <w:pStyle w:val="Compact"/>
        <w:numPr>
          <w:ilvl w:val="0"/>
          <w:numId w:val="1001"/>
        </w:numPr>
      </w:pPr>
      <w:r>
        <w:rPr>
          <w:b/>
          <w:bCs/>
        </w:rPr>
        <w:t xml:space="preserve">Jorge</w:t>
      </w:r>
      <w:r>
        <w:rPr>
          <w:b/>
          <w:bCs/>
        </w:rPr>
        <w:t xml:space="preserve"> </w:t>
      </w:r>
      <w:r>
        <w:rPr>
          <w:b/>
          <w:bCs/>
          <w:u w:val="single"/>
        </w:rPr>
        <w:t xml:space="preserve">coaxed</w:t>
      </w:r>
      <w:r>
        <w:rPr>
          <w:b/>
          <w:bCs/>
        </w:rPr>
        <w:t xml:space="preserve"> </w:t>
      </w:r>
      <w:r>
        <w:rPr>
          <w:b/>
          <w:bCs/>
        </w:rPr>
        <w:t xml:space="preserve">me to try a guayabita del pinar, a local drink, and I surprised myself by finishing four.</w:t>
      </w:r>
      <w:r>
        <w:br/>
      </w:r>
      <w:r>
        <w:t xml:space="preserve">    (a) tried to obtain a result through gentle and careful effort -- often gently persuaded</w:t>
      </w:r>
      <w:r>
        <w:br/>
      </w:r>
      <w:r>
        <w:t xml:space="preserve">    (b) did not vote  OR  did not drink alcohol  OR  (more rarely) did not do something else</w:t>
      </w:r>
      <w:r>
        <w:br/>
      </w:r>
      <w:r>
        <w:t xml:space="preserve">    (c) thought of something as true or likely, even though it was not known with certainty</w:t>
      </w:r>
    </w:p>
    <w:p>
      <w:pPr>
        <w:pStyle w:val="Compact"/>
        <w:numPr>
          <w:ilvl w:val="0"/>
          <w:numId w:val="1001"/>
        </w:numPr>
      </w:pPr>
      <w:r>
        <w:rPr>
          <w:b/>
          <w:bCs/>
        </w:rPr>
        <w:t xml:space="preserve">I cried when I saw him bandaged in white, his arms</w:t>
      </w:r>
      <w:r>
        <w:rPr>
          <w:b/>
          <w:bCs/>
        </w:rPr>
        <w:t xml:space="preserve"> </w:t>
      </w:r>
      <w:r>
        <w:rPr>
          <w:b/>
          <w:bCs/>
          <w:u w:val="single"/>
        </w:rPr>
        <w:t xml:space="preserve">taut</w:t>
      </w:r>
      <w:r>
        <w:rPr>
          <w:b/>
          <w:bCs/>
        </w:rPr>
        <w:t xml:space="preserve"> </w:t>
      </w:r>
      <w:r>
        <w:rPr>
          <w:b/>
          <w:bCs/>
        </w:rPr>
        <w:t xml:space="preserve">in midair like a sea gull.</w:t>
      </w:r>
      <w:r>
        <w:br/>
      </w:r>
      <w:r>
        <w:t xml:space="preserve">    (a) relating to logical examination to improve understanding</w:t>
      </w:r>
      <w:r>
        <w:br/>
      </w:r>
      <w:r>
        <w:t xml:space="preserve">    (b) the state or degree of being pessimistic or disagreeable</w:t>
      </w:r>
      <w:r>
        <w:br/>
      </w:r>
      <w:r>
        <w:t xml:space="preserve">    (c) pulled or drawn tight;</w:t>
      </w:r>
      <w:r>
        <w:br/>
      </w:r>
      <w:r>
        <w:t xml:space="preserve">or: subjected to great tension</w:t>
      </w:r>
    </w:p>
    <w:p>
      <w:pPr>
        <w:pStyle w:val="Compact"/>
        <w:numPr>
          <w:ilvl w:val="0"/>
          <w:numId w:val="1001"/>
        </w:numPr>
      </w:pPr>
      <w:r>
        <w:rPr>
          <w:b/>
          <w:bCs/>
        </w:rPr>
        <w:t xml:space="preserve">Outside, the spring rains resume ill-</w:t>
      </w:r>
      <w:r>
        <w:rPr>
          <w:b/>
          <w:bCs/>
          <w:u w:val="single"/>
        </w:rPr>
        <w:t xml:space="preserve">temperedly</w:t>
      </w:r>
      <w:r>
        <w:rPr>
          <w:b/>
          <w:bCs/>
        </w:rPr>
        <w:t xml:space="preserve">.</w:t>
      </w:r>
      <w:r>
        <w:br/>
      </w:r>
      <w:r>
        <w:t xml:space="preserve">    (a) in a manner that is clear, easily noticed, and/or identifiable as different or separate</w:t>
      </w:r>
      <w:r>
        <w:br/>
      </w:r>
      <w:r>
        <w:t xml:space="preserve">    (b) in a nasty (unkind) manner</w:t>
      </w:r>
      <w:r>
        <w:br/>
      </w:r>
      <w:r>
        <w:t xml:space="preserve">    (c) in a manner that relates to classical music plays in which most of the dialogue is sung</w:t>
      </w:r>
    </w:p>
    <w:p>
      <w:pPr>
        <w:pStyle w:val="Compact"/>
        <w:numPr>
          <w:ilvl w:val="0"/>
          <w:numId w:val="1001"/>
        </w:numPr>
      </w:pPr>
      <w:r>
        <w:rPr>
          <w:b/>
          <w:bCs/>
        </w:rPr>
        <w:t xml:space="preserve">There's a sadness in her expression</w:t>
      </w:r>
      <w:r>
        <w:rPr>
          <w:b/>
          <w:bCs/>
        </w:rPr>
        <w:t xml:space="preserve"> </w:t>
      </w:r>
      <w:r>
        <w:rPr>
          <w:b/>
          <w:bCs/>
          <w:u w:val="single"/>
        </w:rPr>
        <w:t xml:space="preserve">tempered</w:t>
      </w:r>
      <w:r>
        <w:rPr>
          <w:b/>
          <w:bCs/>
        </w:rPr>
        <w:t xml:space="preserve"> </w:t>
      </w:r>
      <w:r>
        <w:rPr>
          <w:b/>
          <w:bCs/>
        </w:rPr>
        <w:t xml:space="preserve">by hope.</w:t>
      </w:r>
      <w:r>
        <w:br/>
      </w:r>
      <w:r>
        <w:t xml:space="preserve">    (a) not finding fault</w:t>
      </w:r>
      <w:r>
        <w:br/>
      </w:r>
      <w:r>
        <w:t xml:space="preserve">    (b) made less extreme</w:t>
      </w:r>
      <w:r>
        <w:br/>
      </w:r>
      <w:r>
        <w:t xml:space="preserve">    (c) not demonstrating</w:t>
      </w:r>
    </w:p>
    <w:p>
      <w:pPr>
        <w:pStyle w:val="Compact"/>
        <w:numPr>
          <w:ilvl w:val="0"/>
          <w:numId w:val="1001"/>
        </w:numPr>
      </w:pPr>
      <w:r>
        <w:rPr>
          <w:b/>
          <w:bCs/>
        </w:rPr>
        <w:t xml:space="preserve">Lourdes abhors</w:t>
      </w:r>
      <w:r>
        <w:rPr>
          <w:b/>
          <w:bCs/>
        </w:rPr>
        <w:t xml:space="preserve"> </w:t>
      </w:r>
      <w:r>
        <w:rPr>
          <w:b/>
          <w:bCs/>
          <w:u w:val="single"/>
        </w:rPr>
        <w:t xml:space="preserve">ambiguity</w:t>
      </w:r>
      <w:r>
        <w:rPr>
          <w:b/>
          <w:bCs/>
        </w:rPr>
        <w:t xml:space="preserve">.</w:t>
      </w:r>
      <w:r>
        <w:br/>
      </w:r>
      <w:r>
        <w:t xml:space="preserve">    (a) lack of clarity -- unclear because there could be two or more interpretations</w:t>
      </w:r>
      <w:r>
        <w:br/>
      </w:r>
      <w:r>
        <w:t xml:space="preserve">    (b) a government, country, or ruling family of a country ruled by a king of queen</w:t>
      </w:r>
      <w:r>
        <w:br/>
      </w:r>
      <w:r>
        <w:t xml:space="preserve">    (c) a psychologist concerned with the treatment of abnormal thinking and behavior</w:t>
      </w:r>
    </w:p>
    <w:p>
      <w:pPr>
        <w:pStyle w:val="Compact"/>
        <w:numPr>
          <w:ilvl w:val="0"/>
          <w:numId w:val="1001"/>
        </w:numPr>
      </w:pPr>
      <w:r>
        <w:rPr>
          <w:b/>
          <w:bCs/>
        </w:rPr>
        <w:t xml:space="preserve">"So the woman of the house is a fighter?" the tall soldier</w:t>
      </w:r>
      <w:r>
        <w:rPr>
          <w:b/>
          <w:bCs/>
        </w:rPr>
        <w:t xml:space="preserve"> </w:t>
      </w:r>
      <w:r>
        <w:rPr>
          <w:b/>
          <w:bCs/>
          <w:u w:val="single"/>
        </w:rPr>
        <w:t xml:space="preserve">taunted</w:t>
      </w:r>
      <w:r>
        <w:rPr>
          <w:b/>
          <w:bCs/>
        </w:rPr>
        <w:t xml:space="preserve">.</w:t>
      </w:r>
      <w:r>
        <w:br/>
      </w:r>
      <w:r>
        <w:t xml:space="preserve">    (a) concentrated, look at, or paid attention to</w:t>
      </w:r>
      <w:r>
        <w:br/>
      </w:r>
      <w:r>
        <w:t xml:space="preserve">    (b) made appropriate in size, amount, or degree</w:t>
      </w:r>
      <w:r>
        <w:br/>
      </w:r>
      <w:r>
        <w:t xml:space="preserve">    (c) intentionally angered, challenged, or upset</w:t>
      </w:r>
    </w:p>
    <w:p>
      <w:pPr>
        <w:pStyle w:val="Compact"/>
        <w:numPr>
          <w:ilvl w:val="0"/>
          <w:numId w:val="1001"/>
        </w:numPr>
      </w:pPr>
      <w:r>
        <w:rPr>
          <w:b/>
          <w:bCs/>
        </w:rPr>
        <w:t xml:space="preserve">I did try to</w:t>
      </w:r>
      <w:r>
        <w:rPr>
          <w:b/>
          <w:bCs/>
        </w:rPr>
        <w:t xml:space="preserve"> </w:t>
      </w:r>
      <w:r>
        <w:rPr>
          <w:b/>
          <w:bCs/>
          <w:u w:val="single"/>
        </w:rPr>
        <w:t xml:space="preserve">seduce</w:t>
      </w:r>
      <w:r>
        <w:rPr>
          <w:b/>
          <w:bCs/>
        </w:rPr>
        <w:t xml:space="preserve"> </w:t>
      </w:r>
      <w:r>
        <w:rPr>
          <w:b/>
          <w:bCs/>
        </w:rPr>
        <w:t xml:space="preserve">her.</w:t>
      </w:r>
      <w:r>
        <w:br/>
      </w:r>
      <w:r>
        <w:t xml:space="preserve">    (a) a legal order requiring witnesses to appear, or documents related to an appeal be provided</w:t>
      </w:r>
      <w:r>
        <w:br/>
      </w:r>
      <w:r>
        <w:t xml:space="preserve">    (b) to dominate harshly and unfairly  OR  to deny equal rights to others or make them suffer</w:t>
      </w:r>
      <w:r>
        <w:br/>
      </w:r>
      <w:r>
        <w:t xml:space="preserve">    (c) to entice someone into having sex</w:t>
      </w:r>
    </w:p>
    <w:p>
      <w:pPr>
        <w:pStyle w:val="Compact"/>
        <w:numPr>
          <w:ilvl w:val="0"/>
          <w:numId w:val="1001"/>
        </w:numPr>
      </w:pPr>
      <w:r>
        <w:rPr>
          <w:b/>
          <w:bCs/>
        </w:rPr>
        <w:t xml:space="preserve">It became clear to Lourdes shortly after she and Rufino moved to New York that he would never</w:t>
      </w:r>
      <w:r>
        <w:rPr>
          <w:b/>
          <w:bCs/>
        </w:rPr>
        <w:t xml:space="preserve"> </w:t>
      </w:r>
      <w:r>
        <w:rPr>
          <w:b/>
          <w:bCs/>
          <w:u w:val="single"/>
        </w:rPr>
        <w:t xml:space="preserve">adapt</w:t>
      </w:r>
      <w:r>
        <w:rPr>
          <w:b/>
          <w:bCs/>
        </w:rPr>
        <w:t xml:space="preserve">.</w:t>
      </w:r>
      <w:r>
        <w:br/>
      </w:r>
      <w:r>
        <w:t xml:space="preserve">    (a) to spread one-sided information to influence opinions</w:t>
      </w:r>
      <w:r>
        <w:br/>
      </w:r>
      <w:r>
        <w:t xml:space="preserve">    (b) change to fit a different situation; or make suitable</w:t>
      </w:r>
      <w:r>
        <w:br/>
      </w:r>
      <w:r>
        <w:t xml:space="preserve">    (c) alter the regular state of an otherwise stable system</w:t>
      </w:r>
    </w:p>
    <w:p>
      <w:pPr>
        <w:pStyle w:val="Compact"/>
        <w:numPr>
          <w:ilvl w:val="0"/>
          <w:numId w:val="1001"/>
        </w:numPr>
      </w:pPr>
      <w:r>
        <w:rPr>
          <w:b/>
          <w:bCs/>
        </w:rPr>
        <w:t xml:space="preserve">In the second week of January, Felicia visits a santero known for his grace and power in reading the</w:t>
      </w:r>
      <w:r>
        <w:rPr>
          <w:b/>
          <w:bCs/>
        </w:rPr>
        <w:t xml:space="preserve"> </w:t>
      </w:r>
      <w:r>
        <w:rPr>
          <w:b/>
          <w:bCs/>
          <w:u w:val="single"/>
        </w:rPr>
        <w:t xml:space="preserve">divining</w:t>
      </w:r>
      <w:r>
        <w:rPr>
          <w:b/>
          <w:bCs/>
        </w:rPr>
        <w:t xml:space="preserve"> </w:t>
      </w:r>
      <w:r>
        <w:rPr>
          <w:b/>
          <w:bCs/>
        </w:rPr>
        <w:t xml:space="preserve">shells.</w:t>
      </w:r>
      <w:r>
        <w:br/>
      </w:r>
      <w:r>
        <w:t xml:space="preserve">    (a) accepting something undesired as unavoidable or the lesser of evils</w:t>
      </w:r>
      <w:r>
        <w:br/>
      </w:r>
      <w:r>
        <w:t xml:space="preserve">    (b) feeling angry or unhappy about having to accept something not liked</w:t>
      </w:r>
      <w:r>
        <w:br/>
      </w:r>
      <w:r>
        <w:t xml:space="preserve">    (c) used to predict or discover something supernaturally (as if by magic)</w:t>
      </w:r>
    </w:p>
    <w:p>
      <w:pPr>
        <w:pStyle w:val="Compact"/>
        <w:numPr>
          <w:ilvl w:val="0"/>
          <w:numId w:val="1001"/>
        </w:numPr>
      </w:pPr>
      <w:r>
        <w:rPr>
          <w:b/>
          <w:bCs/>
        </w:rPr>
        <w:t xml:space="preserve">They stack up in her mind, soggily,</w:t>
      </w:r>
      <w:r>
        <w:rPr>
          <w:b/>
          <w:bCs/>
        </w:rPr>
        <w:t xml:space="preserve"> </w:t>
      </w:r>
      <w:r>
        <w:rPr>
          <w:b/>
          <w:bCs/>
          <w:u w:val="single"/>
        </w:rPr>
        <w:t xml:space="preserve">arbitrarily</w:t>
      </w:r>
      <w:r>
        <w:rPr>
          <w:b/>
          <w:bCs/>
        </w:rPr>
        <w:t xml:space="preserve">, and she sorts through them like cherished belongings after a flood.</w:t>
      </w:r>
      <w:r>
        <w:br/>
      </w:r>
      <w:r>
        <w:t xml:space="preserve">    (a) in a disrespectful or rejecting manner</w:t>
      </w:r>
      <w:r>
        <w:br/>
      </w:r>
      <w:r>
        <w:t xml:space="preserve">    (b) in a manner that is not easily noticed</w:t>
      </w:r>
      <w:r>
        <w:br/>
      </w:r>
      <w:r>
        <w:t xml:space="preserve">    (c) in a manner based on chance or impulse</w:t>
      </w:r>
    </w:p>
    <w:p>
      <w:pPr>
        <w:pStyle w:val="Compact"/>
        <w:numPr>
          <w:ilvl w:val="0"/>
          <w:numId w:val="1001"/>
        </w:numPr>
      </w:pPr>
      <w:r>
        <w:rPr>
          <w:b/>
          <w:bCs/>
        </w:rPr>
        <w:t xml:space="preserve">Pilar is like her grandmother,</w:t>
      </w:r>
      <w:r>
        <w:rPr>
          <w:b/>
          <w:bCs/>
        </w:rPr>
        <w:t xml:space="preserve"> </w:t>
      </w:r>
      <w:r>
        <w:rPr>
          <w:b/>
          <w:bCs/>
          <w:u w:val="single"/>
        </w:rPr>
        <w:t xml:space="preserve">disdainful</w:t>
      </w:r>
      <w:r>
        <w:rPr>
          <w:b/>
          <w:bCs/>
        </w:rPr>
        <w:t xml:space="preserve"> </w:t>
      </w:r>
      <w:r>
        <w:rPr>
          <w:b/>
          <w:bCs/>
        </w:rPr>
        <w:t xml:space="preserve">of rules, of religion, of everything meaningful.</w:t>
      </w:r>
      <w:r>
        <w:br/>
      </w:r>
      <w:r>
        <w:t xml:space="preserve">    (a) good or beneficial</w:t>
      </w:r>
      <w:r>
        <w:br/>
      </w:r>
      <w:r>
        <w:t xml:space="preserve">    (b) impossible to find</w:t>
      </w:r>
      <w:r>
        <w:br/>
      </w:r>
      <w:r>
        <w:t xml:space="preserve">    (c) lacking respect</w:t>
      </w:r>
    </w:p>
    <w:p>
      <w:pPr>
        <w:pStyle w:val="Compact"/>
        <w:numPr>
          <w:ilvl w:val="0"/>
          <w:numId w:val="1001"/>
        </w:numPr>
      </w:pPr>
      <w:r>
        <w:rPr>
          <w:b/>
          <w:bCs/>
        </w:rPr>
        <w:t xml:space="preserve">I'm not religious but I get the feeling that it's the simplest rituals, the ones that are integrated with the earth and its seasons, that are the most profound. It makes more sense to me than the more</w:t>
      </w:r>
      <w:r>
        <w:rPr>
          <w:b/>
          <w:bCs/>
        </w:rPr>
        <w:t xml:space="preserve"> </w:t>
      </w:r>
      <w:r>
        <w:rPr>
          <w:b/>
          <w:bCs/>
          <w:u w:val="single"/>
        </w:rPr>
        <w:t xml:space="preserve">abstract</w:t>
      </w:r>
      <w:r>
        <w:rPr>
          <w:b/>
          <w:bCs/>
        </w:rPr>
        <w:t xml:space="preserve"> </w:t>
      </w:r>
      <w:r>
        <w:rPr>
          <w:b/>
          <w:bCs/>
        </w:rPr>
        <w:t xml:space="preserve">forms of worship.</w:t>
      </w:r>
      <w:r>
        <w:br/>
      </w:r>
      <w:r>
        <w:t xml:space="preserve">    (a) of a concept or idea not associated with any specific instance</w:t>
      </w:r>
      <w:r>
        <w:br/>
      </w:r>
      <w:r>
        <w:t xml:space="preserve">    (b) the characteristic of being excessively unhappy and unsociable</w:t>
      </w:r>
      <w:r>
        <w:br/>
      </w:r>
      <w:r>
        <w:t xml:space="preserve">    (c) having been granted the right to keep a job as long as desired</w:t>
      </w:r>
    </w:p>
    <w:p>
      <w:pPr>
        <w:pStyle w:val="Compact"/>
        <w:numPr>
          <w:ilvl w:val="0"/>
          <w:numId w:val="1001"/>
        </w:numPr>
      </w:pPr>
      <w:r>
        <w:rPr>
          <w:b/>
          <w:bCs/>
          <w:u w:val="single"/>
        </w:rPr>
        <w:t xml:space="preserve">Abstract</w:t>
      </w:r>
      <w:r>
        <w:rPr>
          <w:b/>
          <w:bCs/>
        </w:rPr>
        <w:t xml:space="preserve"> </w:t>
      </w:r>
      <w:r>
        <w:rPr>
          <w:b/>
          <w:bCs/>
        </w:rPr>
        <w:t xml:space="preserve">painting is more up my alley.</w:t>
      </w:r>
      <w:r>
        <w:br/>
      </w:r>
      <w:r>
        <w:t xml:space="preserve">    (a) not imitating objects of nature</w:t>
      </w:r>
      <w:r>
        <w:br/>
      </w:r>
      <w:r>
        <w:t xml:space="preserve">    (b) poor ability to make a decision</w:t>
      </w:r>
      <w:r>
        <w:br/>
      </w:r>
      <w:r>
        <w:t xml:space="preserve">    (c) non-traditional or non-standard</w:t>
      </w:r>
    </w:p>
    <w:p>
      <w:pPr>
        <w:pStyle w:val="Compact"/>
        <w:numPr>
          <w:ilvl w:val="0"/>
          <w:numId w:val="1001"/>
        </w:numPr>
      </w:pPr>
      <w:r>
        <w:rPr>
          <w:b/>
          <w:bCs/>
        </w:rPr>
        <w:t xml:space="preserve">Lourdes wishes Ivanito were with her so she could point out the</w:t>
      </w:r>
      <w:r>
        <w:rPr>
          <w:b/>
          <w:bCs/>
        </w:rPr>
        <w:t xml:space="preserve"> </w:t>
      </w:r>
      <w:r>
        <w:rPr>
          <w:b/>
          <w:bCs/>
          <w:u w:val="single"/>
        </w:rPr>
        <w:t xml:space="preserve">opulence</w:t>
      </w:r>
      <w:r>
        <w:rPr>
          <w:b/>
          <w:bCs/>
        </w:rPr>
        <w:t xml:space="preserve">—the nine-hole golf course, the landing dock for the seaplane, the Carrara marble floors.</w:t>
      </w:r>
      <w:r>
        <w:br/>
      </w:r>
      <w:r>
        <w:t xml:space="preserve">    (a) luxury</w:t>
      </w:r>
      <w:r>
        <w:br/>
      </w:r>
      <w:r>
        <w:t xml:space="preserve">    (b) not thinking carefully</w:t>
      </w:r>
      <w:r>
        <w:br/>
      </w:r>
      <w:r>
        <w:t xml:space="preserve">    (c) lowers moral standards</w:t>
      </w:r>
    </w:p>
    <w:p>
      <w:pPr>
        <w:pStyle w:val="Compact"/>
        <w:numPr>
          <w:ilvl w:val="0"/>
          <w:numId w:val="1001"/>
        </w:numPr>
      </w:pPr>
      <w:r>
        <w:rPr>
          <w:b/>
          <w:bCs/>
        </w:rPr>
        <w:t xml:space="preserve">Who will repay us for our homes, for the lands the</w:t>
      </w:r>
      <w:r>
        <w:rPr>
          <w:b/>
          <w:bCs/>
        </w:rPr>
        <w:t xml:space="preserve"> </w:t>
      </w:r>
      <w:r>
        <w:rPr>
          <w:b/>
          <w:bCs/>
          <w:u w:val="single"/>
        </w:rPr>
        <w:t xml:space="preserve">Communists</w:t>
      </w:r>
      <w:r>
        <w:rPr>
          <w:b/>
          <w:bCs/>
        </w:rPr>
        <w:t xml:space="preserve"> </w:t>
      </w:r>
      <w:r>
        <w:rPr>
          <w:b/>
          <w:bCs/>
        </w:rPr>
        <w:t xml:space="preserve">stole from us?</w:t>
      </w:r>
      <w:r>
        <w:br/>
      </w:r>
      <w:r>
        <w:t xml:space="preserve">    (a) the political party that supports an economic system that abolishes private ownership of property</w:t>
      </w:r>
      <w:r>
        <w:br/>
      </w:r>
      <w:r>
        <w:t xml:space="preserve">    (b) people who suffer from psychosis (any severe mental disorder in which contact with reality is lost or highly distorted)</w:t>
      </w:r>
      <w:r>
        <w:br/>
      </w:r>
      <w:r>
        <w:t xml:space="preserve">    (c) subatomic particles with negative charge that are found in all atoms and that act as the primary carrier of electricity</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2026-07-31T18:36:31Z</dcterms:created>
  <dcterms:modified xsi:type="dcterms:W3CDTF">2026-07-31T18:36:31Z</dcterms:modified>
</cp:coreProperties>
</file>

<file path=docProps/custom.xml><?xml version="1.0" encoding="utf-8"?>
<Properties xmlns="http://schemas.openxmlformats.org/officeDocument/2006/custom-properties" xmlns:vt="http://schemas.openxmlformats.org/officeDocument/2006/docPropsVTypes"/>
</file>