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dracula-bram-stoker-vocabulary-preview"/>
    <w:p>
      <w:pPr>
        <w:pStyle w:val="Heading1"/>
      </w:pPr>
      <w:r>
        <w:rPr>
          <w:b/>
          <w:bCs/>
        </w:rPr>
        <w:t xml:space="preserve">Dracula</w:t>
      </w:r>
      <w:r>
        <w:br/>
      </w:r>
      <w:r>
        <w:rPr>
          <w:i/>
          <w:iCs/>
        </w:rPr>
        <w:t xml:space="preserve">Bram Stoker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money for</w:t>
      </w:r>
      <w:r>
        <w:br/>
      </w:r>
      <w:r>
        <w:t xml:space="preserve">    (b) gives help for</w:t>
      </w:r>
      <w:r>
        <w:br/>
      </w:r>
      <w:r>
        <w:t xml:space="preserve">    (c) gives credit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 works are displayed to show technique in a way that ordinary regional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</w:t>
      </w:r>
      <w:r>
        <w:rPr>
          <w:b/>
          <w:bCs/>
        </w:rPr>
        <w:t xml:space="preserve"> </w:t>
      </w:r>
      <w:r>
        <w:rPr>
          <w:b/>
          <w:bCs/>
        </w:rPr>
        <w:t xml:space="preserve">display wouldn't permit.</w:t>
      </w:r>
      <w:r>
        <w:br/>
      </w:r>
      <w:r>
        <w:t xml:space="preserve">    (a) by artist</w:t>
      </w:r>
      <w:r>
        <w:br/>
      </w:r>
      <w:r>
        <w:t xml:space="preserve">    (b) by date</w:t>
      </w:r>
      <w:r>
        <w:br/>
      </w:r>
      <w:r>
        <w:t xml:space="preserve">    (c) by region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group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of students who live in the same apartment building.</w:t>
      </w:r>
      <w:r>
        <w:br/>
      </w:r>
      <w:r>
        <w:t xml:space="preserve">    (a) written</w:t>
      </w:r>
      <w:r>
        <w:br/>
      </w:r>
      <w:r>
        <w:t xml:space="preserve">    (b) made up</w:t>
      </w:r>
      <w:r>
        <w:br/>
      </w:r>
      <w:r>
        <w:t xml:space="preserve">    (c) calmed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entering the interview room, she took a few deep breaths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herself and steady his nerves.</w:t>
      </w:r>
      <w:r>
        <w:br/>
      </w:r>
      <w:r>
        <w:t xml:space="preserve">    (a) delay</w:t>
      </w:r>
      <w:r>
        <w:br/>
      </w:r>
      <w:r>
        <w:t xml:space="preserve">    (b) adjust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typical underlying beliefs of pro-life and pro-choice supporters.</w:t>
      </w:r>
      <w:r>
        <w:br/>
      </w:r>
      <w:r>
        <w:t xml:space="preserve">    (a) compare</w:t>
      </w:r>
      <w:r>
        <w:br/>
      </w:r>
      <w:r>
        <w:t xml:space="preserve">    (b) study</w:t>
      </w:r>
      <w:r>
        <w:br/>
      </w:r>
      <w:r>
        <w:t xml:space="preserve">    (c)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understand</w:t>
      </w:r>
      <w:r>
        <w:br/>
      </w:r>
      <w:r>
        <w:t xml:space="preserve">    (b) express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hired a carriage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us to the city.</w:t>
      </w:r>
      <w:r>
        <w:br/>
      </w:r>
      <w:r>
        <w:t xml:space="preserve">    (a) explain</w:t>
      </w:r>
      <w:r>
        <w:br/>
      </w:r>
      <w:r>
        <w:t xml:space="preserve">    (b) give service of</w:t>
      </w:r>
      <w:r>
        <w:br/>
      </w:r>
      <w:r>
        <w:t xml:space="preserve">    (c) transport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frightened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diabolical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 on his face.</w:t>
      </w:r>
      <w:r>
        <w:br/>
      </w:r>
      <w:r>
        <w:t xml:space="preserve">    (a) crazy</w:t>
      </w:r>
      <w:r>
        <w:br/>
      </w:r>
      <w:r>
        <w:t xml:space="preserve">    (b) angry</w:t>
      </w:r>
      <w:r>
        <w:br/>
      </w:r>
      <w:r>
        <w:t xml:space="preserve">    (c)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in a research project at Stanford.</w:t>
      </w:r>
      <w:r>
        <w:br/>
      </w:r>
      <w:r>
        <w:t xml:space="preserve">    (a) promised to marry</w:t>
      </w:r>
      <w:r>
        <w:br/>
      </w:r>
      <w:r>
        <w:t xml:space="preserve">    (b) a candidate</w:t>
      </w:r>
      <w:r>
        <w:br/>
      </w:r>
      <w:r>
        <w:t xml:space="preserve">    (c) involved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</w:t>
      </w:r>
      <w:r>
        <w:rPr>
          <w:b/>
          <w:bCs/>
        </w:rPr>
        <w:t xml:space="preserve"> </w:t>
      </w:r>
      <w:r>
        <w:rPr>
          <w:b/>
          <w:bCs/>
        </w:rPr>
        <w:t xml:space="preserve">your services.</w:t>
      </w:r>
      <w:r>
        <w:br/>
      </w:r>
      <w:r>
        <w:t xml:space="preserve">    (a) hire</w:t>
      </w:r>
      <w:r>
        <w:br/>
      </w:r>
      <w:r>
        <w:t xml:space="preserve">    (b) discuss</w:t>
      </w:r>
      <w:r>
        <w:br/>
      </w:r>
      <w:r>
        <w:t xml:space="preserve">    (c) investigate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day after the funeral, she was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grave</w:t>
      </w:r>
      <w:r>
        <w:rPr>
          <w:b/>
          <w:bCs/>
        </w:rPr>
        <w:t xml:space="preserve"> </w:t>
      </w:r>
      <w:r>
        <w:rPr>
          <w:b/>
          <w:bCs/>
        </w:rPr>
        <w:t xml:space="preserve">mood.</w:t>
      </w:r>
      <w:r>
        <w:br/>
      </w:r>
      <w:r>
        <w:t xml:space="preserve">    (a) fearful</w:t>
      </w:r>
      <w:r>
        <w:br/>
      </w:r>
      <w:r>
        <w:t xml:space="preserve">    (b) hysterical</w:t>
      </w:r>
      <w:r>
        <w:br/>
      </w:r>
      <w:r>
        <w:t xml:space="preserve">    (c) solemn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want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hypnotize</w:t>
      </w:r>
      <w:r>
        <w:rPr>
          <w:b/>
          <w:bCs/>
        </w:rPr>
        <w:t xml:space="preserve"> </w:t>
      </w:r>
      <w:r>
        <w:rPr>
          <w:b/>
          <w:bCs/>
        </w:rPr>
        <w:t xml:space="preserve">me to see if it will help me remember what she looked like.</w:t>
      </w:r>
      <w:r>
        <w:br/>
      </w:r>
      <w:r>
        <w:t xml:space="preserve">    (a) put into a trance</w:t>
      </w:r>
      <w:r>
        <w:br/>
      </w:r>
      <w:r>
        <w:t xml:space="preserve">    (b) give a memory drug to</w:t>
      </w:r>
      <w:r>
        <w:br/>
      </w:r>
      <w:r>
        <w:t xml:space="preserve">    (c) visit the crime scene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dazzles,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hypnotizes</w:t>
      </w:r>
      <w:r>
        <w:rPr>
          <w:b/>
          <w:bCs/>
        </w:rPr>
        <w:t xml:space="preserve">, and defrauds.</w:t>
      </w:r>
      <w:r>
        <w:br/>
      </w:r>
      <w:r>
        <w:t xml:space="preserve">    (a) drugs</w:t>
      </w:r>
      <w:r>
        <w:br/>
      </w:r>
      <w:r>
        <w:t xml:space="preserve">    (b) fascinates</w:t>
      </w:r>
      <w:r>
        <w:br/>
      </w:r>
      <w:r>
        <w:t xml:space="preserve">    (c) tricks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makes clear</w:t>
      </w:r>
      <w:r>
        <w:br/>
      </w:r>
      <w:r>
        <w:t xml:space="preserve">    (b) proves</w:t>
      </w:r>
      <w:r>
        <w:br/>
      </w:r>
      <w:r>
        <w:t xml:space="preserve">    (c) disproves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program has been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</w:t>
      </w:r>
      <w:r>
        <w:rPr>
          <w:b/>
          <w:bCs/>
        </w:rPr>
        <w:t xml:space="preserve"> </w:t>
      </w:r>
      <w:r>
        <w:rPr>
          <w:b/>
          <w:bCs/>
        </w:rPr>
        <w:t xml:space="preserve">failure. Everyone is trying to blame someone else for it.</w:t>
      </w:r>
      <w:r>
        <w:br/>
      </w:r>
      <w:r>
        <w:t xml:space="preserve">    (a) surprising</w:t>
      </w:r>
      <w:r>
        <w:br/>
      </w:r>
      <w:r>
        <w:t xml:space="preserve">    (b) sudden</w:t>
      </w:r>
      <w:r>
        <w:br/>
      </w:r>
      <w:r>
        <w:t xml:space="preserve">    (c) obvious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reading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, choose the best answer to each question.</w:t>
      </w:r>
      <w:r>
        <w:br/>
      </w:r>
      <w:r>
        <w:t xml:space="preserve">    (a) route to get somewhere</w:t>
      </w:r>
      <w:r>
        <w:br/>
      </w:r>
      <w:r>
        <w:t xml:space="preserve">    (b) article</w:t>
      </w:r>
      <w:r>
        <w:br/>
      </w:r>
      <w:r>
        <w:t xml:space="preserve">    (c) short part of a longer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Are you making any New Year's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resolutions</w:t>
      </w:r>
      <w:r>
        <w:rPr>
          <w:b/>
          <w:bCs/>
        </w:rPr>
        <w:t xml:space="preserve"> </w:t>
      </w:r>
      <w:r>
        <w:rPr>
          <w:b/>
          <w:bCs/>
        </w:rPr>
        <w:t xml:space="preserve">this year?</w:t>
      </w:r>
      <w:r>
        <w:br/>
      </w:r>
      <w:r>
        <w:t xml:space="preserve">    (a) event plans</w:t>
      </w:r>
      <w:r>
        <w:br/>
      </w:r>
      <w:r>
        <w:t xml:space="preserve">    (b) decorations</w:t>
      </w:r>
      <w:r>
        <w:br/>
      </w:r>
      <w:r>
        <w:t xml:space="preserve">    (c) decisions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 many years and hardships,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to serve the poor never wavered.</w:t>
      </w:r>
      <w:r>
        <w:br/>
      </w:r>
      <w:r>
        <w:t xml:space="preserve">    (a) determination</w:t>
      </w:r>
      <w:r>
        <w:br/>
      </w:r>
      <w:r>
        <w:t xml:space="preserve">    (b) way (solution)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found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traces</w:t>
      </w:r>
      <w:r>
        <w:rPr>
          <w:b/>
          <w:bCs/>
        </w:rPr>
        <w:t xml:space="preserve"> </w:t>
      </w:r>
      <w:r>
        <w:rPr>
          <w:b/>
          <w:bCs/>
        </w:rPr>
        <w:t xml:space="preserve">of cocaine on most $20 bills used in large cities of the United States and Canada.</w:t>
      </w:r>
      <w:r>
        <w:br/>
      </w:r>
      <w:r>
        <w:t xml:space="preserve">    (a) various types of</w:t>
      </w:r>
      <w:r>
        <w:br/>
      </w:r>
      <w:r>
        <w:t xml:space="preserve">    (b) large amounts</w:t>
      </w:r>
      <w:r>
        <w:br/>
      </w:r>
      <w:r>
        <w:t xml:space="preserve">    (c) tiny quantities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traced</w:t>
      </w:r>
      <w:r>
        <w:rPr>
          <w:b/>
          <w:bCs/>
        </w:rPr>
        <w:t xml:space="preserve"> </w:t>
      </w:r>
      <w:r>
        <w:rPr>
          <w:b/>
          <w:bCs/>
        </w:rPr>
        <w:t xml:space="preserve">the illnesses back to a single restaurant.</w:t>
      </w:r>
      <w:r>
        <w:br/>
      </w:r>
      <w:r>
        <w:t xml:space="preserve">    (a) pushed</w:t>
      </w:r>
      <w:r>
        <w:br/>
      </w:r>
      <w:r>
        <w:t xml:space="preserve">    (b) turned</w:t>
      </w:r>
      <w:r>
        <w:br/>
      </w:r>
      <w:r>
        <w:t xml:space="preserve">    (c) followed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2026-07-31T16:51:08Z</dcterms:created>
  <dcterms:modified xsi:type="dcterms:W3CDTF">2026-07-31T16:51:08Z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