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69d2345b074d24f66947bc894d84af30f14a98"/>
    <w:p>
      <w:pPr>
        <w:pStyle w:val="Heading1"/>
      </w:pPr>
      <w:r>
        <w:rPr>
          <w:b/>
          <w:bCs/>
        </w:rPr>
        <w:t xml:space="preserve">Dracula</w:t>
      </w:r>
      <w:r>
        <w:br/>
      </w:r>
      <w:r>
        <w:rPr>
          <w:i/>
          <w:iCs/>
        </w:rPr>
        <w:t xml:space="preserve">Bram Stoker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concern</w:t>
      </w:r>
      <w:r>
        <w:br/>
      </w:r>
      <w:r>
        <w:t xml:space="preserve">    (b) embarrassment</w:t>
      </w:r>
      <w:r>
        <w:br/>
      </w:r>
      <w:r>
        <w:t xml:space="preserve">    (c) quickness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 little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 </w:t>
      </w:r>
      <w:r>
        <w:rPr>
          <w:b/>
          <w:bCs/>
        </w:rPr>
        <w:t xml:space="preserve">Israeli fears.</w:t>
      </w:r>
      <w:r>
        <w:br/>
      </w:r>
      <w:r>
        <w:t xml:space="preserve">    (a) increase</w:t>
      </w:r>
      <w:r>
        <w:br/>
      </w:r>
      <w:r>
        <w:t xml:space="preserve">    (b) distract from</w:t>
      </w:r>
      <w:r>
        <w:br/>
      </w:r>
      <w:r>
        <w:t xml:space="preserve">    (c) reduce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mother is careful about how she eats because 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anemic</w:t>
      </w:r>
      <w:r>
        <w:rPr>
          <w:b/>
          <w:bCs/>
        </w:rPr>
        <w:t xml:space="preserve">.</w:t>
      </w:r>
      <w:r>
        <w:br/>
      </w:r>
      <w:r>
        <w:t xml:space="preserve">    (a) with too much cholesterol</w:t>
      </w:r>
      <w:r>
        <w:br/>
      </w:r>
      <w:r>
        <w:t xml:space="preserve">    (b) with too few red blood cells</w:t>
      </w:r>
      <w:r>
        <w:br/>
      </w:r>
      <w:r>
        <w:t xml:space="preserve">    (c) with blood pressure too high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either of you have copies of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correspondence</w:t>
      </w:r>
      <w:r>
        <w:rPr>
          <w:b/>
          <w:bCs/>
        </w:rPr>
        <w:t xml:space="preserve">?</w:t>
      </w:r>
      <w:r>
        <w:br/>
      </w:r>
      <w:r>
        <w:t xml:space="preserve">    (a) instructions</w:t>
      </w:r>
      <w:r>
        <w:br/>
      </w:r>
      <w:r>
        <w:t xml:space="preserve">    (b) letters or emails</w:t>
      </w:r>
      <w:r>
        <w:br/>
      </w:r>
      <w:r>
        <w:t xml:space="preserve">    (c) pictures or drawings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correspondent</w:t>
      </w:r>
      <w:r>
        <w:rPr>
          <w:b/>
          <w:bCs/>
        </w:rPr>
        <w:t xml:space="preserve"> </w:t>
      </w:r>
      <w:r>
        <w:rPr>
          <w:b/>
          <w:bCs/>
        </w:rPr>
        <w:t xml:space="preserve">in Iran was kidnapped.</w:t>
      </w:r>
      <w:r>
        <w:br/>
      </w:r>
      <w:r>
        <w:t xml:space="preserve">    (a) reporter</w:t>
      </w:r>
      <w:r>
        <w:br/>
      </w:r>
      <w:r>
        <w:t xml:space="preserve">    (b) witness</w:t>
      </w:r>
      <w:r>
        <w:br/>
      </w:r>
      <w:r>
        <w:t xml:space="preserve">    (c) worker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U.S., the protected right of free speech makes it legal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desecrate</w:t>
      </w:r>
      <w:r>
        <w:rPr>
          <w:b/>
          <w:bCs/>
        </w:rPr>
        <w:t xml:space="preserve"> </w:t>
      </w:r>
      <w:r>
        <w:rPr>
          <w:b/>
          <w:bCs/>
        </w:rPr>
        <w:t xml:space="preserve">the flag and other sacred symbols.</w:t>
      </w:r>
      <w:r>
        <w:br/>
      </w:r>
      <w:r>
        <w:t xml:space="preserve">    (a) burn</w:t>
      </w:r>
      <w:r>
        <w:br/>
      </w:r>
      <w:r>
        <w:t xml:space="preserve">    (b) oppose</w:t>
      </w:r>
      <w:r>
        <w:br/>
      </w:r>
      <w:r>
        <w:t xml:space="preserve">    (c) disrespect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Euthanasia</w:t>
      </w:r>
      <w:r>
        <w:rPr>
          <w:b/>
          <w:bCs/>
        </w:rPr>
        <w:t xml:space="preserve"> </w:t>
      </w:r>
      <w:r>
        <w:rPr>
          <w:b/>
          <w:bCs/>
        </w:rPr>
        <w:t xml:space="preserve">could end hopeless suffering, but how do we assure it is not abused?</w:t>
      </w:r>
      <w:r>
        <w:br/>
      </w:r>
      <w:r>
        <w:t xml:space="preserve">    (a) a brain operation</w:t>
      </w:r>
      <w:r>
        <w:br/>
      </w:r>
      <w:r>
        <w:t xml:space="preserve">    (b) mercy killing</w:t>
      </w:r>
      <w:r>
        <w:br/>
      </w:r>
      <w:r>
        <w:t xml:space="preserve">    (c) a strong drug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is especially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harrowing</w:t>
      </w:r>
      <w:r>
        <w:rPr>
          <w:b/>
          <w:bCs/>
        </w:rPr>
        <w:t xml:space="preserve"> </w:t>
      </w:r>
      <w:r>
        <w:rPr>
          <w:b/>
          <w:bCs/>
        </w:rPr>
        <w:t xml:space="preserve">because it could have happened to any of us.</w:t>
      </w:r>
      <w:r>
        <w:br/>
      </w:r>
      <w:r>
        <w:t xml:space="preserve">    (a) frightening</w:t>
      </w:r>
      <w:r>
        <w:br/>
      </w:r>
      <w:r>
        <w:t xml:space="preserve">    (b) realistic</w:t>
      </w:r>
      <w:r>
        <w:br/>
      </w:r>
      <w:r>
        <w:t xml:space="preserve">    (c) instructive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coroner's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inquest</w:t>
      </w:r>
      <w:r>
        <w:rPr>
          <w:b/>
          <w:bCs/>
        </w:rPr>
        <w:t xml:space="preserve"> </w:t>
      </w:r>
      <w:r>
        <w:rPr>
          <w:b/>
          <w:bCs/>
        </w:rPr>
        <w:t xml:space="preserve">determined that the death was from natural causes.</w:t>
      </w:r>
      <w:r>
        <w:br/>
      </w:r>
      <w:r>
        <w:t xml:space="preserve">    (a) assistant</w:t>
      </w:r>
      <w:r>
        <w:br/>
      </w:r>
      <w:r>
        <w:t xml:space="preserve">    (b) formal investigation</w:t>
      </w:r>
      <w:r>
        <w:br/>
      </w:r>
      <w:r>
        <w:t xml:space="preserve">    (c) vote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thought 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inured</w:t>
      </w:r>
      <w:r>
        <w:rPr>
          <w:b/>
          <w:bCs/>
        </w:rPr>
        <w:t xml:space="preserve"> </w:t>
      </w:r>
      <w:r>
        <w:rPr>
          <w:b/>
          <w:bCs/>
        </w:rPr>
        <w:t xml:space="preserve">to her insults, but I cried as I drove home.</w:t>
      </w:r>
      <w:r>
        <w:br/>
      </w:r>
      <w:r>
        <w:t xml:space="preserve">    (a) already destroyed</w:t>
      </w:r>
      <w:r>
        <w:br/>
      </w:r>
      <w:r>
        <w:t xml:space="preserve">    (b) wise</w:t>
      </w:r>
      <w:r>
        <w:br/>
      </w:r>
      <w:r>
        <w:t xml:space="preserve">    (c) desensitized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asked why he wanted to climb the mountain, he retorted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laconically</w:t>
      </w:r>
      <w:r>
        <w:rPr>
          <w:b/>
          <w:bCs/>
        </w:rPr>
        <w:t xml:space="preserve">, "Because it's there."</w:t>
      </w:r>
      <w:r>
        <w:br/>
      </w:r>
      <w:r>
        <w:t xml:space="preserve">    (a) in a funny manner</w:t>
      </w:r>
      <w:r>
        <w:br/>
      </w:r>
      <w:r>
        <w:t xml:space="preserve">    (b) in a manner that uses few words</w:t>
      </w:r>
      <w:r>
        <w:br/>
      </w:r>
      <w:r>
        <w:t xml:space="preserve">    (c) in a shy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the criticism, she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resolute</w:t>
      </w:r>
      <w:r>
        <w:rPr>
          <w:b/>
          <w:bCs/>
        </w:rPr>
        <w:t xml:space="preserve"> </w:t>
      </w:r>
      <w:r>
        <w:rPr>
          <w:b/>
          <w:bCs/>
        </w:rPr>
        <w:t xml:space="preserve">in her decision to speak out.</w:t>
      </w:r>
      <w:r>
        <w:br/>
      </w:r>
      <w:r>
        <w:t xml:space="preserve">    (a) out of touch with reality</w:t>
      </w:r>
      <w:r>
        <w:br/>
      </w:r>
      <w:r>
        <w:t xml:space="preserve">    (b) determined and unwavering</w:t>
      </w:r>
      <w:r>
        <w:br/>
      </w:r>
      <w:r>
        <w:t xml:space="preserve">    (c) hopeful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demonstration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sheer</w:t>
      </w:r>
      <w:r>
        <w:rPr>
          <w:b/>
          <w:bCs/>
        </w:rPr>
        <w:t xml:space="preserve"> </w:t>
      </w:r>
      <w:r>
        <w:rPr>
          <w:b/>
          <w:bCs/>
        </w:rPr>
        <w:t xml:space="preserve">stupidity.</w:t>
      </w:r>
      <w:r>
        <w:br/>
      </w:r>
      <w:r>
        <w:t xml:space="preserve">    (a) complete</w:t>
      </w:r>
      <w:r>
        <w:br/>
      </w:r>
      <w:r>
        <w:t xml:space="preserve">    (b) mixed</w:t>
      </w:r>
      <w:r>
        <w:br/>
      </w:r>
      <w:r>
        <w:t xml:space="preserve">    (c) misguided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sheer</w:t>
      </w:r>
      <w:r>
        <w:rPr>
          <w:b/>
          <w:bCs/>
        </w:rPr>
        <w:t xml:space="preserve"> </w:t>
      </w:r>
      <w:r>
        <w:rPr>
          <w:b/>
          <w:bCs/>
        </w:rPr>
        <w:t xml:space="preserve">cliff drops from the lighthouse to the sea.</w:t>
      </w:r>
      <w:r>
        <w:br/>
      </w:r>
      <w:r>
        <w:t xml:space="preserve">    (a) ragged</w:t>
      </w:r>
      <w:r>
        <w:br/>
      </w:r>
      <w:r>
        <w:t xml:space="preserve">    (b) rock</w:t>
      </w:r>
      <w:r>
        <w:br/>
      </w:r>
      <w:r>
        <w:t xml:space="preserve">    (c) steep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sheered</w:t>
      </w:r>
      <w:r>
        <w:rPr>
          <w:b/>
          <w:bCs/>
        </w:rPr>
        <w:t xml:space="preserve"> </w:t>
      </w:r>
      <w:r>
        <w:rPr>
          <w:b/>
          <w:bCs/>
        </w:rPr>
        <w:t xml:space="preserve">toward the whale and silenced the engines drifting forward until it was about 100 yards away.</w:t>
      </w:r>
      <w:r>
        <w:br/>
      </w:r>
      <w:r>
        <w:t xml:space="preserve">    (a) made a gentle arc</w:t>
      </w:r>
      <w:r>
        <w:br/>
      </w:r>
      <w:r>
        <w:t xml:space="preserve">    (b) raced</w:t>
      </w:r>
      <w:r>
        <w:br/>
      </w:r>
      <w:r>
        <w:t xml:space="preserve">    (c) turned sharply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suave</w:t>
      </w:r>
      <w:r>
        <w:rPr>
          <w:b/>
          <w:bCs/>
        </w:rPr>
        <w:t xml:space="preserve"> </w:t>
      </w:r>
      <w:r>
        <w:rPr>
          <w:b/>
          <w:bCs/>
        </w:rPr>
        <w:t xml:space="preserve">operator, but completely insincere.</w:t>
      </w:r>
      <w:r>
        <w:br/>
      </w:r>
      <w:r>
        <w:t xml:space="preserve">    (a) adorable</w:t>
      </w:r>
      <w:r>
        <w:br/>
      </w:r>
      <w:r>
        <w:t xml:space="preserve">    (b) smart</w:t>
      </w:r>
      <w:r>
        <w:br/>
      </w:r>
      <w:r>
        <w:t xml:space="preserve">    (c) sophisticated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</w:t>
      </w:r>
      <w:r>
        <w:rPr>
          <w:b/>
          <w:bCs/>
        </w:rPr>
        <w:t xml:space="preserve"> </w:t>
      </w:r>
      <w:r>
        <w:rPr>
          <w:b/>
          <w:bCs/>
        </w:rPr>
        <w:t xml:space="preserve">agreement.</w:t>
      </w:r>
      <w:r>
        <w:br/>
      </w:r>
      <w:r>
        <w:t xml:space="preserve">    (a) clear</w:t>
      </w:r>
      <w:r>
        <w:br/>
      </w:r>
      <w:r>
        <w:t xml:space="preserve">    (b) reasonable</w:t>
      </w:r>
      <w:r>
        <w:br/>
      </w:r>
      <w:r>
        <w:t xml:space="preserve">    (c) implied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thesis</w:t>
      </w:r>
      <w:r>
        <w:rPr>
          <w:b/>
          <w:bCs/>
        </w:rPr>
        <w:t xml:space="preserve"> </w:t>
      </w:r>
      <w:r>
        <w:rPr>
          <w:b/>
          <w:bCs/>
        </w:rPr>
        <w:t xml:space="preserve">of your paper.</w:t>
      </w:r>
      <w:r>
        <w:br/>
      </w:r>
      <w:r>
        <w:t xml:space="preserve">    (a) format</w:t>
      </w:r>
      <w:r>
        <w:br/>
      </w:r>
      <w:r>
        <w:t xml:space="preserve">    (b) theory</w:t>
      </w:r>
      <w:r>
        <w:br/>
      </w:r>
      <w:r>
        <w:t xml:space="preserve">    (c) grammatical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other's</w:t>
      </w:r>
      <w:r>
        <w:br/>
      </w:r>
      <w:r>
        <w:t xml:space="preserve">    (b) unimportant</w:t>
      </w:r>
      <w:r>
        <w:br/>
      </w:r>
      <w:r>
        <w:t xml:space="preserve">    (c)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negotiated with</w:t>
      </w:r>
      <w:r>
        <w:br/>
      </w:r>
      <w:r>
        <w:t xml:space="preserve">    (b) treated without respect</w:t>
      </w:r>
      <w:r>
        <w:br/>
      </w:r>
      <w:r>
        <w:t xml:space="preserve">    (c) argued with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2026-07-31T16:51:08Z</dcterms:created>
  <dcterms:modified xsi:type="dcterms:W3CDTF">2026-07-31T16:51:08Z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