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54c9b076bbe1215b8959cbbc20342da35d9a9d"/>
    <w:p>
      <w:pPr>
        <w:pStyle w:val="Heading1"/>
      </w:pPr>
      <w:r>
        <w:rPr>
          <w:b/>
          <w:bCs/>
        </w:rPr>
        <w:t xml:space="preserve">Dracula</w:t>
      </w:r>
      <w:r>
        <w:br/>
      </w:r>
      <w:r>
        <w:rPr>
          <w:i/>
          <w:iCs/>
        </w:rPr>
        <w:t xml:space="preserve">Bram Stoker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told her that I must go at once, and that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on important business, she asked again: "Do you know what day it is?"</w:t>
      </w:r>
      <w:r>
        <w:br/>
      </w:r>
      <w:r>
        <w:t xml:space="preserve">    (a) beginning to fight</w:t>
      </w:r>
      <w:r>
        <w:br/>
      </w:r>
      <w:r>
        <w:t xml:space="preserve">    (b) promised to marry</w:t>
      </w:r>
      <w:r>
        <w:br/>
      </w:r>
      <w:r>
        <w:t xml:space="preserve">    (c) involved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your master, employer, what you will,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someone should come on his behalf, it was understood that my needs only were to be consulted.</w:t>
      </w:r>
      <w:r>
        <w:br/>
      </w:r>
      <w:r>
        <w:t xml:space="preserve">    (a) learned</w:t>
      </w:r>
      <w:r>
        <w:br/>
      </w:r>
      <w:r>
        <w:t xml:space="preserve">    (b) arranged</w:t>
      </w:r>
      <w:r>
        <w:br/>
      </w:r>
      <w:r>
        <w:t xml:space="preserve">    (c) declined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drew a great couch out of its place near the corner, so that as I lay, I could look at the lovely view to east and south, and unthinking of and uncaring for the dust,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myself for sleep.</w:t>
      </w:r>
      <w:r>
        <w:br/>
      </w:r>
      <w:r>
        <w:t xml:space="preserve">    (a) lost</w:t>
      </w:r>
      <w:r>
        <w:br/>
      </w:r>
      <w:r>
        <w:t xml:space="preserve">    (b) calmed</w:t>
      </w:r>
      <w:r>
        <w:br/>
      </w:r>
      <w:r>
        <w:t xml:space="preserve">    (c) washed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struck with the fact, that in all the mass of material of which the record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, there is hardly one authentic document.</w:t>
      </w:r>
      <w:r>
        <w:br/>
      </w:r>
      <w:r>
        <w:t xml:space="preserve">    (a) made up</w:t>
      </w:r>
      <w:r>
        <w:br/>
      </w:r>
      <w:r>
        <w:t xml:space="preserve">    (b) lost</w:t>
      </w:r>
      <w:r>
        <w:br/>
      </w:r>
      <w:r>
        <w:t xml:space="preserve">    (c) 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were dark, and had high aquiline noses, like the Count, and great dark, piercing eyes, that seemed to be almost red when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pale yellow moon.</w:t>
      </w:r>
      <w:r>
        <w:br/>
      </w:r>
      <w:r>
        <w:t xml:space="preserve">    (a) shined upon</w:t>
      </w:r>
      <w:r>
        <w:br/>
      </w:r>
      <w:r>
        <w:t xml:space="preserve">    (b) compared</w:t>
      </w:r>
      <w:r>
        <w:br/>
      </w:r>
      <w:r>
        <w:t xml:space="preserve">    (c) looking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find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of them anywhere.</w:t>
      </w:r>
      <w:r>
        <w:br/>
      </w:r>
      <w:r>
        <w:t xml:space="preserve">    (a) indication</w:t>
      </w:r>
      <w:r>
        <w:br/>
      </w:r>
      <w:r>
        <w:t xml:space="preserve">    (b) outline</w:t>
      </w:r>
      <w:r>
        <w:br/>
      </w:r>
      <w:r>
        <w:t xml:space="preserve">    (c) copy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there be anything behind this instinct it will be valuable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it afterwards accurately, so I...</w:t>
      </w:r>
      <w:r>
        <w:br/>
      </w:r>
      <w:r>
        <w:t xml:space="preserve">    (a) follow (by research)</w:t>
      </w:r>
      <w:r>
        <w:br/>
      </w:r>
      <w:r>
        <w:t xml:space="preserve">    (b) explain orally</w:t>
      </w:r>
      <w:r>
        <w:br/>
      </w:r>
      <w:r>
        <w:t xml:space="preserve">    (c) analyze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This, then, is his new scheme of evil, ... and that any wickedness which he may do shall by the local people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attributed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transferred through magic</w:t>
      </w:r>
      <w:r>
        <w:br/>
      </w:r>
      <w:r>
        <w:t xml:space="preserve">    (b) forcing suffering</w:t>
      </w:r>
      <w:r>
        <w:br/>
      </w:r>
      <w:r>
        <w:t xml:space="preserve">    (c) credited (in this case, blamed 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smiled, such a soft, smooth,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smile that I knew there was some trick behind his smoothness.</w:t>
      </w:r>
      <w:r>
        <w:br/>
      </w:r>
      <w:r>
        <w:t xml:space="preserve">    (a) false</w:t>
      </w:r>
      <w:r>
        <w:br/>
      </w:r>
      <w:r>
        <w:t xml:space="preserve">    (b) evil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our client wishes the delivery made as soon as possible, we shall be obliged by your having teams ready at King's Cross at the time named and forthwith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conveying</w:t>
      </w:r>
      <w:r>
        <w:rPr>
          <w:b/>
          <w:bCs/>
        </w:rPr>
        <w:t xml:space="preserve"> </w:t>
      </w:r>
      <w:r>
        <w:rPr>
          <w:b/>
          <w:bCs/>
        </w:rPr>
        <w:t xml:space="preserve">the goods to destination.</w:t>
      </w:r>
      <w:r>
        <w:br/>
      </w:r>
      <w:r>
        <w:t xml:space="preserve">    (a) transporting</w:t>
      </w:r>
      <w:r>
        <w:br/>
      </w:r>
      <w:r>
        <w:t xml:space="preserve">    (b) guarding</w:t>
      </w:r>
      <w:r>
        <w:br/>
      </w:r>
      <w:r>
        <w:t xml:space="preserve">    (c) buying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much to me, until I reached a passage where it described small puncture wounds on their throats.</w:t>
      </w:r>
      <w:r>
        <w:br/>
      </w:r>
      <w:r>
        <w:t xml:space="preserve">    (a) communicate</w:t>
      </w:r>
      <w:r>
        <w:br/>
      </w:r>
      <w:r>
        <w:t xml:space="preserve">    (b) hurt</w:t>
      </w:r>
      <w:r>
        <w:br/>
      </w:r>
      <w:r>
        <w:t xml:space="preserve">    (c) make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Glad I made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, gladder that I kept to it.</w:t>
      </w:r>
      <w:r>
        <w:br/>
      </w:r>
      <w:r>
        <w:t xml:space="preserve">    (a) promise to another</w:t>
      </w:r>
      <w:r>
        <w:br/>
      </w:r>
      <w:r>
        <w:t xml:space="preserve">    (b) firm decision</w:t>
      </w:r>
      <w:r>
        <w:br/>
      </w:r>
      <w:r>
        <w:t xml:space="preserve">    (c) purchase of an item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at me so appealingly, and at the same time manifested such courage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in her bearing, that I gave in at once to her wishes.</w:t>
      </w:r>
      <w:r>
        <w:br/>
      </w:r>
      <w:r>
        <w:t xml:space="preserve">    (a) determination</w:t>
      </w:r>
      <w:r>
        <w:br/>
      </w:r>
      <w:r>
        <w:t xml:space="preserve">    (b) solution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last, however, the narcotic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its potency, and she fell into a deep sleep.</w:t>
      </w:r>
      <w:r>
        <w:br/>
      </w:r>
      <w:r>
        <w:t xml:space="preserve">    (a) increase</w:t>
      </w:r>
      <w:r>
        <w:br/>
      </w:r>
      <w:r>
        <w:t xml:space="preserve">    (b) decrease</w:t>
      </w:r>
      <w:r>
        <w:br/>
      </w:r>
      <w:r>
        <w:t xml:space="preserve">    (c) demonstrate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looked over the paper.... It did not convey much to me, until I reached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 </w:t>
      </w:r>
      <w:r>
        <w:rPr>
          <w:b/>
          <w:bCs/>
        </w:rPr>
        <w:t xml:space="preserve">where it described small puncture wounds on their throats.</w:t>
      </w:r>
      <w:r>
        <w:br/>
      </w:r>
      <w:r>
        <w:t xml:space="preserve">    (a) part</w:t>
      </w:r>
      <w:r>
        <w:br/>
      </w:r>
      <w:r>
        <w:t xml:space="preserve">    (b) narrow pathway</w:t>
      </w:r>
      <w:r>
        <w:br/>
      </w:r>
      <w:r>
        <w:t xml:space="preserve">    (c)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believe in things that you cannot. Let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. I heard once of...</w:t>
      </w:r>
      <w:r>
        <w:br/>
      </w:r>
      <w:r>
        <w:t xml:space="preserve">    (a) help make clear</w:t>
      </w:r>
      <w:r>
        <w:br/>
      </w:r>
      <w:r>
        <w:t xml:space="preserve">    (b) draw a color picture</w:t>
      </w:r>
      <w:r>
        <w:br/>
      </w:r>
      <w:r>
        <w:t xml:space="preserve">    (c) learn from you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Harker says that they are knitting together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order every scrap of evidence they have.</w:t>
      </w:r>
      <w:r>
        <w:br/>
      </w:r>
      <w:r>
        <w:t xml:space="preserve">    (a) arranged according to time</w:t>
      </w:r>
      <w:r>
        <w:br/>
      </w:r>
      <w:r>
        <w:t xml:space="preserve">    (b) arranged by importance</w:t>
      </w:r>
      <w:r>
        <w:br/>
      </w:r>
      <w:r>
        <w:t xml:space="preserve">    (c) arranged alphabetically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want you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</w:t>
      </w:r>
      <w:r>
        <w:rPr>
          <w:b/>
          <w:bCs/>
        </w:rPr>
        <w:t xml:space="preserve"> </w:t>
      </w:r>
      <w:r>
        <w:rPr>
          <w:b/>
          <w:bCs/>
        </w:rPr>
        <w:t xml:space="preserve">me!" she said.</w:t>
      </w:r>
      <w:r>
        <w:br/>
      </w:r>
      <w:r>
        <w:t xml:space="preserve">    (a) give a tranquilizer to</w:t>
      </w:r>
      <w:r>
        <w:br/>
      </w:r>
      <w:r>
        <w:t xml:space="preserve">    (b) examine thoroughly</w:t>
      </w:r>
      <w:r>
        <w:br/>
      </w:r>
      <w:r>
        <w:t xml:space="preserve">    (c) put in a trance-like state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he delay, and delay, and delay, till the mere beauty and the fascination of the wanton Undead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caused loss of awareness of other things</w:t>
      </w:r>
      <w:r>
        <w:br/>
      </w:r>
      <w:r>
        <w:t xml:space="preserve">    (b) caused a reevaluation of basic beliefs</w:t>
      </w:r>
      <w:r>
        <w:br/>
      </w:r>
      <w:r>
        <w:t xml:space="preserve">    (c) caused a strain on health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doubts.</w:t>
      </w:r>
      <w:r>
        <w:br/>
      </w:r>
      <w:r>
        <w:t xml:space="preserve">    (a) unrelated</w:t>
      </w:r>
      <w:r>
        <w:br/>
      </w:r>
      <w:r>
        <w:t xml:space="preserve">    (b) serious (important)</w:t>
      </w:r>
      <w:r>
        <w:br/>
      </w:r>
      <w:r>
        <w:t xml:space="preserve">    (c) minor (not important)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2026-07-31T16:51:08Z</dcterms:created>
  <dcterms:modified xsi:type="dcterms:W3CDTF">2026-07-31T16:51:08Z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