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4af7253e569b785d5bc29a6beda8d9d70305b44"/>
    <w:p>
      <w:pPr>
        <w:pStyle w:val="Heading1"/>
      </w:pPr>
      <w:r>
        <w:rPr>
          <w:b/>
          <w:bCs/>
        </w:rPr>
        <w:t xml:space="preserve">Dr. Jekyll and Mr. Hyde</w:t>
      </w:r>
      <w:r>
        <w:br/>
      </w:r>
      <w:r>
        <w:rPr>
          <w:i/>
          <w:iCs/>
        </w:rPr>
        <w:t xml:space="preserve">Robert Louis Stevenson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Before entering the interview room, she took a few deep breaths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compose</w:t>
      </w:r>
      <w:r>
        <w:rPr>
          <w:b/>
          <w:bCs/>
        </w:rPr>
        <w:t xml:space="preserve"> </w:t>
      </w:r>
      <w:r>
        <w:rPr>
          <w:b/>
          <w:bCs/>
        </w:rPr>
        <w:t xml:space="preserve">herself and steady his nerves.</w:t>
      </w:r>
      <w:r>
        <w:br/>
      </w:r>
      <w:r>
        <w:t xml:space="preserve">    (a) calm</w:t>
      </w:r>
      <w:r>
        <w:br/>
      </w:r>
      <w:r>
        <w:t xml:space="preserve">    (b) delay</w:t>
      </w:r>
      <w:r>
        <w:br/>
      </w:r>
      <w:r>
        <w:t xml:space="preserve">    (c) adjust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will vote as my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conscience</w:t>
      </w:r>
      <w:r>
        <w:rPr>
          <w:b/>
          <w:bCs/>
        </w:rPr>
        <w:t xml:space="preserve"> </w:t>
      </w:r>
      <w:r>
        <w:rPr>
          <w:b/>
          <w:bCs/>
        </w:rPr>
        <w:t xml:space="preserve">demands.</w:t>
      </w:r>
      <w:r>
        <w:br/>
      </w:r>
      <w:r>
        <w:t xml:space="preserve">    (a) memory of past events</w:t>
      </w:r>
      <w:r>
        <w:br/>
      </w:r>
      <w:r>
        <w:t xml:space="preserve">    (b) sense of right and wrong</w:t>
      </w:r>
      <w:r>
        <w:br/>
      </w:r>
      <w:r>
        <w:t xml:space="preserve">    (c) fear of public ridicule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job prospects are hindered 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consequence</w:t>
      </w:r>
      <w:r>
        <w:rPr>
          <w:b/>
          <w:bCs/>
        </w:rPr>
        <w:t xml:space="preserve"> </w:t>
      </w:r>
      <w:r>
        <w:rPr>
          <w:b/>
          <w:bCs/>
        </w:rPr>
        <w:t xml:space="preserve">of the conviction.</w:t>
      </w:r>
      <w:r>
        <w:br/>
      </w:r>
      <w:r>
        <w:t xml:space="preserve">    (a) result</w:t>
      </w:r>
      <w:r>
        <w:br/>
      </w:r>
      <w:r>
        <w:t xml:space="preserve">    (b) important part</w:t>
      </w:r>
      <w:r>
        <w:br/>
      </w:r>
      <w:r>
        <w:t xml:space="preserve">    (c) unimportant part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is the most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consequential</w:t>
      </w:r>
      <w:r>
        <w:rPr>
          <w:b/>
          <w:bCs/>
        </w:rPr>
        <w:t xml:space="preserve"> </w:t>
      </w:r>
      <w:r>
        <w:rPr>
          <w:b/>
          <w:bCs/>
        </w:rPr>
        <w:t xml:space="preserve">tax legislation in decades.</w:t>
      </w:r>
      <w:r>
        <w:br/>
      </w:r>
      <w:r>
        <w:t xml:space="preserve">    (a) important</w:t>
      </w:r>
      <w:r>
        <w:br/>
      </w:r>
      <w:r>
        <w:t xml:space="preserve">    (b) harmful</w:t>
      </w:r>
      <w:r>
        <w:br/>
      </w:r>
      <w:r>
        <w:t xml:space="preserve">    (c) unethical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countenance</w:t>
      </w:r>
      <w:r>
        <w:rPr>
          <w:b/>
          <w:bCs/>
        </w:rPr>
        <w:t xml:space="preserve"> </w:t>
      </w:r>
      <w:r>
        <w:rPr>
          <w:b/>
          <w:bCs/>
        </w:rPr>
        <w:t xml:space="preserve">grew stern.</w:t>
      </w:r>
      <w:r>
        <w:br/>
      </w:r>
      <w:r>
        <w:t xml:space="preserve">    (a) facial expression</w:t>
      </w:r>
      <w:r>
        <w:br/>
      </w:r>
      <w:r>
        <w:t xml:space="preserve">    (b) a method of counting</w:t>
      </w:r>
      <w:r>
        <w:br/>
      </w:r>
      <w:r>
        <w:t xml:space="preserve">    (c) voice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hope to take the ACT just once.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However</w:t>
      </w:r>
      <w:r>
        <w:rPr>
          <w:b/>
          <w:bCs/>
        </w:rPr>
        <w:t xml:space="preserve">, I will take it early, so there is time to study and take it again if my scores aren't high enough.</w:t>
      </w:r>
      <w:r>
        <w:br/>
      </w:r>
      <w:r>
        <w:t xml:space="preserve">    (a) but</w:t>
      </w:r>
      <w:r>
        <w:br/>
      </w:r>
      <w:r>
        <w:t xml:space="preserve">    (b) also</w:t>
      </w:r>
      <w:r>
        <w:br/>
      </w:r>
      <w:r>
        <w:t xml:space="preserve">    (c) and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However</w:t>
      </w:r>
      <w:r>
        <w:rPr>
          <w:b/>
          <w:bCs/>
        </w:rPr>
        <w:t xml:space="preserve"> </w:t>
      </w:r>
      <w:r>
        <w:rPr>
          <w:b/>
          <w:bCs/>
        </w:rPr>
        <w:t xml:space="preserve">safe we make it, there will always be risk.</w:t>
      </w:r>
      <w:r>
        <w:br/>
      </w:r>
      <w:r>
        <w:t xml:space="preserve">    (a) in addition</w:t>
      </w:r>
      <w:r>
        <w:br/>
      </w:r>
      <w:r>
        <w:t xml:space="preserve">    (b) on-the-other-hand</w:t>
      </w:r>
      <w:r>
        <w:br/>
      </w:r>
      <w:r>
        <w:t xml:space="preserve">    (c) no matter how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inclined</w:t>
      </w:r>
      <w:r>
        <w:rPr>
          <w:b/>
          <w:bCs/>
        </w:rPr>
        <w:t xml:space="preserve"> </w:t>
      </w:r>
      <w:r>
        <w:rPr>
          <w:b/>
          <w:bCs/>
        </w:rPr>
        <w:t xml:space="preserve">to laugh, but I overcame the urge.</w:t>
      </w:r>
      <w:r>
        <w:br/>
      </w:r>
      <w:r>
        <w:t xml:space="preserve">    (a) disinclined</w:t>
      </w:r>
      <w:r>
        <w:br/>
      </w:r>
      <w:r>
        <w:t xml:space="preserve">    (b) afraid</w:t>
      </w:r>
      <w:r>
        <w:br/>
      </w:r>
      <w:r>
        <w:t xml:space="preserve">    (c) tending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indifferent</w:t>
      </w:r>
      <w:r>
        <w:rPr>
          <w:b/>
          <w:bCs/>
        </w:rPr>
        <w:t xml:space="preserve"> </w:t>
      </w:r>
      <w:r>
        <w:rPr>
          <w:b/>
          <w:bCs/>
        </w:rPr>
        <w:t xml:space="preserve">to his anger.</w:t>
      </w:r>
      <w:r>
        <w:br/>
      </w:r>
      <w:r>
        <w:t xml:space="preserve">    (a) without interest</w:t>
      </w:r>
      <w:r>
        <w:br/>
      </w:r>
      <w:r>
        <w:t xml:space="preserve">    (b) with fear</w:t>
      </w:r>
      <w:r>
        <w:br/>
      </w:r>
      <w:r>
        <w:t xml:space="preserve">    (c) with anger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spent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inordinate</w:t>
      </w:r>
      <w:r>
        <w:rPr>
          <w:b/>
          <w:bCs/>
        </w:rPr>
        <w:t xml:space="preserve"> </w:t>
      </w:r>
      <w:r>
        <w:rPr>
          <w:b/>
          <w:bCs/>
        </w:rPr>
        <w:t xml:space="preserve">amount of time choosing a font.</w:t>
      </w:r>
      <w:r>
        <w:br/>
      </w:r>
      <w:r>
        <w:t xml:space="preserve">    (a) careful</w:t>
      </w:r>
      <w:r>
        <w:br/>
      </w:r>
      <w:r>
        <w:t xml:space="preserve">    (b) excessive</w:t>
      </w:r>
      <w:r>
        <w:br/>
      </w:r>
      <w:r>
        <w:t xml:space="preserve">    (c) ordinary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loathe</w:t>
      </w:r>
      <w:r>
        <w:rPr>
          <w:b/>
          <w:bCs/>
        </w:rPr>
        <w:t xml:space="preserve"> </w:t>
      </w:r>
      <w:r>
        <w:rPr>
          <w:b/>
          <w:bCs/>
        </w:rPr>
        <w:t xml:space="preserve">that man. He ruined my life.</w:t>
      </w:r>
      <w:r>
        <w:br/>
      </w:r>
      <w:r>
        <w:t xml:space="preserve">    (a) avoid</w:t>
      </w:r>
      <w:r>
        <w:br/>
      </w:r>
      <w:r>
        <w:t xml:space="preserve">    (b) hate</w:t>
      </w:r>
      <w:r>
        <w:br/>
      </w:r>
      <w:r>
        <w:t xml:space="preserve">    (c) fear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avoided eye contact as 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narrated</w:t>
      </w:r>
      <w:r>
        <w:rPr>
          <w:b/>
          <w:bCs/>
        </w:rPr>
        <w:t xml:space="preserve"> </w:t>
      </w:r>
      <w:r>
        <w:rPr>
          <w:b/>
          <w:bCs/>
        </w:rPr>
        <w:t xml:space="preserve">the story of how she ended up in prison.</w:t>
      </w:r>
      <w:r>
        <w:br/>
      </w:r>
      <w:r>
        <w:t xml:space="preserve">    (a) urged strongly</w:t>
      </w:r>
      <w:r>
        <w:br/>
      </w:r>
      <w:r>
        <w:t xml:space="preserve">    (b) told (a story)</w:t>
      </w:r>
      <w:r>
        <w:br/>
      </w:r>
      <w:r>
        <w:t xml:space="preserve">    (c) discouraged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It's an interesting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narrative</w:t>
      </w:r>
      <w:r>
        <w:rPr>
          <w:b/>
          <w:bCs/>
        </w:rPr>
        <w:t xml:space="preserve"> </w:t>
      </w:r>
      <w:r>
        <w:rPr>
          <w:b/>
          <w:bCs/>
        </w:rPr>
        <w:t xml:space="preserve">about her first year in college.</w:t>
      </w:r>
      <w:r>
        <w:br/>
      </w:r>
      <w:r>
        <w:t xml:space="preserve">    (a) theatrical play</w:t>
      </w:r>
      <w:r>
        <w:br/>
      </w:r>
      <w:r>
        <w:t xml:space="preserve">    (b) story</w:t>
      </w:r>
      <w:r>
        <w:br/>
      </w:r>
      <w:r>
        <w:t xml:space="preserve">    (c) joke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breaking the window,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penitent</w:t>
      </w:r>
      <w:r>
        <w:rPr>
          <w:b/>
          <w:bCs/>
        </w:rPr>
        <w:t xml:space="preserve"> </w:t>
      </w:r>
      <w:r>
        <w:rPr>
          <w:b/>
          <w:bCs/>
        </w:rPr>
        <w:t xml:space="preserve">boy apologized to his neighbor.</w:t>
      </w:r>
      <w:r>
        <w:br/>
      </w:r>
      <w:r>
        <w:t xml:space="preserve">    (a) feeling regret for wrongdoing</w:t>
      </w:r>
      <w:r>
        <w:br/>
      </w:r>
      <w:r>
        <w:t xml:space="preserve">    (b) proud of one's actions</w:t>
      </w:r>
      <w:r>
        <w:br/>
      </w:r>
      <w:r>
        <w:t xml:space="preserve">    (c) confused about the rules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profound</w:t>
      </w:r>
      <w:r>
        <w:rPr>
          <w:b/>
          <w:bCs/>
        </w:rPr>
        <w:t xml:space="preserve"> </w:t>
      </w:r>
      <w:r>
        <w:rPr>
          <w:b/>
          <w:bCs/>
        </w:rPr>
        <w:t xml:space="preserve">spiritual experience that changed her life.</w:t>
      </w:r>
      <w:r>
        <w:br/>
      </w:r>
      <w:r>
        <w:t xml:space="preserve">    (a) traditional</w:t>
      </w:r>
      <w:r>
        <w:br/>
      </w:r>
      <w:r>
        <w:t xml:space="preserve">    (b) intense</w:t>
      </w:r>
      <w:r>
        <w:br/>
      </w:r>
      <w:r>
        <w:t xml:space="preserve">    (c) common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reputable</w:t>
      </w:r>
      <w:r>
        <w:rPr>
          <w:b/>
          <w:bCs/>
        </w:rPr>
        <w:t xml:space="preserve"> </w:t>
      </w:r>
      <w:r>
        <w:rPr>
          <w:b/>
          <w:bCs/>
        </w:rPr>
        <w:t xml:space="preserve">scientist believes that.</w:t>
      </w:r>
      <w:r>
        <w:br/>
      </w:r>
      <w:r>
        <w:t xml:space="preserve">    (a) under the age of 30</w:t>
      </w:r>
      <w:r>
        <w:br/>
      </w:r>
      <w:r>
        <w:t xml:space="preserve">    (b) thoughtful</w:t>
      </w:r>
      <w:r>
        <w:br/>
      </w:r>
      <w:r>
        <w:t xml:space="preserve">    (c) trusted and respected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Work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scarce</w:t>
      </w:r>
      <w:r>
        <w:rPr>
          <w:b/>
          <w:bCs/>
        </w:rPr>
        <w:t xml:space="preserve"> </w:t>
      </w:r>
      <w:r>
        <w:rPr>
          <w:b/>
          <w:bCs/>
        </w:rPr>
        <w:t xml:space="preserve">in the region.</w:t>
      </w:r>
      <w:r>
        <w:br/>
      </w:r>
      <w:r>
        <w:t xml:space="preserve">    (a) extremely hard</w:t>
      </w:r>
      <w:r>
        <w:br/>
      </w:r>
      <w:r>
        <w:t xml:space="preserve">    (b) in short supply</w:t>
      </w:r>
      <w:r>
        <w:br/>
      </w:r>
      <w:r>
        <w:t xml:space="preserve">    (c) easily found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It's the city's main east-west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thoroughfare</w:t>
      </w:r>
      <w:r>
        <w:rPr>
          <w:b/>
          <w:bCs/>
        </w:rPr>
        <w:t xml:space="preserve">.</w:t>
      </w:r>
      <w:r>
        <w:br/>
      </w:r>
      <w:r>
        <w:t xml:space="preserve">    (a) main road</w:t>
      </w:r>
      <w:r>
        <w:br/>
      </w:r>
      <w:r>
        <w:t xml:space="preserve">    (b) landmark</w:t>
      </w:r>
      <w:r>
        <w:br/>
      </w:r>
      <w:r>
        <w:t xml:space="preserve">    (c) dividing line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Don't waste my time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trifling</w:t>
      </w:r>
      <w:r>
        <w:rPr>
          <w:b/>
          <w:bCs/>
        </w:rPr>
        <w:t xml:space="preserve"> </w:t>
      </w:r>
      <w:r>
        <w:rPr>
          <w:b/>
          <w:bCs/>
        </w:rPr>
        <w:t xml:space="preserve">matters.</w:t>
      </w:r>
      <w:r>
        <w:br/>
      </w:r>
      <w:r>
        <w:t xml:space="preserve">    (a) unimportant</w:t>
      </w:r>
      <w:r>
        <w:br/>
      </w:r>
      <w:r>
        <w:t xml:space="preserve">    (b) future</w:t>
      </w:r>
      <w:r>
        <w:br/>
      </w:r>
      <w:r>
        <w:t xml:space="preserve">    (c) other's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European Parliament refuses to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trifled with</w:t>
      </w:r>
      <w:r>
        <w:rPr>
          <w:b/>
          <w:bCs/>
        </w:rPr>
        <w:t xml:space="preserve">.</w:t>
      </w:r>
      <w:r>
        <w:br/>
      </w:r>
      <w:r>
        <w:t xml:space="preserve">    (a) negotiated with</w:t>
      </w:r>
      <w:r>
        <w:br/>
      </w:r>
      <w:r>
        <w:t xml:space="preserve">    (b) treated without respect</w:t>
      </w:r>
      <w:r>
        <w:br/>
      </w:r>
      <w:r>
        <w:t xml:space="preserve">    (c) argued with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2026-07-31T14:57:15Z</dcterms:created>
  <dcterms:modified xsi:type="dcterms:W3CDTF">2026-07-31T14:57:15Z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