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7cf0e0ce9f2cfaa60d46da2a4bcdd64b18d85b"/>
    <w:p>
      <w:pPr>
        <w:pStyle w:val="Heading1"/>
      </w:pPr>
      <w:r>
        <w:rPr>
          <w:b/>
          <w:bCs/>
        </w:rPr>
        <w:t xml:space="preserve">Dr. Jekyll and Mr. Hyde</w:t>
      </w:r>
      <w:r>
        <w:br/>
      </w:r>
      <w:r>
        <w:rPr>
          <w:i/>
          <w:iCs/>
        </w:rPr>
        <w:t xml:space="preserve">Robert Louis Stevenson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 man of a rugged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, that was never lighted by a smile;</w:t>
      </w:r>
      <w:r>
        <w:br/>
      </w:r>
      <w:r>
        <w:t xml:space="preserve">    (a) the best or most important</w:t>
      </w:r>
      <w:r>
        <w:br/>
      </w:r>
      <w:r>
        <w:t xml:space="preserve">    (b) face; or facial expression</w:t>
      </w:r>
      <w:r>
        <w:br/>
      </w:r>
      <w:r>
        <w:t xml:space="preserve">    (c) a secret agreement or plot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taken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loathing</w:t>
      </w:r>
      <w:r>
        <w:rPr>
          <w:b/>
          <w:bCs/>
        </w:rPr>
        <w:t xml:space="preserve"> </w:t>
      </w:r>
      <w:r>
        <w:rPr>
          <w:b/>
          <w:bCs/>
        </w:rPr>
        <w:t xml:space="preserve">to my gentleman at first sight.</w:t>
      </w:r>
      <w:r>
        <w:br/>
      </w:r>
      <w:r>
        <w:t xml:space="preserve">    (a) changing through evolution</w:t>
      </w:r>
      <w:r>
        <w:br/>
      </w:r>
      <w:r>
        <w:t xml:space="preserve">    (b) stopping a battle or fight</w:t>
      </w:r>
      <w:r>
        <w:br/>
      </w:r>
      <w:r>
        <w:t xml:space="preserve">    (c) disgust or intense dislike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never saw a man I so disliked, and yet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scarce</w:t>
      </w:r>
      <w:r>
        <w:rPr>
          <w:b/>
          <w:bCs/>
        </w:rPr>
        <w:t xml:space="preserve"> </w:t>
      </w:r>
      <w:r>
        <w:rPr>
          <w:b/>
          <w:bCs/>
        </w:rPr>
        <w:t xml:space="preserve">know why.</w:t>
      </w:r>
      <w:r>
        <w:br/>
      </w:r>
      <w:r>
        <w:t xml:space="preserve">    (a) a state similar to sleep where one is unaware of anything</w:t>
      </w:r>
      <w:r>
        <w:br/>
      </w:r>
      <w:r>
        <w:t xml:space="preserve">    (b) the state of not being aware or concerned about something</w:t>
      </w:r>
      <w:r>
        <w:br/>
      </w:r>
      <w:r>
        <w:t xml:space="preserve">    (c) in short supply  OR  barely or hardly (by a small margin)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still the figure had no face by which he might know it; even in his dreams, it had no face, or one that baffled him and melted before his eyes; and thus it was that there sprang up and grew apace in the lawyer's mind a singularly strong, almost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inordinate</w:t>
      </w:r>
      <w:r>
        <w:rPr>
          <w:b/>
          <w:bCs/>
        </w:rPr>
        <w:t xml:space="preserve">, curiosity to behold the features of the real Mr. Hyde.</w:t>
      </w:r>
      <w:r>
        <w:br/>
      </w:r>
      <w:r>
        <w:t xml:space="preserve">    (a) mental activity of which one is not self-aware</w:t>
      </w:r>
      <w:r>
        <w:br/>
      </w:r>
      <w:r>
        <w:t xml:space="preserve">    (b) excessive or more than is reasonable or normal</w:t>
      </w:r>
      <w:r>
        <w:br/>
      </w:r>
      <w:r>
        <w:t xml:space="preserve">    (c) with the involvement of other people or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FORTNIGHT later, by excellent good fortune, the doctor gave one of his pleasant dinners to some five or six old cronies, all intelligent,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reputable</w:t>
      </w:r>
      <w:r>
        <w:rPr>
          <w:b/>
          <w:bCs/>
        </w:rPr>
        <w:t xml:space="preserve"> </w:t>
      </w:r>
      <w:r>
        <w:rPr>
          <w:b/>
          <w:bCs/>
        </w:rPr>
        <w:t xml:space="preserve">men and all judges of good wine; and Mr. Utterson so contrived that he remained behind after the others had departed.</w:t>
      </w:r>
      <w:r>
        <w:br/>
      </w:r>
      <w:r>
        <w:t xml:space="preserve">    (a) indicating approval or agreement</w:t>
      </w:r>
      <w:r>
        <w:br/>
      </w:r>
      <w:r>
        <w:t xml:space="preserve">    (b) able to be taken on as one's own</w:t>
      </w:r>
      <w:r>
        <w:br/>
      </w:r>
      <w:r>
        <w:t xml:space="preserve">    (c) respected (with good reputation)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"Yes, certainly, I know that," said the doctor,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trifle</w:t>
      </w:r>
      <w:r>
        <w:rPr>
          <w:b/>
          <w:bCs/>
        </w:rPr>
        <w:t xml:space="preserve"> </w:t>
      </w:r>
      <w:r>
        <w:rPr>
          <w:b/>
          <w:bCs/>
        </w:rPr>
        <w:t xml:space="preserve">sharply.</w:t>
      </w:r>
      <w:r>
        <w:br/>
      </w:r>
      <w:r>
        <w:t xml:space="preserve">    (a) little</w:t>
      </w:r>
      <w:r>
        <w:br/>
      </w:r>
      <w:r>
        <w:t xml:space="preserve">    (b) leave a place, job or position previously occupied</w:t>
      </w:r>
      <w:r>
        <w:br/>
      </w:r>
      <w:r>
        <w:t xml:space="preserve">    (c) someone (or something) taking the place of another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Confident as I am that you will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trifle with</w:t>
      </w:r>
      <w:r>
        <w:rPr>
          <w:b/>
          <w:bCs/>
        </w:rPr>
        <w:t xml:space="preserve"> </w:t>
      </w:r>
      <w:r>
        <w:rPr>
          <w:b/>
          <w:bCs/>
        </w:rPr>
        <w:t xml:space="preserve">this appeal, my heart sinks and my hand trembles at the bare thought of such a possibility.</w:t>
      </w:r>
      <w:r>
        <w:br/>
      </w:r>
      <w:r>
        <w:t xml:space="preserve">    (a) injured muscles or tendons of the back</w:t>
      </w:r>
      <w:r>
        <w:br/>
      </w:r>
      <w:r>
        <w:t xml:space="preserve">    (b) beyond the permitted boundary or limit</w:t>
      </w:r>
      <w:r>
        <w:br/>
      </w:r>
      <w:r>
        <w:t xml:space="preserve">    (c) treat thoughtlessly or without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he briefly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narrated</w:t>
      </w:r>
      <w:r>
        <w:rPr>
          <w:b/>
          <w:bCs/>
        </w:rPr>
        <w:t xml:space="preserve"> </w:t>
      </w:r>
      <w:r>
        <w:rPr>
          <w:b/>
          <w:bCs/>
        </w:rPr>
        <w:t xml:space="preserve">what the maid had seen, and showed the broken stick.</w:t>
      </w:r>
      <w:r>
        <w:br/>
      </w:r>
      <w:r>
        <w:t xml:space="preserve">    (a) told (a story)</w:t>
      </w:r>
      <w:r>
        <w:br/>
      </w:r>
      <w:r>
        <w:t xml:space="preserve">    (b) began fighting</w:t>
      </w:r>
      <w:r>
        <w:br/>
      </w:r>
      <w:r>
        <w:t xml:space="preserve">    (c) not translated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be irritated</w:t>
      </w:r>
      <w:r>
        <w:br/>
      </w:r>
      <w:r>
        <w:t xml:space="preserve">    (a) having a tendency</w:t>
      </w:r>
      <w:r>
        <w:br/>
      </w:r>
      <w:r>
        <w:t xml:space="preserve">    (b) the degree to which something can be solved or settled</w:t>
      </w:r>
      <w:r>
        <w:br/>
      </w:r>
      <w:r>
        <w:t xml:space="preserve">    (c) not capable of being suffered through (or put up with)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"Foul play!" cried the lawyer, a good deal frightened and rather inclined to be irritated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.</w:t>
      </w:r>
      <w:r>
        <w:br/>
      </w:r>
      <w:r>
        <w:t xml:space="preserve">    (a) memory</w:t>
      </w:r>
      <w:r>
        <w:br/>
      </w:r>
      <w:r>
        <w:t xml:space="preserve">    (b) result</w:t>
      </w:r>
      <w:r>
        <w:br/>
      </w:r>
      <w:r>
        <w:t xml:space="preserve">    (c) battle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met with one accident which, as it brought on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, I shall no more than mention.</w:t>
      </w:r>
      <w:r>
        <w:br/>
      </w:r>
      <w:r>
        <w:t xml:space="preserve">    (a) translates</w:t>
      </w:r>
      <w:r>
        <w:br/>
      </w:r>
      <w:r>
        <w:t xml:space="preserve">    (b) sticks out</w:t>
      </w:r>
      <w:r>
        <w:br/>
      </w:r>
      <w:r>
        <w:t xml:space="preserve">    (c) significant result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far the letter had run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composedly</w:t>
      </w:r>
      <w:r>
        <w:rPr>
          <w:b/>
          <w:bCs/>
        </w:rPr>
        <w:t xml:space="preserve"> </w:t>
      </w:r>
      <w:r>
        <w:rPr>
          <w:b/>
          <w:bCs/>
        </w:rPr>
        <w:t xml:space="preserve">enough, but here with a sudden splutter of the pen, the writer's emotion had broken loose.</w:t>
      </w:r>
      <w:r>
        <w:br/>
      </w:r>
      <w:r>
        <w:t xml:space="preserve">    (a) calmly (under control)</w:t>
      </w:r>
      <w:r>
        <w:br/>
      </w:r>
      <w:r>
        <w:t xml:space="preserve">    (b) done while awake</w:t>
      </w:r>
      <w:r>
        <w:br/>
      </w:r>
      <w:r>
        <w:t xml:space="preserve">    (c) in a firm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for the moral turpitude that man unveiled to me, even with tears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penitence</w:t>
      </w:r>
      <w:r>
        <w:rPr>
          <w:b/>
          <w:bCs/>
        </w:rPr>
        <w:t xml:space="preserve">, I cannot, even in memory, dwell on it without a start of horror.</w:t>
      </w:r>
      <w:r>
        <w:br/>
      </w:r>
      <w:r>
        <w:t xml:space="preserve">    (a) feeling or expressing remorse for misdeeds (sorrow for having done wrong); or a person who does such</w:t>
      </w:r>
      <w:r>
        <w:br/>
      </w:r>
      <w:r>
        <w:t xml:space="preserve">    (b) a psychologist concerned with the treatment of abnormal thinking and behavior</w:t>
      </w:r>
      <w:r>
        <w:br/>
      </w:r>
      <w:r>
        <w:t xml:space="preserve">    (c) a government, country, or ruling family of a country ruled by a king of queen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Henry Jekyll stood at times aghast before the acts of Edward Hyde; but the situation was apart from ordinary laws, and insidiously relaxed the grasp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conscience</w:t>
      </w:r>
      <w:r>
        <w:rPr>
          <w:b/>
          <w:bCs/>
        </w:rPr>
        <w:t xml:space="preserve">.</w:t>
      </w:r>
      <w:r>
        <w:br/>
      </w:r>
      <w:r>
        <w:t xml:space="preserve">    (a) not planning to kill a person, but then intentionally killing in the heat of passion</w:t>
      </w:r>
      <w:r>
        <w:br/>
      </w:r>
      <w:r>
        <w:t xml:space="preserve">    (b) a complex carbohydrate that is the chief constituent of all plant tissues and fibers</w:t>
      </w:r>
      <w:r>
        <w:br/>
      </w:r>
      <w:r>
        <w:t xml:space="preserve">    (c) feeling or appraisal of having personally behaved in a morally right or wrong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Hyde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indifferent</w:t>
      </w:r>
      <w:r>
        <w:rPr>
          <w:b/>
          <w:bCs/>
        </w:rPr>
        <w:t xml:space="preserve"> </w:t>
      </w:r>
      <w:r>
        <w:rPr>
          <w:b/>
          <w:bCs/>
        </w:rPr>
        <w:t xml:space="preserve">to Jekyll, or but remembered him as the mountain bandit remembers the cavern in which he conceals himself from pursuit.</w:t>
      </w:r>
      <w:r>
        <w:br/>
      </w:r>
      <w:r>
        <w:t xml:space="preserve">    (a) likely to change</w:t>
      </w:r>
      <w:r>
        <w:br/>
      </w:r>
      <w:r>
        <w:t xml:space="preserve">    (b) without interest</w:t>
      </w:r>
      <w:r>
        <w:br/>
      </w:r>
      <w:r>
        <w:t xml:space="preserve">    (c) able to be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two months,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I was true to my determination; for two months I led a life of such severity as I had never before attained to, and enjoyed the compensations of an approving conscience.</w:t>
      </w:r>
      <w:r>
        <w:br/>
      </w:r>
      <w:r>
        <w:t xml:space="preserve">    (a)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  <w:r>
        <w:br/>
      </w:r>
      <w:r>
        <w:t xml:space="preserve">    (b) therefore (for that reason)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my appearance (which was indeed comical enough,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tragic a fate these garments covered) the driver could not conceal his mirth.</w:t>
      </w:r>
      <w:r>
        <w:br/>
      </w:r>
      <w:r>
        <w:t xml:space="preserve">    (a) aka analysis -- psychiatric treatment; or a theory of psychiatric treatment</w:t>
      </w:r>
      <w:r>
        <w:br/>
      </w:r>
      <w:r>
        <w:t xml:space="preserve">    (b) regardless of how</w:t>
      </w:r>
      <w:r>
        <w:br/>
      </w:r>
      <w:r>
        <w:t xml:space="preserve">    (c) people who are good at or spend much time studying, thinking, and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walked fast, hunted by his fears, chattering to himself, skulking through the less-frequented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thoroughfares</w:t>
      </w:r>
      <w:r>
        <w:rPr>
          <w:b/>
          <w:bCs/>
        </w:rPr>
        <w:t xml:space="preserve">, counting the minutes that still divided him from midnight.</w:t>
      </w:r>
      <w:r>
        <w:br/>
      </w:r>
      <w:r>
        <w:t xml:space="preserve">    (a) roads</w:t>
      </w:r>
      <w:r>
        <w:br/>
      </w:r>
      <w:r>
        <w:t xml:space="preserve">    (b) blockages</w:t>
      </w:r>
      <w:r>
        <w:br/>
      </w:r>
      <w:r>
        <w:t xml:space="preserve">    (c) frameworks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slumber</w:t>
      </w:r>
      <w:r>
        <w:br/>
      </w:r>
      <w:r>
        <w:t xml:space="preserve">    (a) without a tendency to be full of thought</w:t>
      </w:r>
      <w:r>
        <w:br/>
      </w:r>
      <w:r>
        <w:t xml:space="preserve">    (b) lacking a tendency to be full of thought</w:t>
      </w:r>
      <w:r>
        <w:br/>
      </w:r>
      <w:r>
        <w:t xml:space="preserve">    (c) intense (deep)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Nor must I delay too long to bring my writing to an end; for if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narrative</w:t>
      </w:r>
      <w:r>
        <w:rPr>
          <w:b/>
          <w:bCs/>
        </w:rPr>
        <w:t xml:space="preserve"> </w:t>
      </w:r>
      <w:r>
        <w:rPr>
          <w:b/>
          <w:bCs/>
        </w:rPr>
        <w:t xml:space="preserve">has hitherto escaped destruction, it has been by a combination of great prudence and great good luck.</w:t>
      </w:r>
      <w:r>
        <w:br/>
      </w:r>
      <w:r>
        <w:t xml:space="preserve">    (a) story</w:t>
      </w:r>
      <w:r>
        <w:br/>
      </w:r>
      <w:r>
        <w:t xml:space="preserve">    (b) skill</w:t>
      </w:r>
      <w:r>
        <w:br/>
      </w:r>
      <w:r>
        <w:t xml:space="preserve">    (c) snake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2026-07-31T14:57:15Z</dcterms:created>
  <dcterms:modified xsi:type="dcterms:W3CDTF">2026-07-31T14:57:15Z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