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8b96dbc93fd34079fd745dedbd83aa888b3723"/>
    <w:p>
      <w:pPr>
        <w:pStyle w:val="Heading1"/>
      </w:pPr>
      <w:r>
        <w:rPr>
          <w:b/>
          <w:bCs/>
        </w:rPr>
        <w:t xml:space="preserve">Dr. Jekyll and Mr. Hyde</w:t>
      </w:r>
      <w:r>
        <w:br/>
      </w:r>
      <w:r>
        <w:rPr>
          <w:i/>
          <w:iCs/>
        </w:rPr>
        <w:t xml:space="preserve">Robert Louis Stevenson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Even on Sunday, when it veiled its more</w:t>
      </w:r>
      <w:r>
        <w:rPr>
          <w:b/>
          <w:bCs/>
        </w:rPr>
        <w:t xml:space="preserve"> </w:t>
      </w:r>
      <w:r>
        <w:rPr>
          <w:b/>
          <w:bCs/>
          <w:u w:val="single"/>
        </w:rPr>
        <w:t xml:space="preserve">florid</w:t>
      </w:r>
      <w:r>
        <w:rPr>
          <w:b/>
          <w:bCs/>
        </w:rPr>
        <w:t xml:space="preserve"> </w:t>
      </w:r>
      <w:r>
        <w:rPr>
          <w:b/>
          <w:bCs/>
        </w:rPr>
        <w:t xml:space="preserve">charms and lay comparatively empty of passage, the street shone out in contrast to its dingy neighbourhood, like a fire in a forest; and with its freshly painted shutters, well-polished brasses, and general cleanliness and gaiety of note, instantly caught and pleased the eye of the passenger.</w:t>
      </w:r>
      <w:r>
        <w:br/>
      </w:r>
      <w:r>
        <w:t xml:space="preserve">    (a) elaborate (decorative details)</w:t>
      </w:r>
      <w:r>
        <w:br/>
      </w:r>
      <w:r>
        <w:t xml:space="preserve">    (b) the state or degree of being very large</w:t>
      </w:r>
      <w:r>
        <w:br/>
      </w:r>
      <w:r>
        <w:t xml:space="preserve">    (c) the quality of relating to intelligence</w:t>
      </w:r>
    </w:p>
    <w:p>
      <w:pPr>
        <w:pStyle w:val="Compact"/>
        <w:numPr>
          <w:ilvl w:val="0"/>
          <w:numId w:val="1001"/>
        </w:numPr>
      </w:pPr>
      <w:r>
        <w:rPr>
          <w:b/>
          <w:bCs/>
        </w:rPr>
        <w:t xml:space="preserve">There is something wrong with his appearance; something displeasing, something downright</w:t>
      </w:r>
      <w:r>
        <w:rPr>
          <w:b/>
          <w:bCs/>
        </w:rPr>
        <w:t xml:space="preserve"> </w:t>
      </w:r>
      <w:r>
        <w:rPr>
          <w:b/>
          <w:bCs/>
          <w:u w:val="single"/>
        </w:rPr>
        <w:t xml:space="preserve">detestable</w:t>
      </w:r>
      <w:r>
        <w:rPr>
          <w:b/>
          <w:bCs/>
        </w:rPr>
        <w:t xml:space="preserve">.</w:t>
      </w:r>
      <w:r>
        <w:br/>
      </w:r>
      <w:r>
        <w:t xml:space="preserve">    (a) deserving intense dislike</w:t>
      </w:r>
      <w:r>
        <w:br/>
      </w:r>
      <w:r>
        <w:t xml:space="preserve">    (b) able to be disagreed with</w:t>
      </w:r>
      <w:r>
        <w:br/>
      </w:r>
      <w:r>
        <w:t xml:space="preserve">    (c) not able to be translated</w:t>
      </w:r>
    </w:p>
    <w:p>
      <w:pPr>
        <w:pStyle w:val="Compact"/>
        <w:numPr>
          <w:ilvl w:val="0"/>
          <w:numId w:val="1001"/>
        </w:numPr>
      </w:pPr>
      <w:r>
        <w:rPr>
          <w:b/>
          <w:bCs/>
        </w:rPr>
        <w:t xml:space="preserve">But I have been</w:t>
      </w:r>
      <w:r>
        <w:rPr>
          <w:b/>
          <w:bCs/>
        </w:rPr>
        <w:t xml:space="preserve"> </w:t>
      </w:r>
      <w:r>
        <w:rPr>
          <w:b/>
          <w:bCs/>
          <w:u w:val="single"/>
        </w:rPr>
        <w:t xml:space="preserve">pedantically</w:t>
      </w:r>
      <w:r>
        <w:rPr>
          <w:b/>
          <w:bCs/>
        </w:rPr>
        <w:t xml:space="preserve"> </w:t>
      </w:r>
      <w:r>
        <w:rPr>
          <w:b/>
          <w:bCs/>
        </w:rPr>
        <w:t xml:space="preserve">exact, as you call it.</w:t>
      </w:r>
      <w:r>
        <w:br/>
      </w:r>
      <w:r>
        <w:t xml:space="preserve">    (a) in a manner that is unchanging, continuous, or happens repeatedly</w:t>
      </w:r>
      <w:r>
        <w:br/>
      </w:r>
      <w:r>
        <w:t xml:space="preserve">    (b) in a manner that is crosswise (at a right angle to the long axis)</w:t>
      </w:r>
      <w:r>
        <w:br/>
      </w:r>
      <w:r>
        <w:t xml:space="preserve">    (c) with too much concern for details or book learning</w:t>
      </w:r>
    </w:p>
    <w:p>
      <w:pPr>
        <w:pStyle w:val="Compact"/>
        <w:numPr>
          <w:ilvl w:val="0"/>
          <w:numId w:val="1001"/>
        </w:numPr>
      </w:pPr>
      <w:r>
        <w:rPr>
          <w:b/>
          <w:bCs/>
        </w:rPr>
        <w:t xml:space="preserve">He would be aware of the great field of lamps of a</w:t>
      </w:r>
      <w:r>
        <w:rPr>
          <w:b/>
          <w:bCs/>
        </w:rPr>
        <w:t xml:space="preserve"> </w:t>
      </w:r>
      <w:r>
        <w:rPr>
          <w:b/>
          <w:bCs/>
          <w:u w:val="single"/>
        </w:rPr>
        <w:t xml:space="preserve">nocturnal</w:t>
      </w:r>
      <w:r>
        <w:rPr>
          <w:b/>
          <w:bCs/>
        </w:rPr>
        <w:t xml:space="preserve"> </w:t>
      </w:r>
      <w:r>
        <w:rPr>
          <w:b/>
          <w:bCs/>
        </w:rPr>
        <w:t xml:space="preserve">city; then of the figure of a man walking swiftly; then of a child running from the doctor's; and then these met, and that human Juggernaut trod the child down and passed on regardless of her screams.</w:t>
      </w:r>
      <w:r>
        <w:br/>
      </w:r>
      <w:r>
        <w:t xml:space="preserve">    (a) the quality of not being sensible and careful</w:t>
      </w:r>
      <w:r>
        <w:br/>
      </w:r>
      <w:r>
        <w:t xml:space="preserve">    (b) active during the night; or relating to night</w:t>
      </w:r>
      <w:r>
        <w:br/>
      </w:r>
      <w:r>
        <w:t xml:space="preserve">    (c) the quality of being unchanging or continuous</w:t>
      </w:r>
    </w:p>
    <w:p>
      <w:pPr>
        <w:pStyle w:val="Compact"/>
        <w:numPr>
          <w:ilvl w:val="0"/>
          <w:numId w:val="1001"/>
        </w:numPr>
      </w:pPr>
      <w:r>
        <w:rPr>
          <w:b/>
          <w:bCs/>
        </w:rPr>
        <w:t xml:space="preserve">punishment coming, PEDE CLAUDO, years after memory has forgotten and self-love</w:t>
      </w:r>
      <w:r>
        <w:rPr>
          <w:b/>
          <w:bCs/>
        </w:rPr>
        <w:t xml:space="preserve"> </w:t>
      </w:r>
      <w:r>
        <w:rPr>
          <w:b/>
          <w:bCs/>
          <w:u w:val="single"/>
        </w:rPr>
        <w:t xml:space="preserve">condoned</w:t>
      </w:r>
      <w:r>
        <w:rPr>
          <w:b/>
          <w:bCs/>
        </w:rPr>
        <w:t xml:space="preserve"> </w:t>
      </w:r>
      <w:r>
        <w:rPr>
          <w:b/>
          <w:bCs/>
        </w:rPr>
        <w:t xml:space="preserve">the fault.</w:t>
      </w:r>
      <w:r>
        <w:br/>
      </w:r>
      <w:r>
        <w:t xml:space="preserve">    (a) not fit for service to humans or home life</w:t>
      </w:r>
      <w:r>
        <w:br/>
      </w:r>
      <w:r>
        <w:t xml:space="preserve">    (b) emphasized (called attention to something)</w:t>
      </w:r>
      <w:r>
        <w:br/>
      </w:r>
      <w:r>
        <w:t xml:space="preserve">    (c) accepted without criticism</w:t>
      </w:r>
    </w:p>
    <w:p>
      <w:pPr>
        <w:pStyle w:val="Compact"/>
        <w:numPr>
          <w:ilvl w:val="0"/>
          <w:numId w:val="1001"/>
        </w:numPr>
      </w:pPr>
      <w:r>
        <w:rPr>
          <w:b/>
          <w:bCs/>
        </w:rPr>
        <w:t xml:space="preserve">And the lawyer, scared by the thought, brooded a while on his own past, groping in all the corners of memory, lest by chance some Jack-in-the-Box of an old</w:t>
      </w:r>
      <w:r>
        <w:rPr>
          <w:b/>
          <w:bCs/>
        </w:rPr>
        <w:t xml:space="preserve"> </w:t>
      </w:r>
      <w:r>
        <w:rPr>
          <w:b/>
          <w:bCs/>
          <w:u w:val="single"/>
        </w:rPr>
        <w:t xml:space="preserve">iniquity</w:t>
      </w:r>
      <w:r>
        <w:rPr>
          <w:b/>
          <w:bCs/>
        </w:rPr>
        <w:t xml:space="preserve"> </w:t>
      </w:r>
      <w:r>
        <w:rPr>
          <w:b/>
          <w:bCs/>
        </w:rPr>
        <w:t xml:space="preserve">should leap to light there.</w:t>
      </w:r>
      <w:r>
        <w:br/>
      </w:r>
      <w:r>
        <w:t xml:space="preserve">    (a) long-accepted behavior</w:t>
      </w:r>
      <w:r>
        <w:br/>
      </w:r>
      <w:r>
        <w:t xml:space="preserve">    (b) set of laws</w:t>
      </w:r>
      <w:r>
        <w:br/>
      </w:r>
      <w:r>
        <w:t xml:space="preserve">    (c) immorality; or an immoral act</w:t>
      </w:r>
    </w:p>
    <w:p>
      <w:pPr>
        <w:pStyle w:val="Compact"/>
        <w:numPr>
          <w:ilvl w:val="0"/>
          <w:numId w:val="1001"/>
        </w:numPr>
      </w:pPr>
      <w:r>
        <w:rPr>
          <w:b/>
          <w:bCs/>
        </w:rPr>
        <w:t xml:space="preserve">A flash of</w:t>
      </w:r>
      <w:r>
        <w:rPr>
          <w:b/>
          <w:bCs/>
        </w:rPr>
        <w:t xml:space="preserve"> </w:t>
      </w:r>
      <w:r>
        <w:rPr>
          <w:b/>
          <w:bCs/>
          <w:u w:val="single"/>
        </w:rPr>
        <w:t xml:space="preserve">odious</w:t>
      </w:r>
      <w:r>
        <w:rPr>
          <w:b/>
          <w:bCs/>
        </w:rPr>
        <w:t xml:space="preserve"> </w:t>
      </w:r>
      <w:r>
        <w:rPr>
          <w:b/>
          <w:bCs/>
        </w:rPr>
        <w:t xml:space="preserve">joy appeared upon the woman's face.</w:t>
      </w:r>
      <w:r>
        <w:br/>
      </w:r>
      <w:r>
        <w:t xml:space="preserve">    (a) the degree to which something is able to change or is different</w:t>
      </w:r>
      <w:r>
        <w:br/>
      </w:r>
      <w:r>
        <w:t xml:space="preserve">    (b) not trustworthy, or improper, or attracting unwelcome attention</w:t>
      </w:r>
      <w:r>
        <w:br/>
      </w:r>
      <w:r>
        <w:t xml:space="preserve">    (c) extremely unpleasant, disgusting, dislikable, or worthy of hate</w:t>
      </w:r>
    </w:p>
    <w:p>
      <w:pPr>
        <w:pStyle w:val="Compact"/>
        <w:numPr>
          <w:ilvl w:val="0"/>
          <w:numId w:val="1001"/>
        </w:numPr>
      </w:pPr>
      <w:r>
        <w:rPr>
          <w:b/>
          <w:bCs/>
        </w:rPr>
        <w:t xml:space="preserve">The letter was written in an odd, upright hand and signed "Edward Hyde": and it signified, briefly enough, that the writer's</w:t>
      </w:r>
      <w:r>
        <w:rPr>
          <w:b/>
          <w:bCs/>
        </w:rPr>
        <w:t xml:space="preserve"> </w:t>
      </w:r>
      <w:r>
        <w:rPr>
          <w:b/>
          <w:bCs/>
          <w:u w:val="single"/>
        </w:rPr>
        <w:t xml:space="preserve">benefactor</w:t>
      </w:r>
      <w:r>
        <w:rPr>
          <w:b/>
          <w:bCs/>
        </w:rPr>
        <w:t xml:space="preserve">, Dr. Jekyll, whom he had long so unworthily repaid for a thousand generosities, need labour under no alarm for his safety, as he had means of escape on which he placed a sure dependence.</w:t>
      </w:r>
      <w:r>
        <w:br/>
      </w:r>
      <w:r>
        <w:t xml:space="preserve">    (a) someone who helps a person or organization -- especially financially</w:t>
      </w:r>
      <w:r>
        <w:br/>
      </w:r>
      <w:r>
        <w:t xml:space="preserve">    (b) lack of interest; or the process of stopping interaction or interest</w:t>
      </w:r>
      <w:r>
        <w:br/>
      </w:r>
      <w:r>
        <w:t xml:space="preserve">    (c) relating to logical examination of something to better understand it</w:t>
      </w:r>
    </w:p>
    <w:p>
      <w:pPr>
        <w:pStyle w:val="Compact"/>
        <w:numPr>
          <w:ilvl w:val="0"/>
          <w:numId w:val="1001"/>
        </w:numPr>
      </w:pPr>
      <w:r>
        <w:rPr>
          <w:b/>
          <w:bCs/>
        </w:rPr>
        <w:t xml:space="preserve">The doctor seemed seized with a</w:t>
      </w:r>
      <w:r>
        <w:rPr>
          <w:b/>
          <w:bCs/>
        </w:rPr>
        <w:t xml:space="preserve"> </w:t>
      </w:r>
      <w:r>
        <w:rPr>
          <w:b/>
          <w:bCs/>
          <w:u w:val="single"/>
        </w:rPr>
        <w:t xml:space="preserve">qualm</w:t>
      </w:r>
      <w:r>
        <w:rPr>
          <w:b/>
          <w:bCs/>
        </w:rPr>
        <w:t xml:space="preserve"> </w:t>
      </w:r>
      <w:r>
        <w:rPr>
          <w:b/>
          <w:bCs/>
        </w:rPr>
        <w:t xml:space="preserve">of faintness: he shut his mouth tight and nodded.</w:t>
      </w:r>
      <w:r>
        <w:br/>
      </w:r>
      <w:r>
        <w:t xml:space="preserve">    (a) a nerve or brain cell</w:t>
      </w:r>
      <w:r>
        <w:br/>
      </w:r>
      <w:r>
        <w:t xml:space="preserve">    (b) feeling of uneasiness</w:t>
      </w:r>
      <w:r>
        <w:br/>
      </w:r>
      <w:r>
        <w:t xml:space="preserve">    (c) long eventful journey</w:t>
      </w:r>
    </w:p>
    <w:p>
      <w:pPr>
        <w:pStyle w:val="Compact"/>
        <w:numPr>
          <w:ilvl w:val="0"/>
          <w:numId w:val="1001"/>
        </w:numPr>
      </w:pPr>
      <w:r>
        <w:rPr>
          <w:b/>
          <w:bCs/>
        </w:rPr>
        <w:t xml:space="preserve">but professional honour and faith to his dead friend were</w:t>
      </w:r>
      <w:r>
        <w:rPr>
          <w:b/>
          <w:bCs/>
        </w:rPr>
        <w:t xml:space="preserve"> </w:t>
      </w:r>
      <w:r>
        <w:rPr>
          <w:b/>
          <w:bCs/>
          <w:u w:val="single"/>
        </w:rPr>
        <w:t xml:space="preserve">stringent</w:t>
      </w:r>
      <w:r>
        <w:rPr>
          <w:b/>
          <w:bCs/>
        </w:rPr>
        <w:t xml:space="preserve"> </w:t>
      </w:r>
      <w:r>
        <w:rPr>
          <w:b/>
          <w:bCs/>
        </w:rPr>
        <w:t xml:space="preserve">obligations;</w:t>
      </w:r>
      <w:r>
        <w:br/>
      </w:r>
      <w:r>
        <w:t xml:space="preserve">    (a) hidden</w:t>
      </w:r>
      <w:r>
        <w:br/>
      </w:r>
      <w:r>
        <w:t xml:space="preserve">    (b) demanding</w:t>
      </w:r>
      <w:r>
        <w:br/>
      </w:r>
      <w:r>
        <w:t xml:space="preserve">    (c) sloped</w:t>
      </w:r>
    </w:p>
    <w:p>
      <w:pPr>
        <w:pStyle w:val="Compact"/>
        <w:numPr>
          <w:ilvl w:val="0"/>
          <w:numId w:val="1001"/>
        </w:numPr>
      </w:pPr>
      <w:r>
        <w:rPr>
          <w:b/>
          <w:bCs/>
        </w:rPr>
        <w:t xml:space="preserve">He went to call indeed; but he was perhaps relieved to be denied admittance; perhaps, in his heart, he preferred to speak with Poole upon the doorstep and surrounded by the air and sounds of the open city, rather than to be admitted into that house of voluntary bondage, and to sit and speak with its inscrutable</w:t>
      </w:r>
      <w:r>
        <w:rPr>
          <w:b/>
          <w:bCs/>
        </w:rPr>
        <w:t xml:space="preserve"> </w:t>
      </w:r>
      <w:r>
        <w:rPr>
          <w:b/>
          <w:bCs/>
          <w:u w:val="single"/>
        </w:rPr>
        <w:t xml:space="preserve">recluse</w:t>
      </w:r>
      <w:r>
        <w:rPr>
          <w:b/>
          <w:bCs/>
        </w:rPr>
        <w:t xml:space="preserve">.</w:t>
      </w:r>
      <w:r>
        <w:br/>
      </w:r>
      <w:r>
        <w:t xml:space="preserve">    (a) person withdrawn from society (living alone and avoiding contact)</w:t>
      </w:r>
      <w:r>
        <w:br/>
      </w:r>
      <w:r>
        <w:t xml:space="preserve">    (b) someone who believes that all knowledge is derived from experience</w:t>
      </w:r>
      <w:r>
        <w:br/>
      </w:r>
      <w:r>
        <w:t xml:space="preserve">    (c) a place where conditions are kept as they were to protect wildlife</w:t>
      </w:r>
    </w:p>
    <w:p>
      <w:pPr>
        <w:pStyle w:val="Compact"/>
        <w:numPr>
          <w:ilvl w:val="0"/>
          <w:numId w:val="1001"/>
        </w:numPr>
      </w:pPr>
      <w:r>
        <w:rPr>
          <w:b/>
          <w:bCs/>
        </w:rPr>
        <w:t xml:space="preserve">But the words were hardly uttered, before the smile was struck out of his face and succeeded by an expression of such</w:t>
      </w:r>
      <w:r>
        <w:rPr>
          <w:b/>
          <w:bCs/>
        </w:rPr>
        <w:t xml:space="preserve"> </w:t>
      </w:r>
      <w:r>
        <w:rPr>
          <w:b/>
          <w:bCs/>
          <w:u w:val="single"/>
        </w:rPr>
        <w:t xml:space="preserve">abject</w:t>
      </w:r>
      <w:r>
        <w:rPr>
          <w:b/>
          <w:bCs/>
        </w:rPr>
        <w:t xml:space="preserve"> </w:t>
      </w:r>
      <w:r>
        <w:rPr>
          <w:b/>
          <w:bCs/>
        </w:rPr>
        <w:t xml:space="preserve">terror and despair, as froze the very blood of the two gentlemen below.</w:t>
      </w:r>
      <w:r>
        <w:br/>
      </w:r>
      <w:r>
        <w:t xml:space="preserve">    (a) outside</w:t>
      </w:r>
      <w:r>
        <w:br/>
      </w:r>
      <w:r>
        <w:t xml:space="preserve">    (b) certain</w:t>
      </w:r>
      <w:r>
        <w:br/>
      </w:r>
      <w:r>
        <w:t xml:space="preserve">    (c) extreme</w:t>
      </w:r>
    </w:p>
    <w:p>
      <w:pPr>
        <w:pStyle w:val="Compact"/>
        <w:numPr>
          <w:ilvl w:val="0"/>
          <w:numId w:val="1001"/>
        </w:numPr>
      </w:pPr>
      <w:r>
        <w:rPr>
          <w:b/>
          <w:bCs/>
        </w:rPr>
        <w:t xml:space="preserve">He told me "yes" by a</w:t>
      </w:r>
      <w:r>
        <w:rPr>
          <w:b/>
          <w:bCs/>
        </w:rPr>
        <w:t xml:space="preserve"> </w:t>
      </w:r>
      <w:r>
        <w:rPr>
          <w:b/>
          <w:bCs/>
          <w:u w:val="single"/>
        </w:rPr>
        <w:t xml:space="preserve">constrained</w:t>
      </w:r>
      <w:r>
        <w:rPr>
          <w:b/>
          <w:bCs/>
        </w:rPr>
        <w:t xml:space="preserve"> </w:t>
      </w:r>
      <w:r>
        <w:rPr>
          <w:b/>
          <w:bCs/>
        </w:rPr>
        <w:t xml:space="preserve">gesture; and when I had bidden him enter, he did not obey me without a searching backward glance into the darkness of the square.</w:t>
      </w:r>
      <w:r>
        <w:br/>
      </w:r>
      <w:r>
        <w:t xml:space="preserve">    (a) restricted; or lacking spontaneity</w:t>
      </w:r>
      <w:r>
        <w:br/>
      </w:r>
      <w:r>
        <w:t xml:space="preserve">    (b) stopped (something from happening)</w:t>
      </w:r>
      <w:r>
        <w:br/>
      </w:r>
      <w:r>
        <w:t xml:space="preserve">    (c) not provided with investment funds</w:t>
      </w:r>
    </w:p>
    <w:p>
      <w:pPr>
        <w:pStyle w:val="Compact"/>
        <w:numPr>
          <w:ilvl w:val="0"/>
          <w:numId w:val="1001"/>
        </w:numPr>
      </w:pPr>
      <w:r>
        <w:rPr>
          <w:b/>
          <w:bCs/>
        </w:rPr>
        <w:t xml:space="preserve">Rather, as there was something abnormal and misbe gotten in the very essence of the creature that now faced me—something seizing, surprising, and revolting—this fresh</w:t>
      </w:r>
      <w:r>
        <w:rPr>
          <w:b/>
          <w:bCs/>
        </w:rPr>
        <w:t xml:space="preserve"> </w:t>
      </w:r>
      <w:r>
        <w:rPr>
          <w:b/>
          <w:bCs/>
          <w:u w:val="single"/>
        </w:rPr>
        <w:t xml:space="preserve">disparity</w:t>
      </w:r>
      <w:r>
        <w:rPr>
          <w:b/>
          <w:bCs/>
        </w:rPr>
        <w:t xml:space="preserve"> </w:t>
      </w:r>
      <w:r>
        <w:rPr>
          <w:b/>
          <w:bCs/>
        </w:rPr>
        <w:t xml:space="preserve">seemed but to fit in with and to reinforce it; so that to my interest in the man's nature and character, there was added a curiosity as to his origin, his life, his fortune and status in the world.</w:t>
      </w:r>
      <w:r>
        <w:br/>
      </w:r>
      <w:r>
        <w:t xml:space="preserve">    (a) a difference between things</w:t>
      </w:r>
      <w:r>
        <w:br/>
      </w:r>
      <w:r>
        <w:t xml:space="preserve">    (b) result or predictable value</w:t>
      </w:r>
      <w:r>
        <w:br/>
      </w:r>
      <w:r>
        <w:t xml:space="preserve">    (c) the highest-ranking manager</w:t>
      </w:r>
    </w:p>
    <w:p>
      <w:pPr>
        <w:pStyle w:val="Compact"/>
        <w:numPr>
          <w:ilvl w:val="0"/>
          <w:numId w:val="1001"/>
        </w:numPr>
      </w:pPr>
      <w:r>
        <w:rPr>
          <w:b/>
          <w:bCs/>
        </w:rPr>
        <w:t xml:space="preserve">The evil side of my nature, to which I had now transferred the stamping</w:t>
      </w:r>
      <w:r>
        <w:rPr>
          <w:b/>
          <w:bCs/>
        </w:rPr>
        <w:t xml:space="preserve"> </w:t>
      </w:r>
      <w:r>
        <w:rPr>
          <w:b/>
          <w:bCs/>
          <w:u w:val="single"/>
        </w:rPr>
        <w:t xml:space="preserve">efficacy</w:t>
      </w:r>
      <w:r>
        <w:rPr>
          <w:b/>
          <w:bCs/>
        </w:rPr>
        <w:t xml:space="preserve">, was less robust and less developed than the good which I had just deposed.</w:t>
      </w:r>
      <w:r>
        <w:br/>
      </w:r>
      <w:r>
        <w:t xml:space="preserve">    (a) effectiveness</w:t>
      </w:r>
      <w:r>
        <w:br/>
      </w:r>
      <w:r>
        <w:t xml:space="preserve">    (b) painted white</w:t>
      </w:r>
      <w:r>
        <w:br/>
      </w:r>
      <w:r>
        <w:t xml:space="preserve">    (c) challengeable</w:t>
      </w:r>
    </w:p>
    <w:p>
      <w:pPr>
        <w:pStyle w:val="Compact"/>
        <w:numPr>
          <w:ilvl w:val="0"/>
          <w:numId w:val="1001"/>
        </w:numPr>
      </w:pPr>
      <w:r>
        <w:rPr>
          <w:b/>
          <w:bCs/>
        </w:rPr>
        <w:t xml:space="preserve">And yet when I looked upon that ugly idol in the glass, I was conscious of no</w:t>
      </w:r>
      <w:r>
        <w:rPr>
          <w:b/>
          <w:bCs/>
        </w:rPr>
        <w:t xml:space="preserve"> </w:t>
      </w:r>
      <w:r>
        <w:rPr>
          <w:b/>
          <w:bCs/>
          <w:u w:val="single"/>
        </w:rPr>
        <w:t xml:space="preserve">repugnance</w:t>
      </w:r>
      <w:r>
        <w:rPr>
          <w:b/>
          <w:bCs/>
        </w:rPr>
        <w:t xml:space="preserve">, rather of a leap of welcome.</w:t>
      </w:r>
      <w:r>
        <w:br/>
      </w:r>
      <w:r>
        <w:t xml:space="preserve">    (a) strong disgust</w:t>
      </w:r>
      <w:r>
        <w:br/>
      </w:r>
      <w:r>
        <w:t xml:space="preserve">    (b) dissatisfaction</w:t>
      </w:r>
      <w:r>
        <w:br/>
      </w:r>
      <w:r>
        <w:t xml:space="preserve">    (c) discouragement</w:t>
      </w:r>
    </w:p>
    <w:p>
      <w:pPr>
        <w:pStyle w:val="Compact"/>
        <w:numPr>
          <w:ilvl w:val="0"/>
          <w:numId w:val="1001"/>
        </w:numPr>
      </w:pPr>
      <w:r>
        <w:rPr>
          <w:b/>
          <w:bCs/>
        </w:rPr>
        <w:t xml:space="preserve">On the other side, I announced to my servants that a Mr. Hyde (whom I described) was to have full liberty and power about my house in the square; and to parry</w:t>
      </w:r>
      <w:r>
        <w:rPr>
          <w:b/>
          <w:bCs/>
        </w:rPr>
        <w:t xml:space="preserve"> </w:t>
      </w:r>
      <w:r>
        <w:rPr>
          <w:b/>
          <w:bCs/>
          <w:u w:val="single"/>
        </w:rPr>
        <w:t xml:space="preserve">mishaps</w:t>
      </w:r>
      <w:r>
        <w:rPr>
          <w:b/>
          <w:bCs/>
        </w:rPr>
        <w:t xml:space="preserve">, I even called and made myself a familiar object, in my second character.</w:t>
      </w:r>
      <w:r>
        <w:br/>
      </w:r>
      <w:r>
        <w:t xml:space="preserve">    (a) things that stand out</w:t>
      </w:r>
      <w:r>
        <w:br/>
      </w:r>
      <w:r>
        <w:t xml:space="preserve">    (b) unfortunate accidents</w:t>
      </w:r>
      <w:r>
        <w:br/>
      </w:r>
      <w:r>
        <w:t xml:space="preserve">    (c) shows or demonstrates</w:t>
      </w:r>
    </w:p>
    <w:p>
      <w:pPr>
        <w:pStyle w:val="Compact"/>
        <w:numPr>
          <w:ilvl w:val="0"/>
          <w:numId w:val="1001"/>
        </w:numPr>
      </w:pPr>
      <w:r>
        <w:rPr>
          <w:b/>
          <w:bCs/>
        </w:rPr>
        <w:t xml:space="preserve">I was conscious, even when I took the draught, of a more unbridled, a more furious</w:t>
      </w:r>
      <w:r>
        <w:rPr>
          <w:b/>
          <w:bCs/>
        </w:rPr>
        <w:t xml:space="preserve"> </w:t>
      </w:r>
      <w:r>
        <w:rPr>
          <w:b/>
          <w:bCs/>
          <w:u w:val="single"/>
        </w:rPr>
        <w:t xml:space="preserve">propensity</w:t>
      </w:r>
      <w:r>
        <w:rPr>
          <w:b/>
          <w:bCs/>
        </w:rPr>
        <w:t xml:space="preserve"> </w:t>
      </w:r>
      <w:r>
        <w:rPr>
          <w:b/>
          <w:bCs/>
        </w:rPr>
        <w:t xml:space="preserve">to ill.</w:t>
      </w:r>
      <w:r>
        <w:br/>
      </w:r>
      <w:r>
        <w:t xml:space="preserve">    (a) tendency or inclination</w:t>
      </w:r>
      <w:r>
        <w:br/>
      </w:r>
      <w:r>
        <w:t xml:space="preserve">    (b) interaction or interest</w:t>
      </w:r>
      <w:r>
        <w:br/>
      </w:r>
      <w:r>
        <w:t xml:space="preserve">    (c) a subtle characteristic</w:t>
      </w:r>
    </w:p>
    <w:p>
      <w:pPr>
        <w:pStyle w:val="Compact"/>
        <w:numPr>
          <w:ilvl w:val="0"/>
          <w:numId w:val="1001"/>
        </w:numPr>
      </w:pPr>
      <w:r>
        <w:rPr>
          <w:b/>
          <w:bCs/>
        </w:rPr>
        <w:t xml:space="preserve">...and beyond these links of community, which in themselves made the most</w:t>
      </w:r>
      <w:r>
        <w:rPr>
          <w:b/>
          <w:bCs/>
        </w:rPr>
        <w:t xml:space="preserve"> </w:t>
      </w:r>
      <w:r>
        <w:rPr>
          <w:b/>
          <w:bCs/>
          <w:u w:val="single"/>
        </w:rPr>
        <w:t xml:space="preserve">poignant</w:t>
      </w:r>
      <w:r>
        <w:rPr>
          <w:b/>
          <w:bCs/>
        </w:rPr>
        <w:t xml:space="preserve"> </w:t>
      </w:r>
      <w:r>
        <w:rPr>
          <w:b/>
          <w:bCs/>
        </w:rPr>
        <w:t xml:space="preserve">part of his distress, he thought of Hyde, for all his energy of life, as of something not only hellish but inorganic.</w:t>
      </w:r>
      <w:r>
        <w:br/>
      </w:r>
      <w:r>
        <w:t xml:space="preserve">    (a) intense</w:t>
      </w:r>
      <w:r>
        <w:br/>
      </w:r>
      <w:r>
        <w:t xml:space="preserve">    (b) likely to change</w:t>
      </w:r>
      <w:r>
        <w:br/>
      </w:r>
      <w:r>
        <w:t xml:space="preserve">    (c) able to be found</w:t>
      </w:r>
    </w:p>
    <w:p>
      <w:pPr>
        <w:pStyle w:val="Compact"/>
        <w:numPr>
          <w:ilvl w:val="0"/>
          <w:numId w:val="1001"/>
        </w:numPr>
      </w:pPr>
      <w:r>
        <w:rPr>
          <w:b/>
          <w:bCs/>
        </w:rPr>
        <w:t xml:space="preserve">habit brought—no, not</w:t>
      </w:r>
      <w:r>
        <w:rPr>
          <w:b/>
          <w:bCs/>
        </w:rPr>
        <w:t xml:space="preserve"> </w:t>
      </w:r>
      <w:r>
        <w:rPr>
          <w:b/>
          <w:bCs/>
          <w:u w:val="single"/>
        </w:rPr>
        <w:t xml:space="preserve">alleviation</w:t>
      </w:r>
      <w:r>
        <w:rPr>
          <w:b/>
          <w:bCs/>
        </w:rPr>
        <w:t xml:space="preserve">—but a certain callousness of soul, a certain acquiescence of despair;</w:t>
      </w:r>
      <w:r>
        <w:br/>
      </w:r>
      <w:r>
        <w:t xml:space="preserve">    (a) a large, elongated gland located behind the stomach that secretes digestive enzymes and insulin</w:t>
      </w:r>
      <w:r>
        <w:br/>
      </w:r>
      <w:r>
        <w:t xml:space="preserve">    (b) lessening of pain</w:t>
      </w:r>
      <w:r>
        <w:br/>
      </w:r>
      <w:r>
        <w:t xml:space="preserve">    (c) a member of the Religious Society of Friends (the Friends have never called themselves Quakers)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2026-07-31T14:57:16Z</dcterms:created>
  <dcterms:modified xsi:type="dcterms:W3CDTF">2026-07-31T14:57:16Z</dcterms:modified>
</cp:coreProperties>
</file>

<file path=docProps/custom.xml><?xml version="1.0" encoding="utf-8"?>
<Properties xmlns="http://schemas.openxmlformats.org/officeDocument/2006/custom-properties" xmlns:vt="http://schemas.openxmlformats.org/officeDocument/2006/docPropsVTypes"/>
</file>