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ab6b62f88e868bec067d3fdb79fa04034a2b64"/>
    <w:p>
      <w:pPr>
        <w:pStyle w:val="Heading1"/>
      </w:pPr>
      <w:r>
        <w:rPr>
          <w:b/>
          <w:bCs/>
        </w:rPr>
        <w:t xml:space="preserve">Dr. Heidegger's Experiment</w:t>
      </w:r>
      <w:r>
        <w:br/>
      </w:r>
      <w:r>
        <w:rPr>
          <w:i/>
          <w:iCs/>
        </w:rPr>
        <w:t xml:space="preserve">Nathanial Hawthorne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turned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ashen</w:t>
      </w:r>
      <w:r>
        <w:rPr>
          <w:b/>
          <w:bCs/>
        </w:rPr>
        <w:t xml:space="preserve">.</w:t>
      </w:r>
      <w:r>
        <w:br/>
      </w:r>
      <w:r>
        <w:t xml:space="preserve">    (a) very pale</w:t>
      </w:r>
      <w:r>
        <w:br/>
      </w:r>
      <w:r>
        <w:t xml:space="preserve">    (b) away</w:t>
      </w:r>
      <w:r>
        <w:br/>
      </w:r>
      <w:r>
        <w:t xml:space="preserve">    (c) dirty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immigrants worked hard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assimilate</w:t>
      </w:r>
      <w:r>
        <w:rPr>
          <w:b/>
          <w:bCs/>
        </w:rPr>
        <w:t xml:space="preserve"> </w:t>
      </w:r>
      <w:r>
        <w:rPr>
          <w:b/>
          <w:bCs/>
        </w:rPr>
        <w:t xml:space="preserve">the customs of their new homeland.</w:t>
      </w:r>
      <w:r>
        <w:br/>
      </w:r>
      <w:r>
        <w:t xml:space="preserve">    (a) secretly mock</w:t>
      </w:r>
      <w:r>
        <w:br/>
      </w:r>
      <w:r>
        <w:t xml:space="preserve">    (b) openly reject</w:t>
      </w:r>
      <w:r>
        <w:br/>
      </w:r>
      <w:r>
        <w:t xml:space="preserve">    (c) absorb and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recommends</w:t>
      </w:r>
      <w:r>
        <w:br/>
      </w:r>
      <w:r>
        <w:t xml:space="preserve">    (b) shows</w:t>
      </w:r>
      <w:r>
        <w:br/>
      </w:r>
      <w:r>
        <w:t xml:space="preserve">    (c) gives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kindness</w:t>
      </w:r>
      <w:r>
        <w:br/>
      </w:r>
      <w:r>
        <w:t xml:space="preserve">    (b) praise</w:t>
      </w:r>
      <w:r>
        <w:br/>
      </w:r>
      <w:r>
        <w:t xml:space="preserve">    (c) trickery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deference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Hindu visitors, they did not serve beef.</w:t>
      </w:r>
      <w:r>
        <w:br/>
      </w:r>
      <w:r>
        <w:t xml:space="preserve">    (a) polite respect</w:t>
      </w:r>
      <w:r>
        <w:br/>
      </w:r>
      <w:r>
        <w:t xml:space="preserve">    (b) open dislike</w:t>
      </w:r>
      <w:r>
        <w:br/>
      </w:r>
      <w:r>
        <w:t xml:space="preserve">    (c) loud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helped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diffuse</w:t>
      </w:r>
      <w:r>
        <w:rPr>
          <w:b/>
          <w:bCs/>
        </w:rPr>
        <w:t xml:space="preserve"> </w:t>
      </w:r>
      <w:r>
        <w:rPr>
          <w:b/>
          <w:bCs/>
        </w:rPr>
        <w:t xml:space="preserve">his ideas throughout the school.</w:t>
      </w:r>
      <w:r>
        <w:br/>
      </w:r>
      <w:r>
        <w:t xml:space="preserve">    (a) discourage</w:t>
      </w:r>
      <w:r>
        <w:br/>
      </w:r>
      <w:r>
        <w:t xml:space="preserve">    (b) spread</w:t>
      </w:r>
      <w:r>
        <w:br/>
      </w:r>
      <w:r>
        <w:t xml:space="preserve">    (c) improve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known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eccentric</w:t>
      </w:r>
      <w:r>
        <w:rPr>
          <w:b/>
          <w:bCs/>
        </w:rPr>
        <w:t xml:space="preserve"> </w:t>
      </w:r>
      <w:r>
        <w:rPr>
          <w:b/>
          <w:bCs/>
        </w:rPr>
        <w:t xml:space="preserve">behavior, like talking to plants and wearing mismatched shoes.</w:t>
      </w:r>
      <w:r>
        <w:br/>
      </w:r>
      <w:r>
        <w:t xml:space="preserve">    (a) harmful</w:t>
      </w:r>
      <w:r>
        <w:br/>
      </w:r>
      <w:r>
        <w:t xml:space="preserve">    (b) traditional</w:t>
      </w:r>
      <w:r>
        <w:br/>
      </w:r>
      <w:r>
        <w:t xml:space="preserve">    (c)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Youth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.</w:t>
      </w:r>
      <w:r>
        <w:br/>
      </w:r>
      <w:r>
        <w:t xml:space="preserve">    (a) short-lived</w:t>
      </w:r>
      <w:r>
        <w:br/>
      </w:r>
      <w:r>
        <w:t xml:space="preserve">    (b) troubled</w:t>
      </w:r>
      <w:r>
        <w:br/>
      </w:r>
      <w:r>
        <w:t xml:space="preserve">    (c) reckless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patience or tolerance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mentioned Nixon's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infamous</w:t>
      </w:r>
      <w:r>
        <w:rPr>
          <w:b/>
          <w:bCs/>
        </w:rPr>
        <w:t xml:space="preserve"> </w:t>
      </w:r>
      <w:r>
        <w:rPr>
          <w:b/>
          <w:bCs/>
        </w:rPr>
        <w:t xml:space="preserve">firing of the Attorney General.</w:t>
      </w:r>
      <w:r>
        <w:br/>
      </w:r>
      <w:r>
        <w:t xml:space="preserve">    (a) famous (for something daring)</w:t>
      </w:r>
      <w:r>
        <w:br/>
      </w:r>
      <w:r>
        <w:t xml:space="preserve">    (b) famous (for something clever)</w:t>
      </w:r>
      <w:r>
        <w:br/>
      </w:r>
      <w:r>
        <w:t xml:space="preserve">    (c) famous (for something bad)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feel like singing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small reading group became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nucleus</w:t>
      </w:r>
      <w:r>
        <w:rPr>
          <w:b/>
          <w:bCs/>
        </w:rPr>
        <w:t xml:space="preserve"> </w:t>
      </w:r>
      <w:r>
        <w:rPr>
          <w:b/>
          <w:bCs/>
        </w:rPr>
        <w:t xml:space="preserve">of a schoolwide book club.</w:t>
      </w:r>
      <w:r>
        <w:br/>
      </w:r>
      <w:r>
        <w:t xml:space="preserve">    (a) ending</w:t>
      </w:r>
      <w:r>
        <w:br/>
      </w:r>
      <w:r>
        <w:t xml:space="preserve">    (b) critics</w:t>
      </w:r>
      <w:r>
        <w:br/>
      </w:r>
      <w:r>
        <w:t xml:space="preserve">    (c) center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weariness</w:t>
      </w:r>
      <w:r>
        <w:br/>
      </w:r>
      <w:r>
        <w:t xml:space="preserve">    (b) fame</w:t>
      </w:r>
      <w:r>
        <w:br/>
      </w:r>
      <w:r>
        <w:t xml:space="preserve">    (c) danger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truck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ponderous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up the steep mountain road.</w:t>
      </w:r>
      <w:r>
        <w:br/>
      </w:r>
      <w:r>
        <w:t xml:space="preserve">    (a) quick and light</w:t>
      </w:r>
      <w:r>
        <w:br/>
      </w:r>
      <w:r>
        <w:t xml:space="preserve">    (b) loud and showy</w:t>
      </w:r>
      <w:r>
        <w:br/>
      </w:r>
      <w:r>
        <w:t xml:space="preserve">    (c) slow and heavy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remember</w:t>
      </w:r>
      <w:r>
        <w:br/>
      </w:r>
      <w:r>
        <w:t xml:space="preserve">    (b) spell properly</w:t>
      </w:r>
      <w:r>
        <w:br/>
      </w:r>
      <w:r>
        <w:t xml:space="preserve">    (c) pronounce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apologize</w:t>
      </w:r>
      <w:r>
        <w:br/>
      </w:r>
      <w:r>
        <w:t xml:space="preserve">    (b) suffer</w:t>
      </w:r>
      <w:r>
        <w:br/>
      </w:r>
      <w:r>
        <w:t xml:space="preserve">    (c) reimburse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project.</w:t>
      </w:r>
      <w:r>
        <w:br/>
      </w:r>
      <w:r>
        <w:t xml:space="preserve">    (a) keeping silent</w:t>
      </w:r>
      <w:r>
        <w:br/>
      </w:r>
      <w:r>
        <w:t xml:space="preserve">    (b) doubtful</w:t>
      </w:r>
      <w:r>
        <w:br/>
      </w:r>
      <w:r>
        <w:t xml:space="preserve">    (c)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 sound confident, but her voice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tremulous</w:t>
      </w:r>
      <w:r>
        <w:rPr>
          <w:b/>
          <w:bCs/>
        </w:rPr>
        <w:t xml:space="preserve">.</w:t>
      </w:r>
      <w:r>
        <w:br/>
      </w:r>
      <w:r>
        <w:t xml:space="preserve">    (a) grating (rough)</w:t>
      </w:r>
      <w:r>
        <w:br/>
      </w:r>
      <w:r>
        <w:t xml:space="preserve">    (b) frail (weak or soft)</w:t>
      </w:r>
      <w:r>
        <w:br/>
      </w:r>
      <w:r>
        <w:t xml:space="preserve">    (c) quivering (shaky)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long respected</w:t>
      </w:r>
      <w:r>
        <w:br/>
      </w:r>
      <w:r>
        <w:t xml:space="preserve">    (b) large and successful</w:t>
      </w:r>
      <w:r>
        <w:br/>
      </w:r>
      <w:r>
        <w:t xml:space="preserve">    (c) popular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gazed at her reflection in the mirror, studying her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visage</w:t>
      </w:r>
      <w:r>
        <w:rPr>
          <w:b/>
          <w:bCs/>
        </w:rPr>
        <w:t xml:space="preserve"> </w:t>
      </w:r>
      <w:r>
        <w:rPr>
          <w:b/>
          <w:bCs/>
        </w:rPr>
        <w:t xml:space="preserve">with a critical eye.</w:t>
      </w:r>
      <w:r>
        <w:br/>
      </w:r>
      <w:r>
        <w:t xml:space="preserve">    (a) clothing</w:t>
      </w:r>
      <w:r>
        <w:br/>
      </w:r>
      <w:r>
        <w:t xml:space="preserve">    (b) body</w:t>
      </w:r>
      <w:r>
        <w:br/>
      </w:r>
      <w:r>
        <w:t xml:space="preserve">    (c) face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2026-07-31T17:35:48Z</dcterms:created>
  <dcterms:modified xsi:type="dcterms:W3CDTF">2026-07-31T17:35:48Z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