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26f974a56ed1624e590131414026dfc1db4ef80"/>
    <w:p>
      <w:pPr>
        <w:pStyle w:val="Heading1"/>
      </w:pPr>
      <w:r>
        <w:rPr>
          <w:b/>
          <w:bCs/>
        </w:rPr>
        <w:t xml:space="preserve">Dr. Heidegger's Experiment</w:t>
      </w:r>
      <w:r>
        <w:br/>
      </w:r>
      <w:r>
        <w:rPr>
          <w:i/>
          <w:iCs/>
        </w:rPr>
        <w:t xml:space="preserve">Nathanial Hawthorne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DR. HEIDEGGER'S EXPERIMENT That very singular man, old Dr. Heidegger, once invited four</w:t>
      </w:r>
      <w:r>
        <w:rPr>
          <w:b/>
          <w:bCs/>
        </w:rPr>
        <w:t xml:space="preserve"> </w:t>
      </w:r>
      <w:r>
        <w:rPr>
          <w:b/>
          <w:bCs/>
          <w:u w:val="single"/>
        </w:rPr>
        <w:t xml:space="preserve">venerable</w:t>
      </w:r>
      <w:r>
        <w:rPr>
          <w:b/>
          <w:bCs/>
        </w:rPr>
        <w:t xml:space="preserve"> </w:t>
      </w:r>
      <w:r>
        <w:rPr>
          <w:b/>
          <w:bCs/>
        </w:rPr>
        <w:t xml:space="preserve">friends to meet him in his study.</w:t>
      </w:r>
      <w:r>
        <w:br/>
      </w:r>
      <w:r>
        <w:t xml:space="preserve">    (a) [of food] able to be prepared in a manner that keeps it from spoiling</w:t>
      </w:r>
      <w:r>
        <w:br/>
      </w:r>
      <w:r>
        <w:t xml:space="preserve">    (b) relating to understanding or explaining something in a particular way</w:t>
      </w:r>
      <w:r>
        <w:br/>
      </w:r>
      <w:r>
        <w:t xml:space="preserve">    (c) respected (worthy of respect) -- typically because of age or position</w:t>
      </w:r>
    </w:p>
    <w:p>
      <w:pPr>
        <w:pStyle w:val="Compact"/>
        <w:numPr>
          <w:ilvl w:val="0"/>
          <w:numId w:val="1001"/>
        </w:numPr>
      </w:pPr>
      <w:r>
        <w:rPr>
          <w:b/>
          <w:bCs/>
        </w:rPr>
        <w:t xml:space="preserve">They were all</w:t>
      </w:r>
      <w:r>
        <w:rPr>
          <w:b/>
          <w:bCs/>
        </w:rPr>
        <w:t xml:space="preserve"> </w:t>
      </w:r>
      <w:r>
        <w:rPr>
          <w:b/>
          <w:bCs/>
          <w:u w:val="single"/>
        </w:rPr>
        <w:t xml:space="preserve">melancholy</w:t>
      </w:r>
      <w:r>
        <w:rPr>
          <w:b/>
          <w:bCs/>
        </w:rPr>
        <w:t xml:space="preserve"> </w:t>
      </w:r>
      <w:r>
        <w:rPr>
          <w:b/>
          <w:bCs/>
        </w:rPr>
        <w:t xml:space="preserve">old creatures, who had been unfortunate in life, and whose greatest misfortune it was that they were not long ago in their graves.</w:t>
      </w:r>
      <w:r>
        <w:br/>
      </w:r>
      <w:r>
        <w:t xml:space="preserve">    (a) a sad feeling or manner</w:t>
      </w:r>
      <w:r>
        <w:br/>
      </w:r>
      <w:r>
        <w:t xml:space="preserve">    (b) about (but not exactly)</w:t>
      </w:r>
      <w:r>
        <w:br/>
      </w:r>
      <w:r>
        <w:t xml:space="preserve">    (c) relating to the outside</w:t>
      </w:r>
    </w:p>
    <w:p>
      <w:pPr>
        <w:pStyle w:val="Compact"/>
        <w:numPr>
          <w:ilvl w:val="0"/>
          <w:numId w:val="1001"/>
        </w:numPr>
      </w:pPr>
      <w:r>
        <w:rPr>
          <w:b/>
          <w:bCs/>
        </w:rPr>
        <w:t xml:space="preserve">Mr. Gascoigne was a ruined politician, a man of evil fame, or at least had been so till time had buried him from the knowledge of the present generation, and made him obscure instead of</w:t>
      </w:r>
      <w:r>
        <w:rPr>
          <w:b/>
          <w:bCs/>
        </w:rPr>
        <w:t xml:space="preserve"> </w:t>
      </w:r>
      <w:r>
        <w:rPr>
          <w:b/>
          <w:bCs/>
          <w:u w:val="single"/>
        </w:rPr>
        <w:t xml:space="preserve">infamous</w:t>
      </w:r>
      <w:r>
        <w:rPr>
          <w:b/>
          <w:bCs/>
        </w:rPr>
        <w:t xml:space="preserve">.</w:t>
      </w:r>
      <w:r>
        <w:br/>
      </w:r>
      <w:r>
        <w:t xml:space="preserve">    (a) having an exceedingly bad reputation</w:t>
      </w:r>
      <w:r>
        <w:br/>
      </w:r>
      <w:r>
        <w:t xml:space="preserve">    (b) inconspicuousness or trustworthiness</w:t>
      </w:r>
      <w:r>
        <w:br/>
      </w:r>
      <w:r>
        <w:t xml:space="preserve">    (c) lacking a reason for doing something</w:t>
      </w:r>
    </w:p>
    <w:p>
      <w:pPr>
        <w:pStyle w:val="Compact"/>
        <w:numPr>
          <w:ilvl w:val="0"/>
          <w:numId w:val="1001"/>
        </w:numPr>
      </w:pPr>
      <w:r>
        <w:rPr>
          <w:b/>
          <w:bCs/>
        </w:rPr>
        <w:t xml:space="preserve">And, before proceeding further, I will merely hint that Dr. Heidegger and all his foul guests were sometimes thought to be a little beside themselves,—as is not unfrequently the case with old people, when worried either by present troubles or woful</w:t>
      </w:r>
      <w:r>
        <w:rPr>
          <w:b/>
          <w:bCs/>
        </w:rPr>
        <w:t xml:space="preserve"> </w:t>
      </w:r>
      <w:r>
        <w:rPr>
          <w:b/>
          <w:bCs/>
          <w:u w:val="single"/>
        </w:rPr>
        <w:t xml:space="preserve">recollections</w:t>
      </w:r>
      <w:r>
        <w:rPr>
          <w:b/>
          <w:bCs/>
        </w:rPr>
        <w:t xml:space="preserve">.</w:t>
      </w:r>
      <w:r>
        <w:br/>
      </w:r>
      <w:r>
        <w:t xml:space="preserve">    (a) thoughts</w:t>
      </w:r>
      <w:r>
        <w:br/>
      </w:r>
      <w:r>
        <w:t xml:space="preserve">    (b) memories</w:t>
      </w:r>
      <w:r>
        <w:br/>
      </w:r>
      <w:r>
        <w:t xml:space="preserve">    (c) restores</w:t>
      </w:r>
    </w:p>
    <w:p>
      <w:pPr>
        <w:pStyle w:val="Compact"/>
        <w:numPr>
          <w:ilvl w:val="0"/>
          <w:numId w:val="1001"/>
        </w:numPr>
      </w:pPr>
      <w:r>
        <w:rPr>
          <w:b/>
          <w:bCs/>
        </w:rPr>
        <w:t xml:space="preserve">The opposite side of the chamber was ornamented with the full-length portrait of a young lady, arrayed in the faded magnificence of silk, satin, and brocade, and with a</w:t>
      </w:r>
      <w:r>
        <w:rPr>
          <w:b/>
          <w:bCs/>
        </w:rPr>
        <w:t xml:space="preserve"> </w:t>
      </w:r>
      <w:r>
        <w:rPr>
          <w:b/>
          <w:bCs/>
          <w:u w:val="single"/>
        </w:rPr>
        <w:t xml:space="preserve">visage</w:t>
      </w:r>
      <w:r>
        <w:rPr>
          <w:b/>
          <w:bCs/>
        </w:rPr>
        <w:t xml:space="preserve"> </w:t>
      </w:r>
      <w:r>
        <w:rPr>
          <w:b/>
          <w:bCs/>
        </w:rPr>
        <w:t xml:space="preserve">as faded as her dress.</w:t>
      </w:r>
      <w:r>
        <w:br/>
      </w:r>
      <w:r>
        <w:t xml:space="preserve">    (a) a basic building block for proteins</w:t>
      </w:r>
      <w:r>
        <w:br/>
      </w:r>
      <w:r>
        <w:t xml:space="preserve">    (b) someone's face or facial expression</w:t>
      </w:r>
      <w:r>
        <w:br/>
      </w:r>
      <w:r>
        <w:t xml:space="preserve">    (c) someone who believe in a single God</w:t>
      </w:r>
    </w:p>
    <w:p>
      <w:pPr>
        <w:pStyle w:val="Compact"/>
        <w:numPr>
          <w:ilvl w:val="0"/>
          <w:numId w:val="1001"/>
        </w:numPr>
      </w:pPr>
      <w:r>
        <w:rPr>
          <w:b/>
          <w:bCs/>
        </w:rPr>
        <w:t xml:space="preserve">The greatest curiosity of the study remains to be mentioned; it was a</w:t>
      </w:r>
      <w:r>
        <w:rPr>
          <w:b/>
          <w:bCs/>
        </w:rPr>
        <w:t xml:space="preserve"> </w:t>
      </w:r>
      <w:r>
        <w:rPr>
          <w:b/>
          <w:bCs/>
          <w:u w:val="single"/>
        </w:rPr>
        <w:t xml:space="preserve">ponderous</w:t>
      </w:r>
      <w:r>
        <w:rPr>
          <w:b/>
          <w:bCs/>
        </w:rPr>
        <w:t xml:space="preserve"> </w:t>
      </w:r>
      <w:r>
        <w:rPr>
          <w:b/>
          <w:bCs/>
        </w:rPr>
        <w:t xml:space="preserve">folio volume, bound in black leather, with massive silver clasps.</w:t>
      </w:r>
      <w:r>
        <w:br/>
      </w:r>
      <w:r>
        <w:t xml:space="preserve">    (a) large or of great weight; or slow and unwieldy -- especially because of size</w:t>
      </w:r>
      <w:r>
        <w:br/>
      </w:r>
      <w:r>
        <w:br/>
      </w:r>
      <w:r>
        <w:t xml:space="preserve">or</w:t>
      </w:r>
      <w:r>
        <w:br/>
      </w:r>
      <w:r>
        <w:br/>
      </w:r>
      <w:r>
        <w:t xml:space="preserve">boring -- especially because of  length</w:t>
      </w:r>
      <w:r>
        <w:br/>
      </w:r>
      <w:r>
        <w:t xml:space="preserve">    (b) using passive (sometimes subtle) resistance in interpersonal or occupational situations while avoiding direct confrontation</w:t>
      </w:r>
      <w:r>
        <w:br/>
      </w:r>
      <w:r>
        <w:t xml:space="preserve">    (c) clear, easily noticed, and/or identifiable as different or separate -- sometimes to indicate a difference that is excellent</w:t>
      </w:r>
    </w:p>
    <w:p>
      <w:pPr>
        <w:pStyle w:val="Compact"/>
        <w:numPr>
          <w:ilvl w:val="0"/>
          <w:numId w:val="1001"/>
        </w:numPr>
      </w:pPr>
      <w:r>
        <w:rPr>
          <w:b/>
          <w:bCs/>
        </w:rPr>
        <w:t xml:space="preserve">But it was well known to be a book of magic; and once, when a chambermaid had lifted it, merely to brush away the dust, the skeleton had rattled in its closet, the picture of the young lady had stepped one foot upon the floor, and several ghastly faces had peeped forth from the mirror; while the brazen head of Hippocrates frowned, and said,—"</w:t>
      </w:r>
      <w:r>
        <w:rPr>
          <w:b/>
          <w:bCs/>
          <w:u w:val="single"/>
        </w:rPr>
        <w:t xml:space="preserve">Forbear</w:t>
      </w:r>
      <w:r>
        <w:rPr>
          <w:b/>
          <w:bCs/>
        </w:rPr>
        <w:t xml:space="preserve">!"</w:t>
      </w:r>
      <w:r>
        <w:br/>
      </w:r>
      <w:r>
        <w:t xml:space="preserve">    (a) refrain (hold back) from acting</w:t>
      </w:r>
      <w:r>
        <w:br/>
      </w:r>
      <w:r>
        <w:t xml:space="preserve">    (b) the ability to take on or adopt</w:t>
      </w:r>
      <w:r>
        <w:br/>
      </w:r>
      <w:r>
        <w:t xml:space="preserve">    (c) where attention is concentrated</w:t>
      </w:r>
    </w:p>
    <w:p>
      <w:pPr>
        <w:pStyle w:val="Compact"/>
        <w:numPr>
          <w:ilvl w:val="0"/>
          <w:numId w:val="1001"/>
        </w:numPr>
      </w:pPr>
      <w:r>
        <w:rPr>
          <w:b/>
          <w:bCs/>
        </w:rPr>
        <w:t xml:space="preserve">Now Dr. Heidegger was a very strange old gentleman, whose</w:t>
      </w:r>
      <w:r>
        <w:rPr>
          <w:b/>
          <w:bCs/>
        </w:rPr>
        <w:t xml:space="preserve"> </w:t>
      </w:r>
      <w:r>
        <w:rPr>
          <w:b/>
          <w:bCs/>
          <w:u w:val="single"/>
        </w:rPr>
        <w:t xml:space="preserve">eccentricity</w:t>
      </w:r>
      <w:r>
        <w:rPr>
          <w:b/>
          <w:bCs/>
        </w:rPr>
        <w:t xml:space="preserve"> </w:t>
      </w:r>
      <w:r>
        <w:rPr>
          <w:b/>
          <w:bCs/>
        </w:rPr>
        <w:t xml:space="preserve">had become the nucleus for a thousand fantastic stories.</w:t>
      </w:r>
      <w:r>
        <w:br/>
      </w:r>
      <w:r>
        <w:t xml:space="preserve">    (a) an argument or a hostile situation</w:t>
      </w:r>
      <w:r>
        <w:br/>
      </w:r>
      <w:r>
        <w:t xml:space="preserve">    (b) particles emitted by nuclear decay</w:t>
      </w:r>
      <w:r>
        <w:br/>
      </w:r>
      <w:r>
        <w:t xml:space="preserve">    (c) unconventional or strange behavior</w:t>
      </w:r>
    </w:p>
    <w:p>
      <w:pPr>
        <w:pStyle w:val="Compact"/>
        <w:numPr>
          <w:ilvl w:val="0"/>
          <w:numId w:val="1001"/>
        </w:numPr>
      </w:pPr>
      <w:r>
        <w:rPr>
          <w:b/>
          <w:bCs/>
        </w:rPr>
        <w:t xml:space="preserve">Now Dr. Heidegger was a very strange old gentleman, whose eccentricity had become the</w:t>
      </w:r>
      <w:r>
        <w:rPr>
          <w:b/>
          <w:bCs/>
        </w:rPr>
        <w:t xml:space="preserve"> </w:t>
      </w:r>
      <w:r>
        <w:rPr>
          <w:b/>
          <w:bCs/>
          <w:u w:val="single"/>
        </w:rPr>
        <w:t xml:space="preserve">nucleus</w:t>
      </w:r>
      <w:r>
        <w:rPr>
          <w:b/>
          <w:bCs/>
        </w:rPr>
        <w:t xml:space="preserve"> </w:t>
      </w:r>
      <w:r>
        <w:rPr>
          <w:b/>
          <w:bCs/>
        </w:rPr>
        <w:t xml:space="preserve">for a thousand fantastic stories.</w:t>
      </w:r>
      <w:r>
        <w:br/>
      </w:r>
      <w:r>
        <w:t xml:space="preserve">    (a) the center (or most important part) of something</w:t>
      </w:r>
      <w:r>
        <w:br/>
      </w:r>
      <w:r>
        <w:t xml:space="preserve">    (b) the act, process, or instance of telling a story</w:t>
      </w:r>
      <w:r>
        <w:br/>
      </w:r>
      <w:r>
        <w:t xml:space="preserve">    (c) a general feeling of not being as good as others</w:t>
      </w:r>
    </w:p>
    <w:p>
      <w:pPr>
        <w:pStyle w:val="Compact"/>
        <w:numPr>
          <w:ilvl w:val="0"/>
          <w:numId w:val="1001"/>
        </w:numPr>
      </w:pPr>
      <w:r>
        <w:rPr>
          <w:b/>
          <w:bCs/>
        </w:rPr>
        <w:t xml:space="preserve">"That is certainly a very pretty</w:t>
      </w:r>
      <w:r>
        <w:rPr>
          <w:b/>
          <w:bCs/>
        </w:rPr>
        <w:t xml:space="preserve"> </w:t>
      </w:r>
      <w:r>
        <w:rPr>
          <w:b/>
          <w:bCs/>
          <w:u w:val="single"/>
        </w:rPr>
        <w:t xml:space="preserve">deception</w:t>
      </w:r>
      <w:r>
        <w:rPr>
          <w:b/>
          <w:bCs/>
        </w:rPr>
        <w:t xml:space="preserve">," said the doctor's friends; carelessly, however, for they had witnessed greater miracles at a conjurer's show; "pray how was it effected?"</w:t>
      </w:r>
      <w:r>
        <w:br/>
      </w:r>
      <w:r>
        <w:t xml:space="preserve">    (a) someone bound to serve another without pay -- such as a slave or serf</w:t>
      </w:r>
      <w:r>
        <w:br/>
      </w:r>
      <w:r>
        <w:t xml:space="preserve">    (b) the act of lying to or misleading someone; or something that misleads</w:t>
      </w:r>
      <w:r>
        <w:br/>
      </w:r>
      <w:r>
        <w:t xml:space="preserve">    (c) the degree to which something can change to fit a different situation</w:t>
      </w:r>
    </w:p>
    <w:p>
      <w:pPr>
        <w:pStyle w:val="Compact"/>
        <w:numPr>
          <w:ilvl w:val="0"/>
          <w:numId w:val="1001"/>
        </w:numPr>
      </w:pPr>
      <w:r>
        <w:rPr>
          <w:b/>
          <w:bCs/>
        </w:rPr>
        <w:t xml:space="preserve">As the liquor</w:t>
      </w:r>
      <w:r>
        <w:rPr>
          <w:b/>
          <w:bCs/>
        </w:rPr>
        <w:t xml:space="preserve"> </w:t>
      </w:r>
      <w:r>
        <w:rPr>
          <w:b/>
          <w:bCs/>
          <w:u w:val="single"/>
        </w:rPr>
        <w:t xml:space="preserve">diffused</w:t>
      </w:r>
      <w:r>
        <w:rPr>
          <w:b/>
          <w:bCs/>
        </w:rPr>
        <w:t xml:space="preserve"> </w:t>
      </w:r>
      <w:r>
        <w:rPr>
          <w:b/>
          <w:bCs/>
        </w:rPr>
        <w:t xml:space="preserve">a pleasant perfume, the old people doubted not that it possessed cordial and comfortable properties; and though utter sceptics as to its rejuvenescent power, they were inclined to swallow it at once.</w:t>
      </w:r>
      <w:r>
        <w:br/>
      </w:r>
      <w:r>
        <w:t xml:space="preserve">    (a) concentrated, look at, or paid attention to</w:t>
      </w:r>
      <w:r>
        <w:br/>
      </w:r>
      <w:r>
        <w:t xml:space="preserve">    (b) began speaking with someone about something</w:t>
      </w:r>
      <w:r>
        <w:br/>
      </w:r>
      <w:r>
        <w:t xml:space="preserve">    (c) mixed in; or spread; or softened; or calmed</w:t>
      </w:r>
    </w:p>
    <w:p>
      <w:pPr>
        <w:pStyle w:val="Compact"/>
        <w:numPr>
          <w:ilvl w:val="0"/>
          <w:numId w:val="1001"/>
        </w:numPr>
      </w:pPr>
      <w:r>
        <w:rPr>
          <w:b/>
          <w:bCs/>
        </w:rPr>
        <w:t xml:space="preserve">As the liquor diffused a pleasant perfume, the old people doubted not that it possessed cordial and comfortable properties; and though utter</w:t>
      </w:r>
      <w:r>
        <w:rPr>
          <w:b/>
          <w:bCs/>
        </w:rPr>
        <w:t xml:space="preserve"> </w:t>
      </w:r>
      <w:r>
        <w:rPr>
          <w:b/>
          <w:bCs/>
          <w:u w:val="single"/>
        </w:rPr>
        <w:t xml:space="preserve">sceptics</w:t>
      </w:r>
      <w:r>
        <w:rPr>
          <w:b/>
          <w:bCs/>
        </w:rPr>
        <w:t xml:space="preserve"> </w:t>
      </w:r>
      <w:r>
        <w:rPr>
          <w:b/>
          <w:bCs/>
        </w:rPr>
        <w:t xml:space="preserve">as to its rejuvenescent power, they were inclined to swallow it at once.</w:t>
      </w:r>
      <w:r>
        <w:br/>
      </w:r>
      <w:r>
        <w:t xml:space="preserve">    (a) things created -- typically works of music or writing; or acts of creating such work; or the structures of such work</w:t>
      </w:r>
      <w:r>
        <w:br/>
      </w:r>
      <w:r>
        <w:t xml:space="preserve">    (b) doubtful (that something is true or worthwhile)</w:t>
      </w:r>
      <w:r>
        <w:br/>
      </w:r>
      <w:r>
        <w:br/>
      </w:r>
      <w:r>
        <w:t xml:space="preserve">or more rarely:</w:t>
      </w:r>
      <w:r>
        <w:br/>
      </w:r>
      <w:r>
        <w:br/>
      </w:r>
      <w:r>
        <w:t xml:space="preserve">generally tending to doubt what others believe</w:t>
      </w:r>
      <w:r>
        <w:br/>
      </w:r>
      <w:r>
        <w:t xml:space="preserve">    (c) things that are different than others of their type (synonyms could include: adaptations, versions, alternate forms)</w:t>
      </w:r>
    </w:p>
    <w:p>
      <w:pPr>
        <w:pStyle w:val="Compact"/>
        <w:numPr>
          <w:ilvl w:val="0"/>
          <w:numId w:val="1001"/>
        </w:numPr>
      </w:pPr>
      <w:r>
        <w:rPr>
          <w:b/>
          <w:bCs/>
        </w:rPr>
        <w:t xml:space="preserve">The doctor's four venerable friends made him no answer, except by a feeble and</w:t>
      </w:r>
      <w:r>
        <w:rPr>
          <w:b/>
          <w:bCs/>
        </w:rPr>
        <w:t xml:space="preserve"> </w:t>
      </w:r>
      <w:r>
        <w:rPr>
          <w:b/>
          <w:bCs/>
          <w:u w:val="single"/>
        </w:rPr>
        <w:t xml:space="preserve">tremulous</w:t>
      </w:r>
      <w:r>
        <w:rPr>
          <w:b/>
          <w:bCs/>
        </w:rPr>
        <w:t xml:space="preserve"> </w:t>
      </w:r>
      <w:r>
        <w:rPr>
          <w:b/>
          <w:bCs/>
        </w:rPr>
        <w:t xml:space="preserve">laugh; so very ridiculous was the idea that, knowing how closely repentance treads behind the steps of error, they should ever go astray again.</w:t>
      </w:r>
      <w:r>
        <w:br/>
      </w:r>
      <w:r>
        <w:t xml:space="preserve">    (a) marvelous (wonderful)</w:t>
      </w:r>
      <w:r>
        <w:br/>
      </w:r>
      <w:r>
        <w:t xml:space="preserve">    (b) vigorous (strong)</w:t>
      </w:r>
      <w:r>
        <w:br/>
      </w:r>
      <w:r>
        <w:t xml:space="preserve">    (c) quivering (shaky)</w:t>
      </w:r>
    </w:p>
    <w:p>
      <w:pPr>
        <w:pStyle w:val="Compact"/>
        <w:numPr>
          <w:ilvl w:val="0"/>
          <w:numId w:val="1001"/>
        </w:numPr>
      </w:pPr>
      <w:r>
        <w:rPr>
          <w:b/>
          <w:bCs/>
        </w:rPr>
        <w:t xml:space="preserve">The doctor's four venerable friends made him no answer, except by a feeble and tremulous laugh; so very ridiculous was the idea that, knowing how closely</w:t>
      </w:r>
      <w:r>
        <w:rPr>
          <w:b/>
          <w:bCs/>
        </w:rPr>
        <w:t xml:space="preserve"> </w:t>
      </w:r>
      <w:r>
        <w:rPr>
          <w:b/>
          <w:bCs/>
          <w:u w:val="single"/>
        </w:rPr>
        <w:t xml:space="preserve">repentance</w:t>
      </w:r>
      <w:r>
        <w:rPr>
          <w:b/>
          <w:bCs/>
        </w:rPr>
        <w:t xml:space="preserve"> </w:t>
      </w:r>
      <w:r>
        <w:rPr>
          <w:b/>
          <w:bCs/>
        </w:rPr>
        <w:t xml:space="preserve">treads behind the steps of error, they should ever go astray again.</w:t>
      </w:r>
      <w:r>
        <w:br/>
      </w:r>
      <w:r>
        <w:t xml:space="preserve">    (a) opinion of what is good and bad about something</w:t>
      </w:r>
      <w:r>
        <w:br/>
      </w:r>
      <w:r>
        <w:t xml:space="preserve">    (b) to feel or express regret for having done wrong</w:t>
      </w:r>
      <w:r>
        <w:br/>
      </w:r>
      <w:r>
        <w:t xml:space="preserve">    (c) the majority denomination of Islam (almost 90%)</w:t>
      </w:r>
    </w:p>
    <w:p>
      <w:pPr>
        <w:pStyle w:val="Compact"/>
        <w:numPr>
          <w:ilvl w:val="0"/>
          <w:numId w:val="1001"/>
        </w:numPr>
      </w:pPr>
      <w:r>
        <w:rPr>
          <w:b/>
          <w:bCs/>
        </w:rPr>
        <w:t xml:space="preserve">The liquor, if it really possessed such virtues as Dr. Heidegger imputed to it, could not have been</w:t>
      </w:r>
      <w:r>
        <w:rPr>
          <w:b/>
          <w:bCs/>
        </w:rPr>
        <w:t xml:space="preserve"> </w:t>
      </w:r>
      <w:r>
        <w:rPr>
          <w:b/>
          <w:bCs/>
          <w:u w:val="single"/>
        </w:rPr>
        <w:t xml:space="preserve">bestowed</w:t>
      </w:r>
      <w:r>
        <w:rPr>
          <w:b/>
          <w:bCs/>
        </w:rPr>
        <w:t xml:space="preserve"> </w:t>
      </w:r>
      <w:r>
        <w:rPr>
          <w:b/>
          <w:bCs/>
        </w:rPr>
        <w:t xml:space="preserve">on four human beings who needed it more wofully.</w:t>
      </w:r>
      <w:r>
        <w:br/>
      </w:r>
      <w:r>
        <w:t xml:space="preserve">    (a) drew</w:t>
      </w:r>
      <w:r>
        <w:br/>
      </w:r>
      <w:r>
        <w:t xml:space="preserve">    (b) quit</w:t>
      </w:r>
      <w:r>
        <w:br/>
      </w:r>
      <w:r>
        <w:t xml:space="preserve">    (c) gave</w:t>
      </w:r>
    </w:p>
    <w:p>
      <w:pPr>
        <w:pStyle w:val="Compact"/>
        <w:numPr>
          <w:ilvl w:val="0"/>
          <w:numId w:val="1001"/>
        </w:numPr>
      </w:pPr>
      <w:r>
        <w:rPr>
          <w:b/>
          <w:bCs/>
        </w:rPr>
        <w:t xml:space="preserve">There was a healthful suffusion on their cheeks, instead of the</w:t>
      </w:r>
      <w:r>
        <w:rPr>
          <w:b/>
          <w:bCs/>
        </w:rPr>
        <w:t xml:space="preserve"> </w:t>
      </w:r>
      <w:r>
        <w:rPr>
          <w:b/>
          <w:bCs/>
          <w:u w:val="single"/>
        </w:rPr>
        <w:t xml:space="preserve">ashen</w:t>
      </w:r>
      <w:r>
        <w:rPr>
          <w:b/>
          <w:bCs/>
        </w:rPr>
        <w:t xml:space="preserve"> </w:t>
      </w:r>
      <w:r>
        <w:rPr>
          <w:b/>
          <w:bCs/>
        </w:rPr>
        <w:t xml:space="preserve">hue that had made them look so corpse-like.</w:t>
      </w:r>
      <w:r>
        <w:br/>
      </w:r>
      <w:r>
        <w:t xml:space="preserve">    (a) bent down</w:t>
      </w:r>
      <w:r>
        <w:br/>
      </w:r>
      <w:r>
        <w:t xml:space="preserve">    (b) dangerous</w:t>
      </w:r>
      <w:r>
        <w:br/>
      </w:r>
      <w:r>
        <w:t xml:space="preserve">    (c) very pale</w:t>
      </w:r>
    </w:p>
    <w:p>
      <w:pPr>
        <w:pStyle w:val="Compact"/>
        <w:numPr>
          <w:ilvl w:val="0"/>
          <w:numId w:val="1001"/>
        </w:numPr>
      </w:pPr>
      <w:r>
        <w:rPr>
          <w:b/>
          <w:bCs/>
        </w:rPr>
        <w:t xml:space="preserve">Now he rattled forth full-throated sentences about patriotism, national glory, and the people's right; now he muttered some</w:t>
      </w:r>
      <w:r>
        <w:rPr>
          <w:b/>
          <w:bCs/>
        </w:rPr>
        <w:t xml:space="preserve"> </w:t>
      </w:r>
      <w:r>
        <w:rPr>
          <w:b/>
          <w:bCs/>
          <w:u w:val="single"/>
        </w:rPr>
        <w:t xml:space="preserve">perilous</w:t>
      </w:r>
      <w:r>
        <w:rPr>
          <w:b/>
          <w:bCs/>
        </w:rPr>
        <w:t xml:space="preserve"> </w:t>
      </w:r>
      <w:r>
        <w:rPr>
          <w:b/>
          <w:bCs/>
        </w:rPr>
        <w:t xml:space="preserve">stuff or other, in a sly and doubtful whisper, so cautiously that even his own conscience could scarcely catch the secret; and now, again, he spoke in measured accents, and a deeply deferential tone, as if a royal ear were listening to his wellturned periods.</w:t>
      </w:r>
      <w:r>
        <w:br/>
      </w:r>
      <w:r>
        <w:t xml:space="preserve">    (a) dangerous</w:t>
      </w:r>
      <w:r>
        <w:br/>
      </w:r>
      <w:r>
        <w:t xml:space="preserve">    (b) stuck out</w:t>
      </w:r>
      <w:r>
        <w:br/>
      </w:r>
      <w:r>
        <w:t xml:space="preserve">    (c) bent down</w:t>
      </w:r>
    </w:p>
    <w:p>
      <w:pPr>
        <w:pStyle w:val="Compact"/>
        <w:numPr>
          <w:ilvl w:val="0"/>
          <w:numId w:val="1001"/>
        </w:numPr>
      </w:pPr>
      <w:r>
        <w:rPr>
          <w:b/>
          <w:bCs/>
        </w:rPr>
        <w:t xml:space="preserve">Now he rattled forth full-throated sentences about patriotism, national glory, and the people's right; now he muttered some perilous stuff or other, in a sly and doubtful whisper, so cautiously that even his own conscience could scarcely catch the secret; and now, again, he spoke in measured accents, and a deeply</w:t>
      </w:r>
      <w:r>
        <w:rPr>
          <w:b/>
          <w:bCs/>
        </w:rPr>
        <w:t xml:space="preserve"> </w:t>
      </w:r>
      <w:r>
        <w:rPr>
          <w:b/>
          <w:bCs/>
          <w:u w:val="single"/>
        </w:rPr>
        <w:t xml:space="preserve">deferential</w:t>
      </w:r>
      <w:r>
        <w:rPr>
          <w:b/>
          <w:bCs/>
        </w:rPr>
        <w:t xml:space="preserve"> </w:t>
      </w:r>
      <w:r>
        <w:rPr>
          <w:b/>
          <w:bCs/>
        </w:rPr>
        <w:t xml:space="preserve">tone, as if a royal ear were listening to his wellturned periods.</w:t>
      </w:r>
      <w:r>
        <w:br/>
      </w:r>
      <w:r>
        <w:t xml:space="preserve">    (a) not straightforward</w:t>
      </w:r>
      <w:r>
        <w:br/>
      </w:r>
      <w:r>
        <w:t xml:space="preserve">    (b) not done on purpose</w:t>
      </w:r>
      <w:r>
        <w:br/>
      </w:r>
      <w:r>
        <w:t xml:space="preserve">    (c) politely respectful</w:t>
      </w:r>
    </w:p>
    <w:p>
      <w:pPr>
        <w:pStyle w:val="Compact"/>
        <w:numPr>
          <w:ilvl w:val="0"/>
          <w:numId w:val="1001"/>
        </w:numPr>
      </w:pPr>
      <w:r>
        <w:rPr>
          <w:b/>
          <w:bCs/>
        </w:rPr>
        <w:t xml:space="preserve">Youth, like the extremity of age, had effaced the strongly-marked characteristics of middle life, and mutually</w:t>
      </w:r>
      <w:r>
        <w:rPr>
          <w:b/>
          <w:bCs/>
        </w:rPr>
        <w:t xml:space="preserve"> </w:t>
      </w:r>
      <w:r>
        <w:rPr>
          <w:b/>
          <w:bCs/>
          <w:u w:val="single"/>
        </w:rPr>
        <w:t xml:space="preserve">assimilated</w:t>
      </w:r>
      <w:r>
        <w:rPr>
          <w:b/>
          <w:bCs/>
        </w:rPr>
        <w:t xml:space="preserve"> </w:t>
      </w:r>
      <w:r>
        <w:rPr>
          <w:b/>
          <w:bCs/>
        </w:rPr>
        <w:t xml:space="preserve">them all.</w:t>
      </w:r>
      <w:r>
        <w:br/>
      </w:r>
      <w:r>
        <w:t xml:space="preserve">    (a) took up or received into heaven</w:t>
      </w:r>
      <w:r>
        <w:br/>
      </w:r>
      <w:r>
        <w:t xml:space="preserve">    (b) selected (on a computer screen)</w:t>
      </w:r>
      <w:r>
        <w:br/>
      </w:r>
      <w:r>
        <w:t xml:space="preserve">    (c) took in, transformed, or fit in</w:t>
      </w:r>
    </w:p>
    <w:p>
      <w:pPr>
        <w:pStyle w:val="Compact"/>
        <w:numPr>
          <w:ilvl w:val="0"/>
          <w:numId w:val="1001"/>
        </w:numPr>
      </w:pPr>
      <w:r>
        <w:rPr>
          <w:b/>
          <w:bCs/>
        </w:rPr>
        <w:t xml:space="preserve">They gazed at one another, and fancied that each</w:t>
      </w:r>
      <w:r>
        <w:rPr>
          <w:b/>
          <w:bCs/>
        </w:rPr>
        <w:t xml:space="preserve"> </w:t>
      </w:r>
      <w:r>
        <w:rPr>
          <w:b/>
          <w:bCs/>
          <w:u w:val="single"/>
        </w:rPr>
        <w:t xml:space="preserve">fleeting</w:t>
      </w:r>
      <w:r>
        <w:rPr>
          <w:b/>
          <w:bCs/>
        </w:rPr>
        <w:t xml:space="preserve"> </w:t>
      </w:r>
      <w:r>
        <w:rPr>
          <w:b/>
          <w:bCs/>
        </w:rPr>
        <w:t xml:space="preserve">moment snatched away a charm, and left a deepening furrow where none had been before.</w:t>
      </w:r>
      <w:r>
        <w:br/>
      </w:r>
      <w:r>
        <w:t xml:space="preserve">    (a) sensible and careful</w:t>
      </w:r>
      <w:r>
        <w:br/>
      </w:r>
      <w:r>
        <w:t xml:space="preserve">    (b) not demonstrative of</w:t>
      </w:r>
      <w:r>
        <w:br/>
      </w:r>
      <w:r>
        <w:t xml:space="preserve">    (c) lasting a short time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2026-07-31T17:35:48Z</dcterms:created>
  <dcterms:modified xsi:type="dcterms:W3CDTF">2026-07-31T17:35:48Z</dcterms:modified>
</cp:coreProperties>
</file>

<file path=docProps/custom.xml><?xml version="1.0" encoding="utf-8"?>
<Properties xmlns="http://schemas.openxmlformats.org/officeDocument/2006/custom-properties" xmlns:vt="http://schemas.openxmlformats.org/officeDocument/2006/docPropsVTypes"/>
</file>