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3d1953a1ea019b6fc507da93cd4938a29af05c"/>
    <w:p>
      <w:pPr>
        <w:pStyle w:val="Heading1"/>
      </w:pPr>
      <w:r>
        <w:rPr>
          <w:b/>
          <w:bCs/>
        </w:rPr>
        <w:t xml:space="preserve">Meditation 17</w:t>
      </w:r>
      <w:r>
        <w:br/>
      </w:r>
      <w:r>
        <w:rPr>
          <w:i/>
          <w:iCs/>
        </w:rPr>
        <w:t xml:space="preserve">John Donne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church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catholic</w:t>
      </w:r>
      <w:r>
        <w:rPr>
          <w:b/>
          <w:bCs/>
        </w:rPr>
        <w:t xml:space="preserve">, universal, so are all her actions; all that she does, belongs to all.</w:t>
      </w:r>
      <w:r>
        <w:br/>
      </w:r>
      <w:r>
        <w:t xml:space="preserve">    (a) related to the setting or situation in which something occurs</w:t>
      </w:r>
      <w:r>
        <w:br/>
      </w:r>
      <w:r>
        <w:t xml:space="preserve">    (b) trustworthy with secrets or subtle (not attracting attention)</w:t>
      </w:r>
      <w:r>
        <w:br/>
      </w:r>
      <w:r>
        <w:t xml:space="preserve">    (c) universal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baptizes</w:t>
      </w:r>
      <w:r>
        <w:rPr>
          <w:b/>
          <w:bCs/>
        </w:rPr>
        <w:t xml:space="preserve"> </w:t>
      </w:r>
      <w:r>
        <w:rPr>
          <w:b/>
          <w:bCs/>
        </w:rPr>
        <w:t xml:space="preserve">a child, that action concerns me; for that child is thereby connected to that head which is my head too, and ingraffed into that body, whereof I am a member.</w:t>
      </w:r>
      <w:r>
        <w:br/>
      </w:r>
      <w:r>
        <w:t xml:space="preserve">    (a) directs energy from a negative (unacceptable) impulse or urge into a positive or acceptable action</w:t>
      </w:r>
      <w:r>
        <w:br/>
      </w:r>
      <w:r>
        <w:t xml:space="preserve">    (b) "spiritually renews" in a Christian ceremony  OR  initiates or purifies by a challenging experience</w:t>
      </w:r>
      <w:r>
        <w:br/>
      </w:r>
      <w:r>
        <w:t xml:space="preserve">    (c) gradually destroys or changes the purpose of something -- such as a government, institution, or rule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therefore the bell that rings to a sermon, calls not upon the preacher only, but upon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congregation</w:t>
      </w:r>
      <w:r>
        <w:rPr>
          <w:b/>
          <w:bCs/>
        </w:rPr>
        <w:t xml:space="preserve"> </w:t>
      </w:r>
      <w:r>
        <w:rPr>
          <w:b/>
          <w:bCs/>
        </w:rPr>
        <w:t xml:space="preserve">to come;</w:t>
      </w:r>
      <w:r>
        <w:br/>
      </w:r>
      <w:r>
        <w:t xml:space="preserve">    (a) a general feeling of not being as good as others</w:t>
      </w:r>
      <w:r>
        <w:br/>
      </w:r>
      <w:r>
        <w:t xml:space="preserve">    (b) people who worship together in the same building</w:t>
      </w:r>
      <w:r>
        <w:br/>
      </w:r>
      <w:r>
        <w:t xml:space="preserve">    (c) the act, process, or instance of telling a story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a contention as far as a suit (in which, piety and dignity, religion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estimation</w:t>
      </w:r>
      <w:r>
        <w:rPr>
          <w:b/>
          <w:bCs/>
        </w:rPr>
        <w:t xml:space="preserve">, were mingled) which of the religious orders should ring to prayers first in the morning; and it was determined, that they should ring first that rose earliest.</w:t>
      </w:r>
      <w:r>
        <w:br/>
      </w:r>
      <w:r>
        <w:t xml:space="preserve">    (a) an expert who shares professional opinions in a specific field</w:t>
      </w:r>
      <w:r>
        <w:br/>
      </w:r>
      <w:r>
        <w:t xml:space="preserve">    (b) the act of being in a working position; or the act of starting</w:t>
      </w:r>
      <w:r>
        <w:br/>
      </w:r>
      <w:r>
        <w:t xml:space="preserve">    (c) a judgment, rough calculation or guess of qualities or a value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 man is an island, entire of itself; every man is a piece of the continent, a part of the main; if a clod be washed away by the sea, Europe is the less, as well as if a promontory were, as well as if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manor</w:t>
      </w:r>
      <w:r>
        <w:rPr>
          <w:b/>
          <w:bCs/>
        </w:rPr>
        <w:t xml:space="preserve"> </w:t>
      </w:r>
      <w:r>
        <w:rPr>
          <w:b/>
          <w:bCs/>
        </w:rPr>
        <w:t xml:space="preserve">of thy friend's or of thine own were; any man's death diminishes me, because I am involved in mankind, and therefore never send to know for whom the bell tolls; it tolls for thee.</w:t>
      </w:r>
      <w:r>
        <w:br/>
      </w:r>
      <w:r>
        <w:t xml:space="preserve">    (a) lymph node -- one of many bean-sized organs that filter bacteria and other toxins from circulating white-blood-cell filled lymph fluid</w:t>
      </w:r>
      <w:r>
        <w:br/>
      </w:r>
      <w:r>
        <w:t xml:space="preserve">    (b) a large house of a wealthy person</w:t>
      </w:r>
      <w:r>
        <w:br/>
      </w:r>
      <w:r>
        <w:br/>
      </w:r>
      <w:r>
        <w:t xml:space="preserve">or historically:</w:t>
      </w:r>
      <w:r>
        <w:br/>
      </w:r>
      <w:r>
        <w:br/>
      </w:r>
      <w:r>
        <w:t xml:space="preserve">the main house of a lord and the land around it that was worked by tenant farmers</w:t>
      </w:r>
      <w:r>
        <w:br/>
      </w:r>
      <w:r>
        <w:t xml:space="preserve">    (c) when what happens is very different than what might be expected; or when things are together that seem like they don't belong together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Truly it were an excusable covetousness if we did;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affliction</w:t>
      </w:r>
      <w:r>
        <w:rPr>
          <w:b/>
          <w:bCs/>
        </w:rPr>
        <w:t xml:space="preserve"> </w:t>
      </w:r>
      <w:r>
        <w:rPr>
          <w:b/>
          <w:bCs/>
        </w:rPr>
        <w:t xml:space="preserve">is a treasure, and scarce any man hath enough of it.</w:t>
      </w:r>
      <w:r>
        <w:br/>
      </w:r>
      <w:r>
        <w:t xml:space="preserve">    (a) something that causes ongoing suffering</w:t>
      </w:r>
      <w:r>
        <w:br/>
      </w:r>
      <w:r>
        <w:t xml:space="preserve">    (b) the study of the origin of the universe</w:t>
      </w:r>
      <w:r>
        <w:br/>
      </w:r>
      <w:r>
        <w:t xml:space="preserve">    (c) worry or concern about what will happen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Truly it were an excusable covetousness if we did; for affliction is a treasure,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scarce</w:t>
      </w:r>
      <w:r>
        <w:rPr>
          <w:b/>
          <w:bCs/>
        </w:rPr>
        <w:t xml:space="preserve"> </w:t>
      </w:r>
      <w:r>
        <w:rPr>
          <w:b/>
          <w:bCs/>
        </w:rPr>
        <w:t xml:space="preserve">any man hath enough of it.</w:t>
      </w:r>
      <w:r>
        <w:br/>
      </w:r>
      <w:r>
        <w:t xml:space="preserve">    (a) in short supply  OR  barely or hardly (by a small margin)</w:t>
      </w:r>
      <w:r>
        <w:br/>
      </w:r>
      <w:r>
        <w:t xml:space="preserve">    (b) the state of not being aware or concerned about something</w:t>
      </w:r>
      <w:r>
        <w:br/>
      </w:r>
      <w:r>
        <w:t xml:space="preserve">    (c) a state similar to sleep where one is unaware of anything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2026-07-31T19:03:45Z</dcterms:created>
  <dcterms:modified xsi:type="dcterms:W3CDTF">2026-07-31T19:03:45Z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