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4e2ca3c11b455ebb173f78aee2c23a1d5b4481"/>
    <w:p>
      <w:pPr>
        <w:pStyle w:val="Heading1"/>
      </w:pPr>
      <w:r>
        <w:rPr>
          <w:b/>
          <w:bCs/>
        </w:rPr>
        <w:t xml:space="preserve">Don Quixote</w:t>
      </w:r>
      <w:r>
        <w:br/>
      </w:r>
      <w:r>
        <w:rPr>
          <w:i/>
          <w:iCs/>
        </w:rPr>
        <w:t xml:space="preserve">Miguel de Cervantes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FDA discovered the problem while reviewing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events reported in the database.</w:t>
      </w:r>
      <w:r>
        <w:br/>
      </w:r>
      <w:r>
        <w:t xml:space="preserve">    (a) harmful</w:t>
      </w:r>
      <w:r>
        <w:br/>
      </w:r>
      <w:r>
        <w:t xml:space="preserve">    (b) routine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demonstrates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aphorism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"A picture is worth a thousand words."</w:t>
      </w:r>
      <w:r>
        <w:br/>
      </w:r>
      <w:r>
        <w:t xml:space="preserve">    (a) exception to</w:t>
      </w:r>
      <w:r>
        <w:br/>
      </w:r>
      <w:r>
        <w:t xml:space="preserve">    (b) saying</w:t>
      </w:r>
      <w:r>
        <w:br/>
      </w:r>
      <w:r>
        <w:t xml:space="preserve">    (c) title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approval</w:t>
      </w:r>
      <w:r>
        <w:br/>
      </w:r>
      <w:r>
        <w:t xml:space="preserve">    (b) sympathy</w:t>
      </w:r>
      <w:r>
        <w:br/>
      </w:r>
      <w:r>
        <w:t xml:space="preserve">    (c) distrust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another example of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artifice</w:t>
      </w:r>
      <w:r>
        <w:rPr>
          <w:b/>
          <w:bCs/>
        </w:rPr>
        <w:t xml:space="preserve">.</w:t>
      </w:r>
      <w:r>
        <w:br/>
      </w:r>
      <w:r>
        <w:t xml:space="preserve">    (a) favor</w:t>
      </w:r>
      <w:r>
        <w:br/>
      </w:r>
      <w:r>
        <w:t xml:space="preserve">    (b) discrimination</w:t>
      </w:r>
      <w:r>
        <w:br/>
      </w:r>
      <w:r>
        <w:t xml:space="preserve">    (c) deceptive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bakery filled the window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delectable</w:t>
      </w:r>
      <w:r>
        <w:rPr>
          <w:b/>
          <w:bCs/>
        </w:rPr>
        <w:t xml:space="preserve"> </w:t>
      </w:r>
      <w:r>
        <w:rPr>
          <w:b/>
          <w:bCs/>
        </w:rPr>
        <w:t xml:space="preserve">pastries and cakes.</w:t>
      </w:r>
      <w:r>
        <w:br/>
      </w:r>
      <w:r>
        <w:t xml:space="preserve">    (a) delicious</w:t>
      </w:r>
      <w:r>
        <w:br/>
      </w:r>
      <w:r>
        <w:t xml:space="preserve">    (b) expensive</w:t>
      </w:r>
      <w:r>
        <w:br/>
      </w:r>
      <w:r>
        <w:t xml:space="preserve">    (c)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wander</w:t>
      </w:r>
      <w:r>
        <w:br/>
      </w:r>
      <w:r>
        <w:t xml:space="preserve">    (b) compete</w:t>
      </w:r>
      <w:r>
        <w:br/>
      </w:r>
      <w:r>
        <w:t xml:space="preserve">    (c) elaborate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disabused</w:t>
      </w:r>
      <w:r>
        <w:rPr>
          <w:b/>
          <w:bCs/>
        </w:rPr>
        <w:t xml:space="preserve"> </w:t>
      </w:r>
      <w:r>
        <w:rPr>
          <w:b/>
          <w:bCs/>
        </w:rPr>
        <w:t xml:space="preserve">her of her sense of superiority.</w:t>
      </w:r>
      <w:r>
        <w:br/>
      </w:r>
      <w:r>
        <w:t xml:space="preserve">    (a) troubled -- especially when surrounded by enemy forces</w:t>
      </w:r>
      <w:r>
        <w:br/>
      </w:r>
      <w:r>
        <w:t xml:space="preserve">    (b) assisted or encouraged (usually in some wrongdoing)</w:t>
      </w:r>
      <w:r>
        <w:br/>
      </w:r>
      <w:r>
        <w:t xml:space="preserve">    (c) convinced (someone) that an idea previously believed was not correct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found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ensconced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new offices at the United Nations.</w:t>
      </w:r>
      <w:r>
        <w:br/>
      </w:r>
      <w:r>
        <w:t xml:space="preserve">    (a) working hard</w:t>
      </w:r>
      <w:r>
        <w:br/>
      </w:r>
      <w:r>
        <w:t xml:space="preserve">    (b) settled comfortably</w:t>
      </w:r>
      <w:r>
        <w:br/>
      </w:r>
      <w:r>
        <w:t xml:space="preserve">    (c) hiding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family chose a short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</w:t>
      </w:r>
      <w:r>
        <w:rPr>
          <w:b/>
          <w:bCs/>
        </w:rPr>
        <w:t xml:space="preserve"> </w:t>
      </w:r>
      <w:r>
        <w:rPr>
          <w:b/>
          <w:bCs/>
        </w:rPr>
        <w:t xml:space="preserve">to carve on her gravestone.</w:t>
      </w:r>
      <w:r>
        <w:br/>
      </w:r>
      <w:r>
        <w:t xml:space="preserve">    (a) legal warning</w:t>
      </w:r>
      <w:r>
        <w:br/>
      </w:r>
      <w:r>
        <w:t xml:space="preserve">    (b) wedding speech</w:t>
      </w:r>
      <w:r>
        <w:br/>
      </w:r>
      <w:r>
        <w:t xml:space="preserve">    (c) tombstone words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subjected to a ten-minute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for not taking their homework more seriously.</w:t>
      </w:r>
      <w:r>
        <w:br/>
      </w:r>
      <w:r>
        <w:t xml:space="preserve">    (a) assignment</w:t>
      </w:r>
      <w:r>
        <w:br/>
      </w:r>
      <w:r>
        <w:t xml:space="preserve">    (b) delay</w:t>
      </w:r>
      <w:r>
        <w:br/>
      </w:r>
      <w:r>
        <w:t xml:space="preserve">    (c) lecture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wealthy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 </w:t>
      </w:r>
      <w:r>
        <w:rPr>
          <w:b/>
          <w:bCs/>
        </w:rPr>
        <w:t xml:space="preserve">shown by those who benefited from her kindness was a bitter reminder of the world's indifference.</w:t>
      </w:r>
      <w:r>
        <w:br/>
      </w:r>
      <w:r>
        <w:t xml:space="preserve">    (a) lack of gratefulness</w:t>
      </w:r>
      <w:r>
        <w:br/>
      </w:r>
      <w:r>
        <w:t xml:space="preserve">    (b) lack of ability</w:t>
      </w:r>
      <w:r>
        <w:br/>
      </w:r>
      <w:r>
        <w:t xml:space="preserve">    (c) lack of success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inserted</w:t>
      </w:r>
      <w:r>
        <w:br/>
      </w:r>
      <w:r>
        <w:t xml:space="preserve">    (b) been seen</w:t>
      </w:r>
      <w:r>
        <w:br/>
      </w:r>
      <w:r>
        <w:t xml:space="preserve">    (c)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divorce</w:t>
      </w:r>
      <w:r>
        <w:br/>
      </w:r>
      <w:r>
        <w:t xml:space="preserve">    (b) marriage</w:t>
      </w:r>
      <w:r>
        <w:br/>
      </w:r>
      <w:r>
        <w:t xml:space="preserve">    (c) friendship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apology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make sense to</w:t>
      </w:r>
      <w:r>
        <w:br/>
      </w:r>
      <w:r>
        <w:t xml:space="preserve">    (b) interest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criminal was ordered to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to his victims as part of his sentence.</w:t>
      </w:r>
      <w:r>
        <w:br/>
      </w:r>
      <w:r>
        <w:t xml:space="preserve">    (a) compensation for loss</w:t>
      </w:r>
      <w:r>
        <w:br/>
      </w:r>
      <w:r>
        <w:t xml:space="preserve">    (b) an apology</w:t>
      </w:r>
      <w:r>
        <w:br/>
      </w:r>
      <w:r>
        <w:t xml:space="preserve">    (c) a penalty fine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impatient</w:t>
      </w:r>
      <w:r>
        <w:br/>
      </w:r>
      <w:r>
        <w:t xml:space="preserve">    (b) careless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satire</w:t>
      </w:r>
      <w:r>
        <w:rPr>
          <w:b/>
          <w:bCs/>
        </w:rPr>
        <w:t xml:space="preserve">, the cartoon exposed how ridiculous the new policy looked in practice.</w:t>
      </w:r>
      <w:r>
        <w:br/>
      </w:r>
      <w:r>
        <w:t xml:space="preserve">    (a) humorous criticism</w:t>
      </w:r>
      <w:r>
        <w:br/>
      </w:r>
      <w:r>
        <w:t xml:space="preserve">    (b) literal description</w:t>
      </w:r>
      <w:r>
        <w:br/>
      </w:r>
      <w:r>
        <w:t xml:space="preserve">    (c) factual reporting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of the poem's four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stanzas</w:t>
      </w:r>
      <w:r>
        <w:rPr>
          <w:b/>
          <w:bCs/>
        </w:rPr>
        <w:t xml:space="preserve"> </w:t>
      </w:r>
      <w:r>
        <w:rPr>
          <w:b/>
          <w:bCs/>
        </w:rPr>
        <w:t xml:space="preserve">tells part of the story.</w:t>
      </w:r>
      <w:r>
        <w:br/>
      </w:r>
      <w:r>
        <w:t xml:space="preserve">    (a) verses</w:t>
      </w:r>
      <w:r>
        <w:br/>
      </w:r>
      <w:r>
        <w:t xml:space="preserve">    (b) rhymes</w:t>
      </w:r>
      <w:r>
        <w:br/>
      </w:r>
      <w:r>
        <w:t xml:space="preserve">    (c) titles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treated without respect</w:t>
      </w:r>
      <w:r>
        <w:br/>
      </w:r>
      <w:r>
        <w:t xml:space="preserve">    (b) negotiated with</w:t>
      </w:r>
      <w:r>
        <w:br/>
      </w:r>
      <w:r>
        <w:t xml:space="preserve">    (c) argued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2026-07-31T14:32:36Z</dcterms:created>
  <dcterms:modified xsi:type="dcterms:W3CDTF">2026-07-31T14:32:36Z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