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5ebfe41776cb8ac812af736d961f30d258314ad"/>
    <w:p>
      <w:pPr>
        <w:pStyle w:val="Heading1"/>
      </w:pPr>
      <w:r>
        <w:rPr>
          <w:b/>
          <w:bCs/>
        </w:rPr>
        <w:t xml:space="preserve">Don Quixote</w:t>
      </w:r>
      <w:r>
        <w:br/>
      </w:r>
      <w:r>
        <w:rPr>
          <w:i/>
          <w:iCs/>
        </w:rPr>
        <w:t xml:space="preserve">Miguel de Cervantes</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"That matters little," replied Don Quixote; "there may be Haldudos knights;</w:t>
      </w:r>
      <w:r>
        <w:rPr>
          <w:b/>
          <w:bCs/>
        </w:rPr>
        <w:t xml:space="preserve"> </w:t>
      </w:r>
      <w:r>
        <w:rPr>
          <w:b/>
          <w:bCs/>
          <w:u w:val="single"/>
        </w:rPr>
        <w:t xml:space="preserve">moreover</w:t>
      </w:r>
      <w:r>
        <w:rPr>
          <w:b/>
          <w:bCs/>
        </w:rPr>
        <w:t xml:space="preserve">, everyone is the son of his works."</w:t>
      </w:r>
      <w:r>
        <w:br/>
      </w:r>
      <w:r>
        <w:t xml:space="preserve">    (a) despite that (used to connect contrasting ideas)</w:t>
      </w:r>
      <w:r>
        <w:br/>
      </w:r>
      <w:r>
        <w:t xml:space="preserve">    (b) even though -- used to connect contrasting ideas</w:t>
      </w:r>
      <w:r>
        <w:br/>
      </w:r>
      <w:r>
        <w:t xml:space="preserve">    (c) in addition to what has just been said</w:t>
      </w:r>
    </w:p>
    <w:p>
      <w:pPr>
        <w:pStyle w:val="Compact"/>
        <w:numPr>
          <w:ilvl w:val="0"/>
          <w:numId w:val="1001"/>
        </w:numPr>
      </w:pPr>
      <w:r>
        <w:rPr>
          <w:b/>
          <w:bCs/>
        </w:rPr>
        <w:t xml:space="preserve">The clear streams and running brooks</w:t>
      </w:r>
      <w:r>
        <w:rPr>
          <w:b/>
          <w:bCs/>
        </w:rPr>
        <w:t xml:space="preserve"> </w:t>
      </w:r>
      <w:r>
        <w:rPr>
          <w:b/>
          <w:bCs/>
          <w:u w:val="single"/>
        </w:rPr>
        <w:t xml:space="preserve">yielded</w:t>
      </w:r>
      <w:r>
        <w:rPr>
          <w:b/>
          <w:bCs/>
        </w:rPr>
        <w:t xml:space="preserve"> </w:t>
      </w:r>
      <w:r>
        <w:rPr>
          <w:b/>
          <w:bCs/>
        </w:rPr>
        <w:t xml:space="preserve">their savoury limpid waters in noble abundance.</w:t>
      </w:r>
      <w:r>
        <w:br/>
      </w:r>
      <w:r>
        <w:t xml:space="preserve">    (a) not wanting to do something</w:t>
      </w:r>
      <w:r>
        <w:br/>
      </w:r>
      <w:r>
        <w:t xml:space="preserve">    (b) was attractive or desirable</w:t>
      </w:r>
      <w:r>
        <w:br/>
      </w:r>
      <w:r>
        <w:t xml:space="preserve">    (c) produced</w:t>
      </w:r>
    </w:p>
    <w:p>
      <w:pPr>
        <w:pStyle w:val="Compact"/>
        <w:numPr>
          <w:ilvl w:val="0"/>
          <w:numId w:val="1001"/>
        </w:numPr>
      </w:pPr>
      <w:r>
        <w:rPr>
          <w:b/>
          <w:bCs/>
        </w:rPr>
        <w:t xml:space="preserve">and that she alone is strong who does not</w:t>
      </w:r>
      <w:r>
        <w:rPr>
          <w:b/>
          <w:bCs/>
        </w:rPr>
        <w:t xml:space="preserve"> </w:t>
      </w:r>
      <w:r>
        <w:rPr>
          <w:b/>
          <w:bCs/>
          <w:u w:val="single"/>
        </w:rPr>
        <w:t xml:space="preserve">yield</w:t>
      </w:r>
      <w:r>
        <w:rPr>
          <w:b/>
          <w:bCs/>
        </w:rPr>
        <w:t xml:space="preserve"> </w:t>
      </w:r>
      <w:r>
        <w:rPr>
          <w:b/>
          <w:bCs/>
        </w:rPr>
        <w:t xml:space="preserve">to the promises, gifts, tears, and importunities of earnest lovers;</w:t>
      </w:r>
      <w:r>
        <w:br/>
      </w:r>
      <w:r>
        <w:t xml:space="preserve">    (a) select (on a computer screen)</w:t>
      </w:r>
      <w:r>
        <w:br/>
      </w:r>
      <w:r>
        <w:t xml:space="preserve">    (b) an involuntary vomiting spasm</w:t>
      </w:r>
      <w:r>
        <w:br/>
      </w:r>
      <w:r>
        <w:t xml:space="preserve">    (c) give in, give way, or give up</w:t>
      </w:r>
    </w:p>
    <w:p>
      <w:pPr>
        <w:pStyle w:val="Compact"/>
        <w:numPr>
          <w:ilvl w:val="0"/>
          <w:numId w:val="1001"/>
        </w:numPr>
      </w:pPr>
      <w:r>
        <w:rPr>
          <w:b/>
          <w:bCs/>
        </w:rPr>
        <w:t xml:space="preserve">Arbitrary law had not yet</w:t>
      </w:r>
      <w:r>
        <w:rPr>
          <w:b/>
          <w:bCs/>
        </w:rPr>
        <w:t xml:space="preserve"> </w:t>
      </w:r>
      <w:r>
        <w:rPr>
          <w:b/>
          <w:bCs/>
          <w:u w:val="single"/>
        </w:rPr>
        <w:t xml:space="preserve">established</w:t>
      </w:r>
      <w:r>
        <w:rPr>
          <w:b/>
          <w:bCs/>
        </w:rPr>
        <w:t xml:space="preserve"> </w:t>
      </w:r>
      <w:r>
        <w:rPr>
          <w:b/>
          <w:bCs/>
        </w:rPr>
        <w:t xml:space="preserve">itself in the mind of the judge, for then there was no cause to judge and no one to be judged.</w:t>
      </w:r>
      <w:r>
        <w:br/>
      </w:r>
      <w:r>
        <w:t xml:space="preserve">    (a) settled</w:t>
      </w:r>
      <w:r>
        <w:br/>
      </w:r>
      <w:r>
        <w:t xml:space="preserve">    (b) not having a relationship whereby a change in one thing helps predict a change in another</w:t>
      </w:r>
      <w:r>
        <w:br/>
      </w:r>
      <w:r>
        <w:t xml:space="preserve">    (c) persuaded someone to want something (often sex or love) by tempting with something desired</w:t>
      </w:r>
    </w:p>
    <w:p>
      <w:pPr>
        <w:pStyle w:val="Compact"/>
        <w:numPr>
          <w:ilvl w:val="0"/>
          <w:numId w:val="1001"/>
        </w:numPr>
      </w:pPr>
      <w:r>
        <w:rPr>
          <w:b/>
          <w:bCs/>
        </w:rPr>
        <w:t xml:space="preserve">He longed for night and an opportunity of escaping from the house to go and see his good friend Lothario, and with him give vent to his joy over the precious pearl he had gained in having</w:t>
      </w:r>
      <w:r>
        <w:rPr>
          <w:b/>
          <w:bCs/>
        </w:rPr>
        <w:t xml:space="preserve"> </w:t>
      </w:r>
      <w:r>
        <w:rPr>
          <w:b/>
          <w:bCs/>
          <w:u w:val="single"/>
        </w:rPr>
        <w:t xml:space="preserve">established</w:t>
      </w:r>
      <w:r>
        <w:rPr>
          <w:b/>
          <w:bCs/>
        </w:rPr>
        <w:t xml:space="preserve"> </w:t>
      </w:r>
      <w:r>
        <w:rPr>
          <w:b/>
          <w:bCs/>
        </w:rPr>
        <w:t xml:space="preserve">his wife's purity.</w:t>
      </w:r>
      <w:r>
        <w:br/>
      </w:r>
      <w:r>
        <w:t xml:space="preserve">    (a) accepted someone's membership though a special procedure such as a ceremony and/or period of instruction and/or test</w:t>
      </w:r>
      <w:r>
        <w:br/>
      </w:r>
      <w:r>
        <w:t xml:space="preserve">    (b) proven or demonstrated</w:t>
      </w:r>
      <w:r>
        <w:br/>
      </w:r>
      <w:r>
        <w:t xml:space="preserve">    (c) examined an issue, got opinions by asking specific questions; and/or asked people for political support individually</w:t>
      </w:r>
    </w:p>
    <w:p>
      <w:pPr>
        <w:pStyle w:val="Compact"/>
        <w:numPr>
          <w:ilvl w:val="0"/>
          <w:numId w:val="1001"/>
        </w:numPr>
      </w:pPr>
      <w:r>
        <w:rPr>
          <w:b/>
          <w:bCs/>
        </w:rPr>
        <w:t xml:space="preserve">Don Quixote, who desired nothing better, rose and ordered Sancho to saddle and pannel at once, which he did with all despatch, and with the same they all set out</w:t>
      </w:r>
      <w:r>
        <w:rPr>
          <w:b/>
          <w:bCs/>
        </w:rPr>
        <w:t xml:space="preserve"> </w:t>
      </w:r>
      <w:r>
        <w:rPr>
          <w:b/>
          <w:bCs/>
          <w:u w:val="single"/>
        </w:rPr>
        <w:t xml:space="preserve">forthwith</w:t>
      </w:r>
      <w:r>
        <w:rPr>
          <w:b/>
          <w:bCs/>
        </w:rPr>
        <w:t xml:space="preserve">.</w:t>
      </w:r>
      <w:r>
        <w:br/>
      </w:r>
      <w:r>
        <w:t xml:space="preserve">    (a) a last name</w:t>
      </w:r>
      <w:r>
        <w:br/>
      </w:r>
      <w:r>
        <w:t xml:space="preserve">    (b) immediately</w:t>
      </w:r>
      <w:r>
        <w:br/>
      </w:r>
      <w:r>
        <w:t xml:space="preserve">    (c) well suited</w:t>
      </w:r>
    </w:p>
    <w:p>
      <w:pPr>
        <w:pStyle w:val="Compact"/>
        <w:numPr>
          <w:ilvl w:val="0"/>
          <w:numId w:val="1001"/>
        </w:numPr>
      </w:pPr>
      <w:r>
        <w:rPr>
          <w:b/>
          <w:bCs/>
        </w:rPr>
        <w:t xml:space="preserve">Then listen, not to dulcet harmony,</w:t>
      </w:r>
      <w:r>
        <w:br/>
      </w:r>
      <w:r>
        <w:rPr>
          <w:b/>
          <w:bCs/>
        </w:rPr>
        <w:t xml:space="preserve">But to a</w:t>
      </w:r>
      <w:r>
        <w:rPr>
          <w:b/>
          <w:bCs/>
        </w:rPr>
        <w:t xml:space="preserve"> </w:t>
      </w:r>
      <w:r>
        <w:rPr>
          <w:b/>
          <w:bCs/>
          <w:u w:val="single"/>
        </w:rPr>
        <w:t xml:space="preserve">discord</w:t>
      </w:r>
      <w:r>
        <w:rPr>
          <w:b/>
          <w:bCs/>
        </w:rPr>
        <w:t xml:space="preserve"> </w:t>
      </w:r>
      <w:r>
        <w:rPr>
          <w:b/>
          <w:bCs/>
        </w:rPr>
        <w:t xml:space="preserve">wrung by mad despair</w:t>
      </w:r>
      <w:r>
        <w:br/>
      </w:r>
      <w:r>
        <w:t xml:space="preserve">    (a) unpleasant sound -- especially a combination of sounds that sound wrong together</w:t>
      </w:r>
      <w:r>
        <w:br/>
      </w:r>
      <w:r>
        <w:t xml:space="preserve">    (b) make more varied</w:t>
      </w:r>
      <w:r>
        <w:br/>
      </w:r>
      <w:r>
        <w:t xml:space="preserve">    (c) take on or adopt</w:t>
      </w:r>
    </w:p>
    <w:p>
      <w:pPr>
        <w:pStyle w:val="Compact"/>
        <w:numPr>
          <w:ilvl w:val="0"/>
          <w:numId w:val="1001"/>
        </w:numPr>
      </w:pPr>
      <w:r>
        <w:rPr>
          <w:b/>
          <w:bCs/>
        </w:rPr>
        <w:t xml:space="preserve">his love for sowing dissensions and scattering</w:t>
      </w:r>
      <w:r>
        <w:rPr>
          <w:b/>
          <w:bCs/>
        </w:rPr>
        <w:t xml:space="preserve"> </w:t>
      </w:r>
      <w:r>
        <w:rPr>
          <w:b/>
          <w:bCs/>
          <w:u w:val="single"/>
        </w:rPr>
        <w:t xml:space="preserve">discord</w:t>
      </w:r>
      <w:r>
        <w:rPr>
          <w:b/>
          <w:bCs/>
        </w:rPr>
        <w:t xml:space="preserve"> </w:t>
      </w:r>
      <w:r>
        <w:rPr>
          <w:b/>
          <w:bCs/>
        </w:rPr>
        <w:t xml:space="preserve">everywhere</w:t>
      </w:r>
      <w:r>
        <w:br/>
      </w:r>
      <w:r>
        <w:t xml:space="preserve">    (a) design based on alphabetic letters; or adding such a design to something</w:t>
      </w:r>
      <w:r>
        <w:br/>
      </w:r>
      <w:r>
        <w:t xml:space="preserve">    (b) characterized by narrower parallel folds when closed and wider when open</w:t>
      </w:r>
      <w:r>
        <w:br/>
      </w:r>
      <w:r>
        <w:t xml:space="preserve">    (c) conflict and disagreement</w:t>
      </w:r>
    </w:p>
    <w:p>
      <w:pPr>
        <w:pStyle w:val="Compact"/>
        <w:numPr>
          <w:ilvl w:val="0"/>
          <w:numId w:val="1001"/>
        </w:numPr>
      </w:pPr>
      <w:r>
        <w:rPr>
          <w:b/>
          <w:bCs/>
        </w:rPr>
        <w:t xml:space="preserve">He then, finding himself so handled, by whom he knew not, raising himself up as well as he could, grappled with Maritornes, and he and she between them began the bitterest and</w:t>
      </w:r>
      <w:r>
        <w:rPr>
          <w:b/>
          <w:bCs/>
        </w:rPr>
        <w:t xml:space="preserve"> </w:t>
      </w:r>
      <w:r>
        <w:rPr>
          <w:b/>
          <w:bCs/>
          <w:u w:val="single"/>
        </w:rPr>
        <w:t xml:space="preserve">drollest</w:t>
      </w:r>
      <w:r>
        <w:rPr>
          <w:b/>
          <w:bCs/>
        </w:rPr>
        <w:t xml:space="preserve"> </w:t>
      </w:r>
      <w:r>
        <w:rPr>
          <w:b/>
          <w:bCs/>
        </w:rPr>
        <w:t xml:space="preserve">scrimmage in the world.</w:t>
      </w:r>
      <w:r>
        <w:br/>
      </w:r>
      <w:r>
        <w:t xml:space="preserve">    (a) feel or expresses regret for having done something wrong</w:t>
      </w:r>
      <w:r>
        <w:br/>
      </w:r>
      <w:r>
        <w:t xml:space="preserve">    (b) lie in such a way as to damage the reputation of another</w:t>
      </w:r>
      <w:r>
        <w:br/>
      </w:r>
      <w:r>
        <w:t xml:space="preserve">    (c) comical in an unusual way -- often clever and understated</w:t>
      </w:r>
    </w:p>
    <w:p>
      <w:pPr>
        <w:pStyle w:val="Compact"/>
        <w:numPr>
          <w:ilvl w:val="0"/>
          <w:numId w:val="1001"/>
        </w:numPr>
      </w:pPr>
      <w:r>
        <w:rPr>
          <w:b/>
          <w:bCs/>
        </w:rPr>
        <w:t xml:space="preserve">a very forbidding</w:t>
      </w:r>
      <w:r>
        <w:rPr>
          <w:b/>
          <w:bCs/>
        </w:rPr>
        <w:t xml:space="preserve"> </w:t>
      </w:r>
      <w:r>
        <w:rPr>
          <w:b/>
          <w:bCs/>
          <w:u w:val="single"/>
        </w:rPr>
        <w:t xml:space="preserve">countenance</w:t>
      </w:r>
      <w:r>
        <w:br/>
      </w:r>
      <w:r>
        <w:t xml:space="preserve">    (a) facial expression</w:t>
      </w:r>
      <w:r>
        <w:br/>
      </w:r>
      <w:r>
        <w:t xml:space="preserve">    (b) a secret agreement or plot</w:t>
      </w:r>
      <w:r>
        <w:br/>
      </w:r>
      <w:r>
        <w:t xml:space="preserve">    (c) the best or most important</w:t>
      </w:r>
    </w:p>
    <w:p>
      <w:pPr>
        <w:pStyle w:val="Compact"/>
        <w:numPr>
          <w:ilvl w:val="0"/>
          <w:numId w:val="1001"/>
        </w:numPr>
      </w:pPr>
      <w:r>
        <w:rPr>
          <w:b/>
          <w:bCs/>
        </w:rPr>
        <w:t xml:space="preserve">And here comes in at once the</w:t>
      </w:r>
      <w:r>
        <w:rPr>
          <w:b/>
          <w:bCs/>
        </w:rPr>
        <w:t xml:space="preserve"> </w:t>
      </w:r>
      <w:r>
        <w:rPr>
          <w:b/>
          <w:bCs/>
          <w:u w:val="single"/>
        </w:rPr>
        <w:t xml:space="preserve">bestowal</w:t>
      </w:r>
      <w:r>
        <w:rPr>
          <w:b/>
          <w:bCs/>
        </w:rPr>
        <w:t xml:space="preserve"> </w:t>
      </w:r>
      <w:r>
        <w:rPr>
          <w:b/>
          <w:bCs/>
        </w:rPr>
        <w:t xml:space="preserve">of rewards upon his squire and all who have aided him in rising to so exalted a rank.</w:t>
      </w:r>
      <w:r>
        <w:br/>
      </w:r>
      <w:r>
        <w:t xml:space="preserve">    (a) related to a religion founded in Persia in the 6th century BC</w:t>
      </w:r>
      <w:r>
        <w:br/>
      </w:r>
      <w:r>
        <w:t xml:space="preserve">    (b) a reproductive cell with half the usual number of chromosomes</w:t>
      </w:r>
      <w:r>
        <w:br/>
      </w:r>
      <w:r>
        <w:t xml:space="preserve">    (c) to give -- typically to present as an honor or give as a gift</w:t>
      </w:r>
    </w:p>
    <w:p>
      <w:pPr>
        <w:pStyle w:val="Compact"/>
        <w:numPr>
          <w:ilvl w:val="0"/>
          <w:numId w:val="1001"/>
        </w:numPr>
      </w:pPr>
      <w:r>
        <w:rPr>
          <w:b/>
          <w:bCs/>
        </w:rPr>
        <w:t xml:space="preserve">I opened it with fear and trepidation, persuaded that it must be something serious that had</w:t>
      </w:r>
      <w:r>
        <w:rPr>
          <w:b/>
          <w:bCs/>
        </w:rPr>
        <w:t xml:space="preserve"> </w:t>
      </w:r>
      <w:r>
        <w:rPr>
          <w:b/>
          <w:bCs/>
          <w:u w:val="single"/>
        </w:rPr>
        <w:t xml:space="preserve">impelled</w:t>
      </w:r>
      <w:r>
        <w:rPr>
          <w:b/>
          <w:bCs/>
        </w:rPr>
        <w:t xml:space="preserve"> </w:t>
      </w:r>
      <w:r>
        <w:rPr>
          <w:b/>
          <w:bCs/>
        </w:rPr>
        <w:t xml:space="preserve">her to write to me when at a distance, as she seldom did so when I was near.</w:t>
      </w:r>
      <w:r>
        <w:br/>
      </w:r>
      <w:r>
        <w:t xml:space="preserve">    (a) made appropriate in size, amount, or degree</w:t>
      </w:r>
      <w:r>
        <w:br/>
      </w:r>
      <w:r>
        <w:t xml:space="preserve">    (b) concentrated, look at, or paid attention to</w:t>
      </w:r>
      <w:r>
        <w:br/>
      </w:r>
      <w:r>
        <w:t xml:space="preserve">    (c) to make someone feel they must do something</w:t>
      </w:r>
    </w:p>
    <w:p>
      <w:pPr>
        <w:pStyle w:val="Compact"/>
        <w:numPr>
          <w:ilvl w:val="0"/>
          <w:numId w:val="1001"/>
        </w:numPr>
      </w:pPr>
      <w:r>
        <w:rPr>
          <w:b/>
          <w:bCs/>
        </w:rPr>
        <w:t xml:space="preserve">Know you not, lout,</w:t>
      </w:r>
      <w:r>
        <w:rPr>
          <w:b/>
          <w:bCs/>
        </w:rPr>
        <w:t xml:space="preserve"> </w:t>
      </w:r>
      <w:r>
        <w:rPr>
          <w:b/>
          <w:bCs/>
          <w:u w:val="single"/>
        </w:rPr>
        <w:t xml:space="preserve">vagabond</w:t>
      </w:r>
      <w:r>
        <w:rPr>
          <w:b/>
          <w:bCs/>
        </w:rPr>
        <w:t xml:space="preserve">, beggar, that were it not for the might that she infuses into my arm I should not have strength enough to kill a flea?</w:t>
      </w:r>
      <w:r>
        <w:br/>
      </w:r>
      <w:r>
        <w:t xml:space="preserve">    (a) feel angry or unhappy about having to accept something not liked</w:t>
      </w:r>
      <w:r>
        <w:br/>
      </w:r>
      <w:r>
        <w:t xml:space="preserve">    (b) a person who wanders from town to town with no fixed home or job</w:t>
      </w:r>
      <w:r>
        <w:br/>
      </w:r>
      <w:r>
        <w:t xml:space="preserve">    (c) accept something undesired as unavoidable or the lesser of evils</w:t>
      </w:r>
    </w:p>
    <w:p>
      <w:pPr>
        <w:pStyle w:val="Compact"/>
        <w:numPr>
          <w:ilvl w:val="0"/>
          <w:numId w:val="1001"/>
        </w:numPr>
      </w:pPr>
      <w:r>
        <w:rPr>
          <w:b/>
          <w:bCs/>
        </w:rPr>
        <w:t xml:space="preserve">Lothario replied that now he had begun he would carry on the undertaking to the end, though he perceived he was to come out of it wearied and</w:t>
      </w:r>
      <w:r>
        <w:rPr>
          <w:b/>
          <w:bCs/>
        </w:rPr>
        <w:t xml:space="preserve"> </w:t>
      </w:r>
      <w:r>
        <w:rPr>
          <w:b/>
          <w:bCs/>
          <w:u w:val="single"/>
        </w:rPr>
        <w:t xml:space="preserve">vanquished</w:t>
      </w:r>
      <w:r>
        <w:rPr>
          <w:b/>
          <w:bCs/>
        </w:rPr>
        <w:t xml:space="preserve">.</w:t>
      </w:r>
      <w:r>
        <w:br/>
      </w:r>
      <w:r>
        <w:t xml:space="preserve">    (a) nervous or confused</w:t>
      </w:r>
      <w:r>
        <w:br/>
      </w:r>
      <w:r>
        <w:t xml:space="preserve">    (b) completely defeated</w:t>
      </w:r>
      <w:r>
        <w:br/>
      </w:r>
      <w:r>
        <w:t xml:space="preserve">    (c) excessively excited</w:t>
      </w:r>
    </w:p>
    <w:p>
      <w:pPr>
        <w:pStyle w:val="Compact"/>
        <w:numPr>
          <w:ilvl w:val="0"/>
          <w:numId w:val="1001"/>
        </w:numPr>
      </w:pPr>
      <w:r>
        <w:rPr>
          <w:b/>
          <w:bCs/>
        </w:rPr>
        <w:t xml:space="preserve">This</w:t>
      </w:r>
      <w:r>
        <w:rPr>
          <w:b/>
          <w:bCs/>
        </w:rPr>
        <w:t xml:space="preserve"> </w:t>
      </w:r>
      <w:r>
        <w:rPr>
          <w:b/>
          <w:bCs/>
          <w:u w:val="single"/>
        </w:rPr>
        <w:t xml:space="preserve">however</w:t>
      </w:r>
      <w:r>
        <w:rPr>
          <w:b/>
          <w:bCs/>
        </w:rPr>
        <w:t xml:space="preserve"> </w:t>
      </w:r>
      <w:r>
        <w:rPr>
          <w:b/>
          <w:bCs/>
        </w:rPr>
        <w:t xml:space="preserve">he could get over by arranging with a Tagarin Moor to go shares with him in the purchase of the vessel, and in the profit on the cargo; and under cover of this he could become master of the vessel, in which case he looked upon all the rest as accomplished.</w:t>
      </w:r>
      <w:r>
        <w:br/>
      </w:r>
      <w:r>
        <w:t xml:space="preserve">    (a) therefore (for that reason)</w:t>
      </w:r>
      <w:r>
        <w:br/>
      </w:r>
      <w:r>
        <w:t xml:space="preserve">    (b) though (used to connect contrasting ideas)</w:t>
      </w:r>
      <w:r>
        <w:br/>
      </w:r>
      <w:r>
        <w:t xml:space="preserve">    (c) in keeping with or in agreement with what was just stated</w:t>
      </w:r>
    </w:p>
    <w:p>
      <w:pPr>
        <w:pStyle w:val="Compact"/>
        <w:numPr>
          <w:ilvl w:val="0"/>
          <w:numId w:val="1001"/>
        </w:numPr>
      </w:pPr>
      <w:r>
        <w:rPr>
          <w:b/>
          <w:bCs/>
        </w:rPr>
        <w:t xml:space="preserve">uphold the right, the truth, and true</w:t>
      </w:r>
      <w:r>
        <w:rPr>
          <w:b/>
          <w:bCs/>
        </w:rPr>
        <w:t xml:space="preserve"> </w:t>
      </w:r>
      <w:r>
        <w:rPr>
          <w:b/>
          <w:bCs/>
          <w:u w:val="single"/>
        </w:rPr>
        <w:t xml:space="preserve">chivalry</w:t>
      </w:r>
      <w:r>
        <w:rPr>
          <w:b/>
          <w:bCs/>
        </w:rPr>
        <w:t xml:space="preserve">!</w:t>
      </w:r>
      <w:r>
        <w:br/>
      </w:r>
      <w:r>
        <w:t xml:space="preserve">    (a) popular art movement of late 19th century French painters who used dabs of color to give an impression of their subject rather than a photographic-like depiction</w:t>
      </w:r>
      <w:r>
        <w:br/>
      </w:r>
      <w:r>
        <w:t xml:space="preserve">    (b) the medieval principles governing knighthood and knightly conduct such as honor, kindness, bravery, and protection of the weak</w:t>
      </w:r>
      <w:r>
        <w:br/>
      </w:r>
      <w:r>
        <w:t xml:space="preserve">    (c) the process of replacing what was used up  OR  the process of restoring to a previous condition  OR  (more rarely) materials that replaced what was used up</w:t>
      </w:r>
    </w:p>
    <w:p>
      <w:pPr>
        <w:pStyle w:val="Compact"/>
        <w:numPr>
          <w:ilvl w:val="0"/>
          <w:numId w:val="1001"/>
        </w:numPr>
      </w:pPr>
      <w:r>
        <w:rPr>
          <w:b/>
          <w:bCs/>
        </w:rPr>
        <w:t xml:space="preserve">—that if they</w:t>
      </w:r>
      <w:r>
        <w:rPr>
          <w:b/>
          <w:bCs/>
        </w:rPr>
        <w:t xml:space="preserve"> </w:t>
      </w:r>
      <w:r>
        <w:rPr>
          <w:b/>
          <w:bCs/>
          <w:u w:val="single"/>
        </w:rPr>
        <w:t xml:space="preserve">perceive</w:t>
      </w:r>
      <w:r>
        <w:rPr>
          <w:b/>
          <w:bCs/>
        </w:rPr>
        <w:t xml:space="preserve"> </w:t>
      </w:r>
      <w:r>
        <w:rPr>
          <w:b/>
          <w:bCs/>
        </w:rPr>
        <w:t xml:space="preserve">thee to be a coarse clown or a dull blockhead, they will suspect me to be some impostor or swindler?</w:t>
      </w:r>
      <w:r>
        <w:br/>
      </w:r>
      <w:r>
        <w:t xml:space="preserve">    (a) suntanned; or reddish-brown or yellowish-brown in color</w:t>
      </w:r>
      <w:r>
        <w:br/>
      </w:r>
      <w:r>
        <w:t xml:space="preserve">    (b) not feeling or showing sympathy for another's suffering</w:t>
      </w:r>
      <w:r>
        <w:br/>
      </w:r>
      <w:r>
        <w:t xml:space="preserve">    (c) view in a certain way (so as to form a belief or opinion)</w:t>
      </w:r>
    </w:p>
    <w:p>
      <w:pPr>
        <w:pStyle w:val="Compact"/>
        <w:numPr>
          <w:ilvl w:val="0"/>
          <w:numId w:val="1001"/>
        </w:numPr>
      </w:pPr>
      <w:r>
        <w:rPr>
          <w:b/>
          <w:bCs/>
        </w:rPr>
        <w:t xml:space="preserve">They put the surcoat on him, and on the back, without his</w:t>
      </w:r>
      <w:r>
        <w:rPr>
          <w:b/>
          <w:bCs/>
        </w:rPr>
        <w:t xml:space="preserve"> </w:t>
      </w:r>
      <w:r>
        <w:rPr>
          <w:b/>
          <w:bCs/>
          <w:u w:val="single"/>
        </w:rPr>
        <w:t xml:space="preserve">perceiving</w:t>
      </w:r>
      <w:r>
        <w:rPr>
          <w:b/>
          <w:bCs/>
        </w:rPr>
        <w:t xml:space="preserve"> </w:t>
      </w:r>
      <w:r>
        <w:rPr>
          <w:b/>
          <w:bCs/>
        </w:rPr>
        <w:t xml:space="preserve">it, they stitched a parchment on which they wrote in large letters, "This is Don Quixote of La Mancha."</w:t>
      </w:r>
      <w:r>
        <w:br/>
      </w:r>
      <w:r>
        <w:t xml:space="preserve">    (a) telling (a story)</w:t>
      </w:r>
      <w:r>
        <w:br/>
      </w:r>
      <w:r>
        <w:t xml:space="preserve">    (b) being aware of</w:t>
      </w:r>
      <w:r>
        <w:br/>
      </w:r>
      <w:r>
        <w:t xml:space="preserve">    (c) causing suffering</w:t>
      </w:r>
    </w:p>
    <w:p>
      <w:pPr>
        <w:pStyle w:val="Compact"/>
        <w:numPr>
          <w:ilvl w:val="0"/>
          <w:numId w:val="1001"/>
        </w:numPr>
      </w:pPr>
      <w:r>
        <w:rPr>
          <w:b/>
          <w:bCs/>
        </w:rPr>
        <w:t xml:space="preserve">The</w:t>
      </w:r>
      <w:r>
        <w:rPr>
          <w:b/>
          <w:bCs/>
        </w:rPr>
        <w:t xml:space="preserve"> </w:t>
      </w:r>
      <w:r>
        <w:rPr>
          <w:b/>
          <w:bCs/>
          <w:u w:val="single"/>
        </w:rPr>
        <w:t xml:space="preserve">ecclesiastic</w:t>
      </w:r>
      <w:r>
        <w:rPr>
          <w:b/>
          <w:bCs/>
        </w:rPr>
        <w:t xml:space="preserve"> </w:t>
      </w:r>
      <w:r>
        <w:rPr>
          <w:b/>
          <w:bCs/>
        </w:rPr>
        <w:t xml:space="preserve">took his seat opposite to him, and the duke and duchess those at the sides.</w:t>
      </w:r>
      <w:r>
        <w:br/>
      </w:r>
      <w:r>
        <w:t xml:space="preserve">    (a) associated with a church</w:t>
      </w:r>
      <w:r>
        <w:br/>
      </w:r>
      <w:r>
        <w:t xml:space="preserve">    (b) a positively charged ion</w:t>
      </w:r>
      <w:r>
        <w:br/>
      </w:r>
      <w:r>
        <w:t xml:space="preserve">    (c) social event or ceremony</w:t>
      </w:r>
    </w:p>
    <w:p>
      <w:pPr>
        <w:pStyle w:val="Compact"/>
        <w:numPr>
          <w:ilvl w:val="0"/>
          <w:numId w:val="1001"/>
        </w:numPr>
      </w:pPr>
      <w:r>
        <w:rPr>
          <w:b/>
          <w:bCs/>
        </w:rPr>
        <w:t xml:space="preserve">I want your worship to take it upon yourself to redress this wrong either by</w:t>
      </w:r>
      <w:r>
        <w:rPr>
          <w:b/>
          <w:bCs/>
        </w:rPr>
        <w:t xml:space="preserve"> </w:t>
      </w:r>
      <w:r>
        <w:rPr>
          <w:b/>
          <w:bCs/>
          <w:u w:val="single"/>
        </w:rPr>
        <w:t xml:space="preserve">entreaty</w:t>
      </w:r>
      <w:r>
        <w:rPr>
          <w:b/>
          <w:bCs/>
        </w:rPr>
        <w:t xml:space="preserve"> </w:t>
      </w:r>
      <w:r>
        <w:rPr>
          <w:b/>
          <w:bCs/>
        </w:rPr>
        <w:t xml:space="preserve">or by arms;</w:t>
      </w:r>
      <w:r>
        <w:br/>
      </w:r>
      <w:r>
        <w:t xml:space="preserve">    (a) earnest request</w:t>
      </w:r>
      <w:r>
        <w:br/>
      </w:r>
      <w:r>
        <w:t xml:space="preserve">    (b) untied or released</w:t>
      </w:r>
      <w:r>
        <w:br/>
      </w:r>
      <w:r>
        <w:t xml:space="preserve">    (c) easily set on fire</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2026-07-31T14:32:36Z</dcterms:created>
  <dcterms:modified xsi:type="dcterms:W3CDTF">2026-07-31T14:32:36Z</dcterms:modified>
</cp:coreProperties>
</file>

<file path=docProps/custom.xml><?xml version="1.0" encoding="utf-8"?>
<Properties xmlns="http://schemas.openxmlformats.org/officeDocument/2006/custom-properties" xmlns:vt="http://schemas.openxmlformats.org/officeDocument/2006/docPropsVTypes"/>
</file>