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446af51ebaa4d206baeb3c8104538b6f207dc59"/>
    <w:p>
      <w:pPr>
        <w:pStyle w:val="Heading1"/>
      </w:pPr>
      <w:r>
        <w:rPr>
          <w:b/>
          <w:bCs/>
        </w:rPr>
        <w:t xml:space="preserve">Doctor Zhivago</w:t>
      </w:r>
      <w:r>
        <w:br/>
      </w:r>
      <w:r>
        <w:rPr>
          <w:i/>
          <w:iCs/>
        </w:rPr>
        <w:t xml:space="preserve">Boris Pasternak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raised his head and from his vantage point absently glanced about the bare autumn landscape and the domes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monastery</w:t>
      </w:r>
      <w:r>
        <w:rPr>
          <w:b/>
          <w:bCs/>
        </w:rPr>
        <w:t xml:space="preserve">.</w:t>
      </w:r>
      <w:r>
        <w:br/>
      </w:r>
      <w:r>
        <w:t xml:space="preserve">    (a) the residence of a religious community</w:t>
      </w:r>
      <w:r>
        <w:br/>
      </w:r>
      <w:r>
        <w:t xml:space="preserve">    (b) dense, rainy forest with many species</w:t>
      </w:r>
      <w:r>
        <w:br/>
      </w:r>
      <w:r>
        <w:t xml:space="preserve">    (c) island (that is made of a coral reef)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peasant</w:t>
      </w:r>
      <w:r>
        <w:rPr>
          <w:b/>
          <w:bCs/>
        </w:rPr>
        <w:t xml:space="preserve"> </w:t>
      </w:r>
      <w:r>
        <w:rPr>
          <w:b/>
          <w:bCs/>
        </w:rPr>
        <w:t xml:space="preserve">woman began to wail.</w:t>
      </w:r>
      <w:r>
        <w:br/>
      </w:r>
      <w:r>
        <w:t xml:space="preserve">    (a) relating to an artistic movement pioneered by Pablo Picasso and Georges Braque that featured surfaces of geometrical planes to depict three-dimensional organic forms</w:t>
      </w:r>
      <w:r>
        <w:br/>
      </w:r>
      <w:r>
        <w:t xml:space="preserve">    (b) used historically or possibly in relation to a very poor country:  a person of low income, education, and social standing -- especially one who raises crops or livestock</w:t>
      </w:r>
      <w:r>
        <w:br/>
      </w:r>
      <w:r>
        <w:t xml:space="preserve">    (c) someone who walks slowly without definite direction  OR  someone who writes or talks without definite direction (changing subjects or rambling rather than in a purposeful direct way)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Only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superfluous</w:t>
      </w:r>
      <w:r>
        <w:rPr>
          <w:b/>
          <w:bCs/>
        </w:rPr>
        <w:t xml:space="preserve"> </w:t>
      </w:r>
      <w:r>
        <w:rPr>
          <w:b/>
          <w:bCs/>
        </w:rPr>
        <w:t xml:space="preserve">is sordid.</w:t>
      </w:r>
      <w:r>
        <w:br/>
      </w:r>
      <w:r>
        <w:t xml:space="preserve">    (a) more than is needed, desired, or required</w:t>
      </w:r>
      <w:r>
        <w:br/>
      </w:r>
      <w:r>
        <w:t xml:space="preserve">    (b) without purpose, job, or natural activity</w:t>
      </w:r>
      <w:r>
        <w:br/>
      </w:r>
      <w:r>
        <w:t xml:space="preserve">    (c) the quality of being sensible and careful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two boys were playing the most terrible and adult of games, war;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moreover</w:t>
      </w:r>
      <w:r>
        <w:rPr>
          <w:b/>
          <w:bCs/>
        </w:rPr>
        <w:t xml:space="preserve">, participation in this particular war was punishable by deportation and hanging.</w:t>
      </w:r>
      <w:r>
        <w:br/>
      </w:r>
      <w:r>
        <w:t xml:space="preserve">    (a) even though -- used to connect contrasting ideas</w:t>
      </w:r>
      <w:r>
        <w:br/>
      </w:r>
      <w:r>
        <w:t xml:space="preserve">    (b) despite that (used to connect contrasting ideas)</w:t>
      </w:r>
      <w:r>
        <w:br/>
      </w:r>
      <w:r>
        <w:t xml:space="preserve">    (c) in addition to what has just been said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 </w:t>
      </w:r>
      <w:r>
        <w:rPr>
          <w:b/>
          <w:bCs/>
        </w:rPr>
        <w:t xml:space="preserve">much Filat tried to convince them to the contrary, Lara and Amalia Karlovna insisted that the shots were blanks.</w:t>
      </w:r>
      <w:r>
        <w:br/>
      </w:r>
      <w:r>
        <w:t xml:space="preserve">    (a) people who are good at or spend much time studying, thinking, and reasoning</w:t>
      </w:r>
      <w:r>
        <w:br/>
      </w:r>
      <w:r>
        <w:t xml:space="preserve">    (b) aka analysis -- psychiatric treatment; or a theory of psychiatric treatment</w:t>
      </w:r>
      <w:r>
        <w:br/>
      </w:r>
      <w:r>
        <w:t xml:space="preserve">    (c) regardless of how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forest,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, well rid of him, flourished proudly in freedom as though released from captivity.</w:t>
      </w:r>
      <w:r>
        <w:br/>
      </w:r>
      <w:r>
        <w:t xml:space="preserve">    (a) therefore (for that reason)</w:t>
      </w:r>
      <w:r>
        <w:br/>
      </w:r>
      <w:r>
        <w:t xml:space="preserve">    (b) though (used to connect contrasting ideas)</w:t>
      </w:r>
      <w:r>
        <w:br/>
      </w:r>
      <w:r>
        <w:t xml:space="preserve">    (c) in keeping with or in agreement with what was just stated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did this by saying unpleasant things to each other, their conversation becoming increasingly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caustic</w:t>
      </w:r>
      <w:r>
        <w:rPr>
          <w:b/>
          <w:bCs/>
        </w:rPr>
        <w:t xml:space="preserve"> </w:t>
      </w:r>
      <w:r>
        <w:rPr>
          <w:b/>
          <w:bCs/>
        </w:rPr>
        <w:t xml:space="preserve">until an emotional storm burst and soon ended in tears and a reconciliation.</w:t>
      </w:r>
      <w:r>
        <w:br/>
      </w:r>
      <w:r>
        <w:t xml:space="preserve">    (a) not mirroring back (an image)</w:t>
      </w:r>
      <w:r>
        <w:br/>
      </w:r>
      <w:r>
        <w:t xml:space="preserve">    (b) harsh or critical</w:t>
      </w:r>
      <w:r>
        <w:br/>
      </w:r>
      <w:r>
        <w:t xml:space="preserve">    (c) in the way mentioned or shown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With a passionate haste, she looked around her at the crowd, with eyes as smarting, unseeing, and tearful as if an oculist had put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caustic</w:t>
      </w:r>
      <w:r>
        <w:rPr>
          <w:b/>
          <w:bCs/>
        </w:rPr>
        <w:t xml:space="preserve"> </w:t>
      </w:r>
      <w:r>
        <w:rPr>
          <w:b/>
          <w:bCs/>
        </w:rPr>
        <w:t xml:space="preserve">eye-drops into them, and all the people began to move, shuffle, and walk out of the room, leaving her at last alone, behind half-closed doors.</w:t>
      </w:r>
      <w:r>
        <w:br/>
      </w:r>
      <w:r>
        <w:t xml:space="preserve">    (a) damaging or harsh</w:t>
      </w:r>
      <w:r>
        <w:br/>
      </w:r>
      <w:r>
        <w:t xml:space="preserve">    (b) easily set on fire</w:t>
      </w:r>
      <w:r>
        <w:br/>
      </w:r>
      <w:r>
        <w:t xml:space="preserve">    (c) untied or released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Alexander Alexandrovich turned, gave her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reproachful</w:t>
      </w:r>
      <w:r>
        <w:rPr>
          <w:b/>
          <w:bCs/>
        </w:rPr>
        <w:t xml:space="preserve"> </w:t>
      </w:r>
      <w:r>
        <w:rPr>
          <w:b/>
          <w:bCs/>
        </w:rPr>
        <w:t xml:space="preserve">look, and shrugged his shoulders, but she stood her ground.</w:t>
      </w:r>
      <w:r>
        <w:br/>
      </w:r>
      <w:r>
        <w:t xml:space="preserve">    (a) without boundaries or limits</w:t>
      </w:r>
      <w:r>
        <w:br/>
      </w:r>
      <w:r>
        <w:t xml:space="preserve">    (b) critical (full of criticism)</w:t>
      </w:r>
      <w:r>
        <w:br/>
      </w:r>
      <w:r>
        <w:t xml:space="preserve">    (c) not good at making decisions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was even more important than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liberate</w:t>
      </w:r>
      <w:r>
        <w:rPr>
          <w:b/>
          <w:bCs/>
        </w:rPr>
        <w:t xml:space="preserve"> </w:t>
      </w:r>
      <w:r>
        <w:rPr>
          <w:b/>
          <w:bCs/>
        </w:rPr>
        <w:t xml:space="preserve">himself.</w:t>
      </w:r>
      <w:r>
        <w:br/>
      </w:r>
      <w:r>
        <w:t xml:space="preserve">    (a) set free</w:t>
      </w:r>
      <w:r>
        <w:br/>
      </w:r>
      <w:r>
        <w:t xml:space="preserve">    (b) disagree</w:t>
      </w:r>
      <w:r>
        <w:br/>
      </w:r>
      <w:r>
        <w:t xml:space="preserve">    (c) subtract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Suddenly her face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distorted</w:t>
      </w:r>
      <w:r>
        <w:rPr>
          <w:b/>
          <w:bCs/>
        </w:rPr>
        <w:t xml:space="preserve"> </w:t>
      </w:r>
      <w:r>
        <w:rPr>
          <w:b/>
          <w:bCs/>
        </w:rPr>
        <w:t xml:space="preserve">with horror.</w:t>
      </w:r>
      <w:r>
        <w:br/>
      </w:r>
      <w:r>
        <w:t xml:space="preserve">    (a) altered in an unnatural or untrue way</w:t>
      </w:r>
      <w:r>
        <w:br/>
      </w:r>
      <w:r>
        <w:t xml:space="preserve">    (b) said (or make a sound) with the voice</w:t>
      </w:r>
      <w:r>
        <w:br/>
      </w:r>
      <w:r>
        <w:t xml:space="preserve">    (c) genetically changed through evolution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the fall of the Zybushino republic, the Meliuzeievo Executive Committee launched a campaign against the local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anarchistic</w:t>
      </w:r>
      <w:r>
        <w:rPr>
          <w:b/>
          <w:bCs/>
        </w:rPr>
        <w:t xml:space="preserve"> </w:t>
      </w:r>
      <w:r>
        <w:rPr>
          <w:b/>
          <w:bCs/>
        </w:rPr>
        <w:t xml:space="preserve">tendencies.</w:t>
      </w:r>
      <w:r>
        <w:br/>
      </w:r>
      <w:r>
        <w:t xml:space="preserve">    (a) in a manner of accepting something as true (without proof)</w:t>
      </w:r>
      <w:r>
        <w:br/>
      </w:r>
      <w:r>
        <w:t xml:space="preserve">    (b) relating separately to the people or things just mentioned</w:t>
      </w:r>
      <w:r>
        <w:br/>
      </w:r>
      <w:r>
        <w:t xml:space="preserve">    (c) someone who favors eliminating all government or authority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sentry</w:t>
      </w:r>
      <w:r>
        <w:rPr>
          <w:b/>
          <w:bCs/>
        </w:rPr>
        <w:t xml:space="preserve"> </w:t>
      </w:r>
      <w:r>
        <w:rPr>
          <w:b/>
          <w:bCs/>
        </w:rPr>
        <w:t xml:space="preserve">with a rifle was on duty by this pile; he paced up and down the yard and occasionally went out into the street.</w:t>
      </w:r>
      <w:r>
        <w:br/>
      </w:r>
      <w:r>
        <w:t xml:space="preserve">    (a) social event or ceremony</w:t>
      </w:r>
      <w:r>
        <w:br/>
      </w:r>
      <w:r>
        <w:t xml:space="preserve">    (b) someone who stands guard</w:t>
      </w:r>
      <w:r>
        <w:br/>
      </w:r>
      <w:r>
        <w:t xml:space="preserve">    (c) a positively charged 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explained with many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digressions</w:t>
      </w:r>
      <w:r>
        <w:rPr>
          <w:b/>
          <w:bCs/>
        </w:rPr>
        <w:t xml:space="preserve"> </w:t>
      </w:r>
      <w:r>
        <w:rPr>
          <w:b/>
          <w:bCs/>
        </w:rPr>
        <w:t xml:space="preserve">that they had recently bought an antique clock.</w:t>
      </w:r>
      <w:r>
        <w:br/>
      </w:r>
      <w:r>
        <w:t xml:space="preserve">    (a) instances of donating one's income to a church; or the gifts given</w:t>
      </w:r>
      <w:r>
        <w:br/>
      </w:r>
      <w:r>
        <w:t xml:space="preserve">    (b) fixed values or limits that establish how something should be done</w:t>
      </w:r>
      <w:r>
        <w:br/>
      </w:r>
      <w:r>
        <w:t xml:space="preserve">    (c) wanderings from a direct or straight course -- especially verbally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 tell me my ideas don't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correspond</w:t>
      </w:r>
      <w:r>
        <w:rPr>
          <w:b/>
          <w:bCs/>
        </w:rPr>
        <w:t xml:space="preserve"> </w:t>
      </w:r>
      <w:r>
        <w:rPr>
          <w:b/>
          <w:bCs/>
        </w:rPr>
        <w:t xml:space="preserve">to reality.</w:t>
      </w:r>
      <w:r>
        <w:br/>
      </w:r>
      <w:r>
        <w:t xml:space="preserve">    (a) to stick out, attract more attention than desired, or impose on others</w:t>
      </w:r>
      <w:r>
        <w:br/>
      </w:r>
      <w:r>
        <w:t xml:space="preserve">    (b) connect or fit with</w:t>
      </w:r>
      <w:r>
        <w:br/>
      </w:r>
      <w:r>
        <w:t xml:space="preserve">    (c) speak in a manner that does not clearly express an opinion or decision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used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correspond</w:t>
      </w:r>
      <w:r>
        <w:rPr>
          <w:b/>
          <w:bCs/>
        </w:rPr>
        <w:t xml:space="preserve"> </w:t>
      </w:r>
      <w:r>
        <w:rPr>
          <w:b/>
          <w:bCs/>
        </w:rPr>
        <w:t xml:space="preserve">with them, you know, after I got back to Moscow, and then they suddenly stopped writing.</w:t>
      </w:r>
      <w:r>
        <w:br/>
      </w:r>
      <w:r>
        <w:t xml:space="preserve">    (a) something that is necessary for something else</w:t>
      </w:r>
      <w:r>
        <w:br/>
      </w:r>
      <w:r>
        <w:t xml:space="preserve">    (b) exchange letters through the mail</w:t>
      </w:r>
      <w:r>
        <w:br/>
      </w:r>
      <w:r>
        <w:t xml:space="preserve">    (c) a slight amount; or to contain a slight amount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 origin is even more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proletarian</w:t>
      </w:r>
      <w:r>
        <w:rPr>
          <w:b/>
          <w:bCs/>
        </w:rPr>
        <w:t xml:space="preserve"> </w:t>
      </w:r>
      <w:r>
        <w:rPr>
          <w:b/>
          <w:bCs/>
        </w:rPr>
        <w:t xml:space="preserve">than mine.</w:t>
      </w:r>
      <w:r>
        <w:br/>
      </w:r>
      <w:r>
        <w:t xml:space="preserve">    (a) a social class consisting of those who must work for wages to support themselves</w:t>
      </w:r>
      <w:r>
        <w:br/>
      </w:r>
      <w:r>
        <w:t xml:space="preserve">    (b) basketball position noted for a versatile player who can play inside and outside</w:t>
      </w:r>
      <w:r>
        <w:br/>
      </w:r>
      <w:r>
        <w:t xml:space="preserve">    (c) the act of move something out of an interacting position; or the act of stopping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foal</w:t>
      </w:r>
      <w:r>
        <w:rPr>
          <w:b/>
          <w:bCs/>
        </w:rPr>
        <w:t xml:space="preserve">, with a short, curly mane, and black as night, like a painted toy, ran after its mother kicking out its soft-boned legs.</w:t>
      </w:r>
      <w:r>
        <w:br/>
      </w:r>
      <w:r>
        <w:t xml:space="preserve">    (a) a young horse; or giving birth to a young horse</w:t>
      </w:r>
      <w:r>
        <w:br/>
      </w:r>
      <w:r>
        <w:t xml:space="preserve">    (b) give an opinion of what is wrong with something</w:t>
      </w:r>
      <w:r>
        <w:br/>
      </w:r>
      <w:r>
        <w:t xml:space="preserve">    (c) mark important text; or the text that is marked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a result, his feeling, still pulsing and warm, was gradually eliminated from his poems, and romantic morbidity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yielded</w:t>
      </w:r>
      <w:r>
        <w:rPr>
          <w:b/>
          <w:bCs/>
        </w:rPr>
        <w:t xml:space="preserve"> </w:t>
      </w:r>
      <w:r>
        <w:rPr>
          <w:b/>
          <w:bCs/>
        </w:rPr>
        <w:t xml:space="preserve">to a broad and serene vision that lifted the particular to the level of the universal and familiar.</w:t>
      </w:r>
      <w:r>
        <w:br/>
      </w:r>
      <w:r>
        <w:t xml:space="preserve">    (a) gave in, gave way, or gave up</w:t>
      </w:r>
      <w:r>
        <w:br/>
      </w:r>
      <w:r>
        <w:t xml:space="preserve">    (b) with rises and falls in pitch</w:t>
      </w:r>
      <w:r>
        <w:br/>
      </w:r>
      <w:r>
        <w:t xml:space="preserve">    (c) embarrassed or self-conscious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Leaning against an upright at the entrance, I strain to make the far-off echo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</w:t>
      </w:r>
      <w:r>
        <w:rPr>
          <w:b/>
          <w:bCs/>
        </w:rPr>
        <w:t xml:space="preserve"> </w:t>
      </w:r>
      <w:r>
        <w:rPr>
          <w:b/>
          <w:bCs/>
        </w:rPr>
        <w:t xml:space="preserve">A cue to the events that may come in my day.</w:t>
      </w:r>
      <w:r>
        <w:br/>
      </w:r>
      <w:r>
        <w:t xml:space="preserve">    (a) produce or give</w:t>
      </w:r>
      <w:r>
        <w:br/>
      </w:r>
      <w:r>
        <w:t xml:space="preserve">    (b) think deeply or carefully about</w:t>
      </w:r>
      <w:r>
        <w:br/>
      </w:r>
      <w:r>
        <w:t xml:space="preserve">    (c) stop (something from happening)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2026-07-31T17:23:38Z</dcterms:created>
  <dcterms:modified xsi:type="dcterms:W3CDTF">2026-07-31T17:23:38Z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