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86b6d3351d1fbc99cac0e423d5d4c917e9836d"/>
    <w:p>
      <w:pPr>
        <w:pStyle w:val="Heading1"/>
      </w:pPr>
      <w:r>
        <w:rPr>
          <w:b/>
          <w:bCs/>
        </w:rPr>
        <w:t xml:space="preserve">Divergent</w:t>
      </w:r>
      <w:r>
        <w:br/>
      </w:r>
      <w:r>
        <w:rPr>
          <w:i/>
          <w:iCs/>
        </w:rPr>
        <w:t xml:space="preserve">Veronica Roth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room is decorated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abstract</w:t>
      </w:r>
      <w:r>
        <w:rPr>
          <w:b/>
          <w:bCs/>
        </w:rPr>
        <w:t xml:space="preserve"> </w:t>
      </w:r>
      <w:r>
        <w:rPr>
          <w:b/>
          <w:bCs/>
        </w:rPr>
        <w:t xml:space="preserve">art.</w:t>
      </w:r>
      <w:r>
        <w:br/>
      </w:r>
      <w:r>
        <w:t xml:space="preserve">    (a) not imitating objects of nature</w:t>
      </w:r>
      <w:r>
        <w:br/>
      </w:r>
      <w:r>
        <w:t xml:space="preserve">    (b) colorful</w:t>
      </w:r>
      <w:r>
        <w:br/>
      </w:r>
      <w:r>
        <w:t xml:space="preserve">    (c) seemingly real (like a photograph)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Let's think about how to best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allocate</w:t>
      </w:r>
      <w:r>
        <w:rPr>
          <w:b/>
          <w:bCs/>
        </w:rPr>
        <w:t xml:space="preserve"> </w:t>
      </w:r>
      <w:r>
        <w:rPr>
          <w:b/>
          <w:bCs/>
        </w:rPr>
        <w:t xml:space="preserve">time and resources.</w:t>
      </w:r>
      <w:r>
        <w:br/>
      </w:r>
      <w:r>
        <w:t xml:space="preserve">    (a) decide on a maximum amount of</w:t>
      </w:r>
      <w:r>
        <w:br/>
      </w:r>
      <w:r>
        <w:t xml:space="preserve">    (b) decide on a minimum amount of</w:t>
      </w:r>
      <w:r>
        <w:br/>
      </w:r>
      <w:r>
        <w:t xml:space="preserve">    (c) ration (distribute according to a plan)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put on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artificial</w:t>
      </w:r>
      <w:r>
        <w:rPr>
          <w:b/>
          <w:bCs/>
        </w:rPr>
        <w:t xml:space="preserve"> </w:t>
      </w:r>
      <w:r>
        <w:rPr>
          <w:b/>
          <w:bCs/>
        </w:rPr>
        <w:t xml:space="preserve">smile for the cameras while berating my performance.</w:t>
      </w:r>
      <w:r>
        <w:br/>
      </w:r>
      <w:r>
        <w:t xml:space="preserve">    (a) barely noticeable</w:t>
      </w:r>
      <w:r>
        <w:br/>
      </w:r>
      <w:r>
        <w:t xml:space="preserve">    (b) very large</w:t>
      </w:r>
      <w:r>
        <w:br/>
      </w:r>
      <w:r>
        <w:t xml:space="preserve">    (c) not sincere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earthquake left our pictures hanging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askew</w:t>
      </w:r>
      <w:r>
        <w:rPr>
          <w:b/>
          <w:bCs/>
        </w:rPr>
        <w:t xml:space="preserve">.</w:t>
      </w:r>
      <w:r>
        <w:br/>
      </w:r>
      <w:r>
        <w:t xml:space="preserve">    (a) alone</w:t>
      </w:r>
      <w:r>
        <w:br/>
      </w:r>
      <w:r>
        <w:t xml:space="preserve">    (b) crooked</w:t>
      </w:r>
      <w:r>
        <w:br/>
      </w:r>
      <w:r>
        <w:t xml:space="preserve">    (c) covered in dust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falling unemployment rate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bolstering</w:t>
      </w:r>
      <w:r>
        <w:rPr>
          <w:b/>
          <w:bCs/>
        </w:rPr>
        <w:t xml:space="preserve"> </w:t>
      </w:r>
      <w:r>
        <w:rPr>
          <w:b/>
          <w:bCs/>
        </w:rPr>
        <w:t xml:space="preserve">consumer confidence.</w:t>
      </w:r>
      <w:r>
        <w:br/>
      </w:r>
      <w:r>
        <w:t xml:space="preserve">    (a) confusing</w:t>
      </w:r>
      <w:r>
        <w:br/>
      </w:r>
      <w:r>
        <w:t xml:space="preserve">    (b) strengthening</w:t>
      </w:r>
      <w:r>
        <w:br/>
      </w:r>
      <w:r>
        <w:t xml:space="preserve">    (c) weakening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word "home" often carries a warm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connotation</w:t>
      </w:r>
      <w:r>
        <w:rPr>
          <w:b/>
          <w:bCs/>
        </w:rPr>
        <w:t xml:space="preserve"> </w:t>
      </w:r>
      <w:r>
        <w:rPr>
          <w:b/>
          <w:bCs/>
        </w:rPr>
        <w:t xml:space="preserve">of comfort and security.</w:t>
      </w:r>
      <w:r>
        <w:br/>
      </w:r>
      <w:r>
        <w:t xml:space="preserve">    (a) a suggested idea that goes beyond something's primary meaning</w:t>
      </w:r>
      <w:r>
        <w:br/>
      </w:r>
      <w:r>
        <w:t xml:space="preserve">    (b) an emotional reaction that directly stems from the word's sound</w:t>
      </w:r>
      <w:r>
        <w:br/>
      </w:r>
      <w:r>
        <w:t xml:space="preserve">    (c) a literal definition that exactly matches the word's main meaning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Despite her nervousness, her professional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demeanor</w:t>
      </w:r>
      <w:r>
        <w:rPr>
          <w:b/>
          <w:bCs/>
        </w:rPr>
        <w:t xml:space="preserve"> </w:t>
      </w:r>
      <w:r>
        <w:rPr>
          <w:b/>
          <w:bCs/>
        </w:rPr>
        <w:t xml:space="preserve">never wavered.</w:t>
      </w:r>
      <w:r>
        <w:br/>
      </w:r>
      <w:r>
        <w:t xml:space="preserve">    (a) work</w:t>
      </w:r>
      <w:r>
        <w:br/>
      </w:r>
      <w:r>
        <w:t xml:space="preserve">    (b) words</w:t>
      </w:r>
      <w:r>
        <w:br/>
      </w:r>
      <w:r>
        <w:t xml:space="preserve">    (c)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helped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diffuse</w:t>
      </w:r>
      <w:r>
        <w:rPr>
          <w:b/>
          <w:bCs/>
        </w:rPr>
        <w:t xml:space="preserve"> </w:t>
      </w:r>
      <w:r>
        <w:rPr>
          <w:b/>
          <w:bCs/>
        </w:rPr>
        <w:t xml:space="preserve">his ideas throughout the school.</w:t>
      </w:r>
      <w:r>
        <w:br/>
      </w:r>
      <w:r>
        <w:t xml:space="preserve">    (a) spread</w:t>
      </w:r>
      <w:r>
        <w:br/>
      </w:r>
      <w:r>
        <w:t xml:space="preserve">    (b) discourage</w:t>
      </w:r>
      <w:r>
        <w:br/>
      </w:r>
      <w:r>
        <w:t xml:space="preserve">    (c) improve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disparity</w:t>
      </w:r>
      <w:r>
        <w:rPr>
          <w:b/>
          <w:bCs/>
        </w:rPr>
        <w:t xml:space="preserve"> </w:t>
      </w:r>
      <w:r>
        <w:rPr>
          <w:b/>
          <w:bCs/>
        </w:rPr>
        <w:t xml:space="preserve">in access to education between urban and rural areas is a significant issue.</w:t>
      </w:r>
      <w:r>
        <w:br/>
      </w:r>
      <w:r>
        <w:t xml:space="preserve">    (a) difference</w:t>
      </w:r>
      <w:r>
        <w:br/>
      </w:r>
      <w:r>
        <w:t xml:space="preserve">    (b) agreement</w:t>
      </w:r>
      <w:r>
        <w:br/>
      </w:r>
      <w:r>
        <w:t xml:space="preserve">    (c) improvement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stunned by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duplicity</w:t>
      </w:r>
      <w:r>
        <w:rPr>
          <w:b/>
          <w:bCs/>
        </w:rPr>
        <w:t xml:space="preserve">. I really thought she loved me.</w:t>
      </w:r>
      <w:r>
        <w:br/>
      </w:r>
      <w:r>
        <w:t xml:space="preserve">    (a) deception</w:t>
      </w:r>
      <w:r>
        <w:br/>
      </w:r>
      <w:r>
        <w:t xml:space="preserve">    (b) attack</w:t>
      </w:r>
      <w:r>
        <w:br/>
      </w:r>
      <w:r>
        <w:t xml:space="preserve">    (c) coldness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hostage was forced to open the safe under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duress</w:t>
      </w:r>
      <w:r>
        <w:rPr>
          <w:b/>
          <w:bCs/>
        </w:rPr>
        <w:t xml:space="preserve"> </w:t>
      </w:r>
      <w:r>
        <w:rPr>
          <w:b/>
          <w:bCs/>
        </w:rPr>
        <w:t xml:space="preserve">of a gun pointed at her head.</w:t>
      </w:r>
      <w:r>
        <w:br/>
      </w:r>
      <w:r>
        <w:t xml:space="preserve">    (a) threat</w:t>
      </w:r>
      <w:r>
        <w:br/>
      </w:r>
      <w:r>
        <w:t xml:space="preserve">    (b) protection</w:t>
      </w:r>
      <w:r>
        <w:br/>
      </w:r>
      <w:r>
        <w:t xml:space="preserve">    (c) indifference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Farmers worked tirelessly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eradicate</w:t>
      </w:r>
      <w:r>
        <w:rPr>
          <w:b/>
          <w:bCs/>
        </w:rPr>
        <w:t xml:space="preserve"> </w:t>
      </w:r>
      <w:r>
        <w:rPr>
          <w:b/>
          <w:bCs/>
        </w:rPr>
        <w:t xml:space="preserve">the invasive weed that threatened to overtake their crops.</w:t>
      </w:r>
      <w:r>
        <w:br/>
      </w:r>
      <w:r>
        <w:t xml:space="preserve">    (a) decorate</w:t>
      </w:r>
      <w:r>
        <w:br/>
      </w:r>
      <w:r>
        <w:t xml:space="preserve">    (b) relocate</w:t>
      </w:r>
      <w:r>
        <w:br/>
      </w:r>
      <w:r>
        <w:t xml:space="preserve">    (c) eliminate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 large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exodus</w:t>
      </w:r>
      <w:r>
        <w:rPr>
          <w:b/>
          <w:bCs/>
        </w:rPr>
        <w:t xml:space="preserve"> </w:t>
      </w:r>
      <w:r>
        <w:rPr>
          <w:b/>
          <w:bCs/>
        </w:rPr>
        <w:t xml:space="preserve">of Jews from Arab countries to Israel in the mid-20th century.</w:t>
      </w:r>
      <w:r>
        <w:br/>
      </w:r>
      <w:r>
        <w:t xml:space="preserve">    (a) visitation</w:t>
      </w:r>
      <w:r>
        <w:br/>
      </w:r>
      <w:r>
        <w:t xml:space="preserve">    (b) expelling</w:t>
      </w:r>
      <w:r>
        <w:br/>
      </w:r>
      <w:r>
        <w:t xml:space="preserve">    (c) departure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worst legislation is passed when voters are whipped into a state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hysteria</w:t>
      </w:r>
      <w:r>
        <w:rPr>
          <w:b/>
          <w:bCs/>
        </w:rPr>
        <w:t xml:space="preserve">.</w:t>
      </w:r>
      <w:r>
        <w:br/>
      </w:r>
      <w:r>
        <w:t xml:space="preserve">    (a) extreme anger</w:t>
      </w:r>
      <w:r>
        <w:br/>
      </w:r>
      <w:r>
        <w:t xml:space="preserve">    (b) complete confusion</w:t>
      </w:r>
      <w:r>
        <w:br/>
      </w:r>
      <w:r>
        <w:t xml:space="preserve">    (c) uncontrollable emotion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experiment’s results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inconclusive</w:t>
      </w:r>
      <w:r>
        <w:rPr>
          <w:b/>
          <w:bCs/>
        </w:rPr>
        <w:t xml:space="preserve">, so further testing is required.</w:t>
      </w:r>
      <w:r>
        <w:br/>
      </w:r>
      <w:r>
        <w:t xml:space="preserve">    (a) not conclusive</w:t>
      </w:r>
      <w:r>
        <w:br/>
      </w:r>
      <w:r>
        <w:t xml:space="preserve">    (b) not interesting</w:t>
      </w:r>
      <w:r>
        <w:br/>
      </w:r>
      <w:r>
        <w:t xml:space="preserve">    (c) not surprising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Compared to the bigger problem, that was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inconsequential</w:t>
      </w:r>
      <w:r>
        <w:rPr>
          <w:b/>
          <w:bCs/>
        </w:rPr>
        <w:t xml:space="preserve"> </w:t>
      </w:r>
      <w:r>
        <w:rPr>
          <w:b/>
          <w:bCs/>
        </w:rPr>
        <w:t xml:space="preserve">concern.</w:t>
      </w:r>
      <w:r>
        <w:br/>
      </w:r>
      <w:r>
        <w:t xml:space="preserve">    (a) loud and bold</w:t>
      </w:r>
      <w:r>
        <w:br/>
      </w:r>
      <w:r>
        <w:t xml:space="preserve">    (b) huge and vital</w:t>
      </w:r>
      <w:r>
        <w:br/>
      </w:r>
      <w:r>
        <w:t xml:space="preserve">    (c) minor or trivial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going to take a lot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ingenuity</w:t>
      </w:r>
      <w:r>
        <w:rPr>
          <w:b/>
          <w:bCs/>
        </w:rPr>
        <w:t xml:space="preserve">, but I think we can save the company.</w:t>
      </w:r>
      <w:r>
        <w:br/>
      </w:r>
      <w:r>
        <w:t xml:space="preserve">    (a) money</w:t>
      </w:r>
      <w:r>
        <w:br/>
      </w:r>
      <w:r>
        <w:t xml:space="preserve">    (b) time</w:t>
      </w:r>
      <w:r>
        <w:br/>
      </w:r>
      <w:r>
        <w:t xml:space="preserve">    (c) creativity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National Guard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integral</w:t>
      </w:r>
      <w:r>
        <w:rPr>
          <w:b/>
          <w:bCs/>
        </w:rPr>
        <w:t xml:space="preserve"> </w:t>
      </w:r>
      <w:r>
        <w:rPr>
          <w:b/>
          <w:bCs/>
        </w:rPr>
        <w:t xml:space="preserve">part of U.S. armed services.</w:t>
      </w:r>
      <w:r>
        <w:br/>
      </w:r>
      <w:r>
        <w:t xml:space="preserve">    (a) unimportant</w:t>
      </w:r>
      <w:r>
        <w:br/>
      </w:r>
      <w:r>
        <w:t xml:space="preserve">    (b) additional</w:t>
      </w:r>
      <w:r>
        <w:br/>
      </w:r>
      <w:r>
        <w:t xml:space="preserve">    (c) essential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candidate’s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manifesto</w:t>
      </w:r>
      <w:r>
        <w:rPr>
          <w:b/>
          <w:bCs/>
        </w:rPr>
        <w:t xml:space="preserve"> </w:t>
      </w:r>
      <w:r>
        <w:rPr>
          <w:b/>
          <w:bCs/>
        </w:rPr>
        <w:t xml:space="preserve">outlined her vision for economic reform and social justice.</w:t>
      </w:r>
      <w:r>
        <w:br/>
      </w:r>
      <w:r>
        <w:t xml:space="preserve">    (a) public declaration of principles or policies</w:t>
      </w:r>
      <w:r>
        <w:br/>
      </w:r>
      <w:r>
        <w:t xml:space="preserve">    (b) detailed account of personal achievements</w:t>
      </w:r>
      <w:r>
        <w:br/>
      </w:r>
      <w:r>
        <w:t xml:space="preserve">    (c) comprehensive plan for economic growth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said the U.S. should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repent</w:t>
      </w:r>
      <w:r>
        <w:rPr>
          <w:b/>
          <w:bCs/>
        </w:rPr>
        <w:t xml:space="preserve"> </w:t>
      </w:r>
      <w:r>
        <w:rPr>
          <w:b/>
          <w:bCs/>
        </w:rPr>
        <w:t xml:space="preserve">for the sins of fossil fuels.</w:t>
      </w:r>
      <w:r>
        <w:br/>
      </w:r>
      <w:r>
        <w:t xml:space="preserve">    (a) suffer</w:t>
      </w:r>
      <w:r>
        <w:br/>
      </w:r>
      <w:r>
        <w:t xml:space="preserve">    (b) apologize</w:t>
      </w:r>
      <w:r>
        <w:br/>
      </w:r>
      <w:r>
        <w:t xml:space="preserve">    (c) reimburse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2026-07-31T18:41:46Z</dcterms:created>
  <dcterms:modified xsi:type="dcterms:W3CDTF">2026-07-31T18:41:46Z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